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Stempelkarte Bienen Roboter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Stempelkarte</w:t>
      </w:r>
    </w:p>
    <w:p>
      <w:r>
        <w:t>Mit dieser Stempelkarte bekommst du an jeder Station einen Stempel von uns!</w:t>
      </w:r>
    </w:p>
    <w:p>
      <w:r>
        <w:t>Viel Spaß und Erfolg!</w:t>
      </w:r>
    </w:p>
    <w:p>
      <w:r>
        <w:t>😁</w:t>
      </w:r>
    </w:p>
    <w:p>
      <w:r>
        <w:t>🍀</w:t>
      </w:r>
    </w:p>
    <w:p>
      <w:r>
        <w:t>Stationen Stempel :)</w:t>
      </w:r>
    </w:p>
    <w:p>
      <w:r>
        <w:t>Stempelkarte_Bienen Roboter © 2024 by Jonte H is licensed under CC BY 4.0</w:t>
      </w:r>
    </w:p>
    <w:p>
      <w:pPr>
        <w:pStyle w:val="Heading1"/>
      </w:pPr>
      <w:r>
        <w:t>G</w:t>
      </w:r>
    </w:p>
    <w:p>
      <w:pPr>
        <w:pStyle w:val="Heading1"/>
      </w:pPr>
      <w:r>
        <w:t>1.</w:t>
      </w:r>
    </w:p>
    <w:p>
      <w:pPr>
        <w:pStyle w:val="Heading1"/>
      </w:pPr>
      <w:r>
        <w:t>Z</w:t>
      </w:r>
    </w:p>
    <w:p>
      <w:pPr>
        <w:pStyle w:val="Heading1"/>
      </w:pPr>
      <w:r>
        <w:t>2</w:t>
      </w:r>
    </w:p>
    <w:p>
      <w:r>
        <w:t>.</w:t>
      </w:r>
    </w:p>
    <w:p>
      <w:pPr>
        <w:pStyle w:val="Heading1"/>
      </w:pPr>
      <w:r>
        <w:t>Z</w:t>
      </w:r>
    </w:p>
    <w:p>
      <w:pPr>
        <w:pStyle w:val="Heading1"/>
      </w:pPr>
      <w:r>
        <w:t>3.</w:t>
      </w:r>
    </w:p>
    <w:p>
      <w:pPr>
        <w:pStyle w:val="Heading1"/>
      </w:pPr>
      <w:r>
        <w:t>Z</w:t>
      </w:r>
    </w:p>
    <w:p>
      <w:pPr>
        <w:pStyle w:val="Heading1"/>
      </w:pPr>
      <w:r>
        <w:t>4.</w:t>
      </w:r>
    </w:p>
    <w:p>
      <w:pPr>
        <w:pStyle w:val="Heading1"/>
      </w:pPr>
      <w:r>
        <w:t>Z</w:t>
      </w:r>
    </w:p>
    <w:p>
      <w:pPr>
        <w:pStyle w:val="Heading1"/>
      </w:pPr>
      <w:r>
        <w:t>5.</w:t>
      </w:r>
    </w:p>
    <w:p>
      <w:pPr>
        <w:pStyle w:val="Heading1"/>
      </w:pPr>
      <w:r>
        <w:t>Z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Quelle: Stempelkarte_Bienen-Roboter_.pdf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Stempelkarte Bienen Roboter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