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Wie erstelle ich einen Podcast ?</w:t>
      </w:r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Die App „GarageBand“ hilft dir dabei !</w:t>
      </w:r>
    </w:p>
    <w:p>
      <w:pPr>
        <w:pStyle w:val="Heading2"/>
      </w:pPr>
      <w:r>
        <w:t>1. Wie startest du 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3</w:t>
      </w:r>
    </w:p>
    <w:p>
      <w:pPr>
        <w:pStyle w:val="Heading2"/>
      </w:pPr>
      <w:r>
        <w:t>2. Stimme aufnehmen</w:t>
      </w:r>
    </w:p>
    <w:p>
      <w:pPr>
        <w:pStyle w:val="Heading1"/>
      </w:pPr>
      <w:r>
        <w:t>🎙</w:t>
      </w:r>
    </w:p>
    <w:p>
      <w:r>
        <w:t>-&gt; Aufnahme anhören</w:t>
      </w:r>
    </w:p>
    <w:p>
      <w:r>
        <w:t>👂</w:t>
      </w:r>
    </w:p>
    <w:p>
      <w:r>
        <w:t>-&gt; Aufnahme löschen</w:t>
      </w:r>
    </w:p>
    <w:p>
      <w:r>
        <w:t>❌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r/>
    </w:p>
    <w:p>
      <w:pPr>
        <w:pStyle w:val="Heading2"/>
      </w:pPr>
      <w:r>
        <w:t>Seite 4</w:t>
      </w:r>
    </w:p>
    <w:p>
      <w:pPr>
        <w:pStyle w:val="Heading2"/>
      </w:pPr>
      <w:r>
        <w:t>3. Musik und Töne</w:t>
      </w:r>
    </w:p>
    <w:p>
      <w:r>
        <w:t>-&gt; Fertige Musik einfügen:</w:t>
      </w:r>
    </w:p>
    <w:p>
      <w:pPr>
        <w:pStyle w:val="Heading1"/>
      </w:pPr>
      <w:r>
        <w:t>🎶</w:t>
      </w:r>
    </w:p>
    <w:p>
      <w:r>
        <w:t>-&gt; Musik löschen</w:t>
      </w:r>
    </w:p>
    <w:p>
      <w:r>
        <w:t>❌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pPr>
        <w:pStyle w:val="Heading2"/>
      </w:pPr>
      <w:r>
        <w:t>Seite 5</w:t>
      </w:r>
    </w:p>
    <w:p>
      <w:r>
        <w:t>17:52 Samstag 25. Mai</w:t>
      </w:r>
    </w:p>
    <w:p>
      <w:r>
        <w:t>16:49 Samstag 25. Mai</w:t>
      </w:r>
    </w:p>
    <w:p>
      <w:r>
        <w:t>LIVE LOOPS SPUREN</w:t>
      </w:r>
    </w:p>
    <w:p>
      <w:r>
        <w:t>Justin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pPr>
        <w:pStyle w:val="Heading2"/>
      </w:pPr>
      <w:r>
        <w:t>Seite 6</w:t>
      </w:r>
    </w:p>
    <w:p>
      <w:r>
        <w:t>4. Podcast bearbeiten</w:t>
      </w:r>
    </w:p>
    <w:p>
      <w:r>
        <w:t>-&gt; Musik löschen X</w:t>
      </w:r>
    </w:p>
    <w:p>
      <w:r>
        <w:t>16:50 Samstag 25. Mai</w:t>
      </w:r>
    </w:p>
    <w:p>
      <w:r>
        <w:t>BE com 4 FxX</w:t>
      </w:r>
    </w:p>
    <w:p>
      <w:r>
        <w:t>17:32 Samstag 25. Mai [6] 25% W</w:t>
      </w:r>
    </w:p>
    <w:p>
      <w:r>
        <w:t>BE 0% 4 FX D 8 @</w:t>
      </w:r>
    </w:p>
    <w:p>
      <w:r>
        <w:t>== Ausschneiden Kopieren Löschen Loop Teilen Bearbeiten &gt;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7</w:t>
      </w:r>
    </w:p>
    <w:p>
      <w:r>
        <w:t>This work by Hannah Dethlefs is lincensed under CC BY 4.0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Bookcreator-Podcast-schneiden-mit-GarageBand.pdf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