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Checkliste für deinen podcast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2"/>
      </w:pPr>
      <w:r>
        <w:t>PUNKTE FÜR EUREN PERFEKTEN PODCAST</w:t>
      </w:r>
    </w:p>
    <w:p>
      <w:pPr>
        <w:pStyle w:val="Heading2"/>
      </w:pPr>
      <w:r>
        <w:t>WER MACHT</w:t>
      </w:r>
    </w:p>
    <w:p>
      <w:pPr>
        <w:pStyle w:val="Heading2"/>
      </w:pPr>
      <w:r>
        <w:t>WAS?</w:t>
      </w:r>
    </w:p>
    <w:p>
      <w:r>
        <w:t>Einführung des Interviewten (Wer ist heute zu Gast?)</w:t>
      </w:r>
    </w:p>
    <w:p>
      <w:r>
        <w:t>“Heute haben wir … zu Gast?”</w:t>
      </w:r>
    </w:p>
    <w:p>
      <w:r>
        <w:t>Begrüßung des Interviewten “Hallo …! Schön, dass du heute hier bist!”</w:t>
      </w:r>
    </w:p>
    <w:p>
      <w:r>
        <w:t>Interviewfragen und Antworten im Wechsel</w:t>
      </w:r>
    </w:p>
    <w:p>
      <w:r>
        <w:t>Bedanken und Verabschiedung des Interviewten “Wir bedanken uns bei … für das Interview. Es hat sehr viel Spaß gemach.”</w:t>
      </w:r>
    </w:p>
    <w:p>
      <w:pPr>
        <w:pStyle w:val="Heading1"/>
      </w:pPr>
      <w:r>
        <w:t>CHECKLISTE FÜR EUREN PODCAST</w:t>
      </w:r>
    </w:p>
    <w:p>
      <w:r>
        <w:t>This work by Bente Paulsen is lincensed under CC BY 4.0</w:t>
      </w:r>
    </w:p>
    <w:p>
      <w:r/>
    </w:p>
    <w:p>
      <w:r/>
    </w:p>
    <w:p>
      <w:r/>
    </w:p>
    <w:p>
      <w:pPr>
        <w:pStyle w:val="Heading2"/>
      </w:pPr>
      <w:r>
        <w:t>Seite 2</w:t>
      </w:r>
    </w:p>
    <w:p>
      <w:pPr>
        <w:pStyle w:val="Heading2"/>
      </w:pPr>
      <w:r>
        <w:t>PUNKTE FÜR EUREN PERFEKTEN PODCAST</w:t>
      </w:r>
    </w:p>
    <w:p>
      <w:pPr>
        <w:pStyle w:val="Heading2"/>
      </w:pPr>
      <w:r>
        <w:t>WER MACHT</w:t>
      </w:r>
    </w:p>
    <w:p>
      <w:pPr>
        <w:pStyle w:val="Heading2"/>
      </w:pPr>
      <w:r>
        <w:t>WAS?</w:t>
      </w:r>
    </w:p>
    <w:p>
      <w:r>
        <w:t>Musik</w:t>
      </w:r>
    </w:p>
    <w:p>
      <w:r>
        <w:t>Podcastname</w:t>
      </w:r>
    </w:p>
    <w:p>
      <w:r>
        <w:t>Begrüßung der Zuschauer</w:t>
      </w:r>
    </w:p>
    <w:p>
      <w:r>
        <w:t>Titel der Folge Was machen wir heute?</w:t>
      </w:r>
    </w:p>
    <w:p>
      <w:r>
        <w:t>Danksagung “Wir bedanken uns bei den Großeltern und bei euch fürs Zuhören und bis zum</w:t>
      </w:r>
    </w:p>
    <w:p>
      <w:r>
        <w:t>nächsten Mal”</w:t>
      </w:r>
    </w:p>
    <w:p>
      <w:r>
        <w:t>Verabschiedung der Zuschauer</w:t>
      </w:r>
    </w:p>
    <w:p>
      <w:r>
        <w:t>Das war ein Projekt im Rahmen des Seminars “Diklusion” an der Europa-Universität</w:t>
      </w:r>
    </w:p>
    <w:p>
      <w:r>
        <w:t>Flensburg, im Frühjahrssemester 2024.”</w:t>
      </w:r>
    </w:p>
    <w:p>
      <w:r>
        <w:t>This work by Bente Paulsen is lincensed under CC BY 4.0</w:t>
      </w:r>
    </w:p>
    <w:p>
      <w:r/>
    </w:p>
    <w:p>
      <w:r/>
    </w:p>
    <w:p>
      <w:r/>
    </w:p>
    <w:p>
      <w:r/>
    </w:p>
    <w:p>
      <w:r>
        <w:rPr>
          <w:i/>
        </w:rPr>
        <w:t>Quelle: Checkliste-fuer-den-Podcast.pdf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für deinen podcast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