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Forscherauftrag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Wir f</w:t>
      </w:r>
    </w:p>
    <w:p>
      <w:r>
        <w:t>🔎</w:t>
      </w:r>
    </w:p>
    <w:p>
      <w:r>
        <w:t>orschenForscherauftrag</w:t>
      </w:r>
    </w:p>
    <w:p>
      <w:r>
        <w:t>Höre</w:t>
      </w:r>
    </w:p>
    <w:p>
      <w:r>
        <w:t>👂</w:t>
      </w:r>
    </w:p>
    <w:p>
      <w:r>
        <w:t>genau ! Welche Bestandteile gibt es in einem Podcast ?</w:t>
      </w:r>
    </w:p>
    <w:p>
      <w:r>
        <w:t>This Work by Hannah Dethlefs is lincensedunder CC BY 4.0</w:t>
      </w:r>
    </w:p>
    <w:p>
      <w:r/>
    </w:p>
    <w:p>
      <w:r/>
    </w:p>
    <w:p>
      <w:r>
        <w:rPr>
          <w:i/>
        </w:rPr>
        <w:t>Quelle: Forscherauftrag.pdf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Forscherauftrag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