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Karten mit Kriterien fuer Interviewfragen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1"/>
      </w:pPr>
      <w:r>
        <w:t>W-Fragen</w:t>
      </w:r>
    </w:p>
    <w:p>
      <w:r>
        <w:t>This Work by Hannah Dethlefs is lincensed under CC BY 4.0</w:t>
      </w:r>
    </w:p>
    <w:p>
      <w:r/>
    </w:p>
    <w:p>
      <w:pPr>
        <w:pStyle w:val="Heading2"/>
      </w:pPr>
      <w:r>
        <w:t>Seite 2</w:t>
      </w:r>
    </w:p>
    <w:p>
      <w:pPr>
        <w:pStyle w:val="Heading1"/>
      </w:pPr>
      <w:r>
        <w:t>•</w:t>
      </w:r>
    </w:p>
    <w:p>
      <w:pPr>
        <w:pStyle w:val="Heading1"/>
      </w:pPr>
      <w:r>
        <w:t>Wo ?</w:t>
      </w:r>
    </w:p>
    <w:p>
      <w:pPr>
        <w:pStyle w:val="Heading1"/>
      </w:pPr>
      <w:r>
        <w:t>•</w:t>
      </w:r>
    </w:p>
    <w:p>
      <w:pPr>
        <w:pStyle w:val="Heading1"/>
      </w:pPr>
      <w:r>
        <w:t>Wie ?</w:t>
      </w:r>
    </w:p>
    <w:p>
      <w:pPr>
        <w:pStyle w:val="Heading1"/>
      </w:pPr>
      <w:r>
        <w:t>•</w:t>
      </w:r>
    </w:p>
    <w:p>
      <w:pPr>
        <w:pStyle w:val="Heading1"/>
      </w:pPr>
      <w:r>
        <w:t>Wann?</w:t>
      </w:r>
    </w:p>
    <w:p>
      <w:pPr>
        <w:pStyle w:val="Heading1"/>
      </w:pPr>
      <w:r>
        <w:t>•</w:t>
      </w:r>
    </w:p>
    <w:p>
      <w:pPr>
        <w:pStyle w:val="Heading1"/>
      </w:pPr>
      <w:r>
        <w:t>Warum ?</w:t>
      </w:r>
    </w:p>
    <w:p>
      <w:pPr>
        <w:pStyle w:val="Heading1"/>
      </w:pPr>
      <w:r>
        <w:t>•</w:t>
      </w:r>
    </w:p>
    <w:p>
      <w:pPr>
        <w:pStyle w:val="Heading1"/>
      </w:pPr>
      <w:r>
        <w:t>Was ?</w:t>
      </w:r>
    </w:p>
    <w:p>
      <w:pPr>
        <w:pStyle w:val="Heading1"/>
      </w:pPr>
      <w:r>
        <w:t>•</w:t>
      </w:r>
    </w:p>
    <w:p>
      <w:pPr>
        <w:pStyle w:val="Heading1"/>
      </w:pPr>
      <w:r>
        <w:t>Wie lange ?</w:t>
      </w:r>
    </w:p>
    <w:p>
      <w:pPr>
        <w:pStyle w:val="Heading1"/>
      </w:pPr>
      <w:r>
        <w:t>•</w:t>
      </w:r>
    </w:p>
    <w:p>
      <w:pPr>
        <w:pStyle w:val="Heading1"/>
      </w:pPr>
      <w:r>
        <w:t>Womit ?</w:t>
      </w:r>
    </w:p>
    <w:p>
      <w:r>
        <w:t>This Work by Hannah Dethlefs is lincensed under CC BY 4.0</w:t>
      </w:r>
    </w:p>
    <w:p>
      <w:r/>
    </w:p>
    <w:p>
      <w:pPr>
        <w:pStyle w:val="Heading2"/>
      </w:pPr>
      <w:r>
        <w:t>Seite 3</w:t>
      </w:r>
    </w:p>
    <w:p>
      <w:pPr>
        <w:pStyle w:val="Heading1"/>
      </w:pPr>
      <w:r>
        <w:t>Benutze nur Fragen, die zu dem Beruf passen !</w:t>
      </w:r>
    </w:p>
    <w:p>
      <w:pPr>
        <w:pStyle w:val="Heading1"/>
      </w:pPr>
      <w:r>
        <w:t>Beispiel: Welches Hobby hast du ?</w:t>
      </w:r>
    </w:p>
    <w:p>
      <w:pPr>
        <w:pStyle w:val="Heading1"/>
      </w:pPr>
      <w:r>
        <w:t>-&gt; nicht wichtig für das Interview</w:t>
      </w:r>
    </w:p>
    <w:p>
      <w:pPr>
        <w:pStyle w:val="Heading1"/>
      </w:pPr>
      <w:r>
        <w:t>Beispiel: Wo arbeitest du ?</w:t>
      </w:r>
    </w:p>
    <w:p>
      <w:pPr>
        <w:pStyle w:val="Heading1"/>
      </w:pPr>
      <w:r>
        <w:t>-&gt; wichtig für das Interview</w:t>
      </w:r>
    </w:p>
    <w:p>
      <w:r>
        <w:t>This Work by Hannah Dethlefs is lincensed under CC BY 4.0</w:t>
      </w:r>
    </w:p>
    <w:p>
      <w:r/>
    </w:p>
    <w:p>
      <w:pPr>
        <w:pStyle w:val="Heading2"/>
      </w:pPr>
      <w:r>
        <w:t>Seite 4</w:t>
      </w:r>
    </w:p>
    <w:p>
      <w:pPr>
        <w:pStyle w:val="Heading1"/>
      </w:pPr>
      <w:r>
        <w:t>-&gt; Stelle immer nur eine Frage zur Zeit !</w:t>
      </w:r>
    </w:p>
    <w:p>
      <w:pPr>
        <w:pStyle w:val="Heading1"/>
      </w:pPr>
      <w:r>
        <w:t>-&gt; Deine Frage sollte nicht zu lang sein !</w:t>
      </w:r>
    </w:p>
    <w:p>
      <w:r>
        <w:t>This Work by Hannah Dethlefs is lincensed under CC BY 4.0</w:t>
      </w:r>
    </w:p>
    <w:p>
      <w:r/>
    </w:p>
    <w:p>
      <w:r>
        <w:rPr>
          <w:i/>
        </w:rPr>
        <w:t>Quelle: Karten-mit-Kriterien-fuer-Interviewfragen.pdf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Karten mit Kriterien fuer Interviewfragen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