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Stationsarbeit Podcast schneiden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This work by Jasmin Klintworth is licensed under CC BY 4.0.</w:t>
      </w:r>
    </w:p>
    <w:p>
      <w:pPr>
        <w:pStyle w:val="Heading2"/>
      </w:pPr>
      <w:r>
        <w:t>Seite 2</w:t>
      </w:r>
    </w:p>
    <w:p>
      <w:pPr>
        <w:pStyle w:val="Heading1"/>
      </w:pPr>
      <w:r>
        <w:t>Der Abspann</w:t>
      </w:r>
    </w:p>
    <w:p>
      <w:r>
        <w:t>This work by Jasmin Klintworth is licensed under CC BY 4.0.</w:t>
      </w:r>
    </w:p>
    <w:p>
      <w:pPr>
        <w:pStyle w:val="Heading2"/>
      </w:pPr>
      <w:r>
        <w:t>Seite 3</w:t>
      </w:r>
    </w:p>
    <w:p>
      <w:pPr>
        <w:pStyle w:val="Heading1"/>
      </w:pPr>
      <w:r>
        <w:t>Der Vorspann</w:t>
      </w:r>
    </w:p>
    <w:p>
      <w:r>
        <w:t>This work by Jasmin Klintworth is licensed under CC BY 4.0.</w:t>
      </w:r>
    </w:p>
    <w:p>
      <w:pPr>
        <w:pStyle w:val="Heading2"/>
      </w:pPr>
      <w:r>
        <w:t>Seite 4</w:t>
      </w:r>
    </w:p>
    <w:p>
      <w:r>
        <w:t>Musik</w:t>
      </w:r>
    </w:p>
    <w:p>
      <w:r>
        <w:t>Podcastname</w:t>
      </w:r>
    </w:p>
    <w:p>
      <w:r>
        <w:t>Begrüßung der Zuhörer</w:t>
      </w:r>
    </w:p>
    <w:p>
      <w:r>
        <w:t>Titel oder Thema der Folge --&gt; Was machen wir heute?</w:t>
      </w:r>
    </w:p>
    <w:p>
      <w:pPr>
        <w:pStyle w:val="Heading1"/>
      </w:pPr>
      <w:r>
        <w:t>Aufgabenkarte: Titelbild</w:t>
      </w:r>
    </w:p>
    <w:p>
      <w:pPr>
        <w:pStyle w:val="Heading1"/>
      </w:pPr>
      <w:r>
        <w:t>Hilfekarte: Vorspann</w:t>
      </w:r>
    </w:p>
    <w:p>
      <w:r>
        <w:t>Sucht euch einen Hintergrund aus. Sucht euch aus dem Umschlag mit eurem</w:t>
      </w:r>
    </w:p>
    <w:p>
      <w:r>
        <w:t>Beruf Bilder aus. Ihr könnt auch</w:t>
      </w:r>
    </w:p>
    <w:p>
      <w:r>
        <w:t>Buchstaben benutzen.</w:t>
      </w:r>
    </w:p>
    <w:p>
      <w:r>
        <w:t>Legt alles schön hin. Öffnet die Kamera-App auf dem Ipad.</w:t>
      </w:r>
    </w:p>
    <w:p>
      <w:r>
        <w:t>Macht ein Foto.</w:t>
      </w:r>
    </w:p>
    <w:p>
      <w:r>
        <w:t>Stimme aufnehmen</w:t>
      </w:r>
    </w:p>
    <w:p>
      <w:r>
        <w:t>Musik und Töne Podcast bearbeiten</w:t>
      </w:r>
    </w:p>
    <w:p>
      <w:r>
        <w:t>This work by Jasmin Klintworth is licensed under CC BY 4.0.</w:t>
      </w:r>
    </w:p>
    <w:p>
      <w:r/>
    </w:p>
    <w:p>
      <w:r/>
    </w:p>
    <w:p>
      <w:pPr>
        <w:pStyle w:val="Heading2"/>
      </w:pPr>
      <w:r>
        <w:t>Seite 5</w:t>
      </w:r>
    </w:p>
    <w:p>
      <w:r>
        <w:t>Musik</w:t>
      </w:r>
    </w:p>
    <w:p>
      <w:r>
        <w:t>Podcastname</w:t>
      </w:r>
    </w:p>
    <w:p>
      <w:r>
        <w:t>Begrüßung der Zuhörer</w:t>
      </w:r>
    </w:p>
    <w:p>
      <w:r>
        <w:t>Titel oder Thema der Folge --&gt; Was machen wir heute?</w:t>
      </w:r>
    </w:p>
    <w:p>
      <w:pPr>
        <w:pStyle w:val="Heading1"/>
      </w:pPr>
      <w:r>
        <w:t>Aufgabenkarte: Titelbild</w:t>
      </w:r>
    </w:p>
    <w:p>
      <w:pPr>
        <w:pStyle w:val="Heading1"/>
      </w:pPr>
      <w:r>
        <w:t>Hilfekarte: Vorspann</w:t>
      </w:r>
    </w:p>
    <w:p>
      <w:r>
        <w:t>Sucht euch einen Hintergrund aus. Sucht euch aus dem Umschlag mit eurem</w:t>
      </w:r>
    </w:p>
    <w:p>
      <w:r>
        <w:t>Beruf Bilder aus. Ihr könnt auch</w:t>
      </w:r>
    </w:p>
    <w:p>
      <w:r>
        <w:t>Buchstaben benutzen.</w:t>
      </w:r>
    </w:p>
    <w:p>
      <w:r>
        <w:t>Legt alles schön hin. Öffnet die Kamera-App auf dem Ipad.</w:t>
      </w:r>
    </w:p>
    <w:p>
      <w:r>
        <w:t>Macht ein Foto.</w:t>
      </w:r>
    </w:p>
    <w:p>
      <w:r>
        <w:t>Stimme aufnehmen</w:t>
      </w:r>
    </w:p>
    <w:p>
      <w:r>
        <w:t>Musik und Töne Podcast bearbeiten</w:t>
      </w:r>
    </w:p>
    <w:p>
      <w:r>
        <w:t>This work by Jasmin Klintworth is licensed under CC BY 4.0.</w:t>
      </w:r>
    </w:p>
    <w:p>
      <w:r/>
    </w:p>
    <w:p>
      <w:r/>
    </w:p>
    <w:p>
      <w:pPr>
        <w:pStyle w:val="Heading2"/>
      </w:pPr>
      <w:r>
        <w:t>Seite 6</w:t>
      </w:r>
    </w:p>
    <w:p>
      <w:r>
        <w:t>Achtung: Bedankt euch bei den Zuhörern und bei den</w:t>
      </w:r>
    </w:p>
    <w:p>
      <w:r>
        <w:t>Großeltern!</w:t>
      </w:r>
    </w:p>
    <w:p>
      <w:pPr>
        <w:pStyle w:val="Heading1"/>
      </w:pPr>
      <w:r>
        <w:t>Hilfekarte: Abspann</w:t>
      </w:r>
    </w:p>
    <w:p>
      <w:r>
        <w:t>Stimme aufnehmen Podcast bearbeiten</w:t>
      </w:r>
    </w:p>
    <w:p>
      <w:r>
        <w:t>Danksagung</w:t>
      </w:r>
    </w:p>
    <w:p>
      <w:r>
        <w:t>Verabschiedung der Zuhörer</w:t>
      </w:r>
    </w:p>
    <w:p>
      <w:r>
        <w:t>Achtung: Sagt ganz am Schluss: "Das war ein Projekt im Rahmen des Seminars "Diklusion" an der Europa-Universität</w:t>
      </w:r>
    </w:p>
    <w:p>
      <w:r>
        <w:t>Flensburg, im Frühjahrssemester 2024"</w:t>
      </w:r>
    </w:p>
    <w:p>
      <w:r>
        <w:t>Achtung: Bedankt euch bei den Zuhörern und bei den</w:t>
      </w:r>
    </w:p>
    <w:p>
      <w:r>
        <w:t>Großeltern!</w:t>
      </w:r>
    </w:p>
    <w:p>
      <w:pPr>
        <w:pStyle w:val="Heading1"/>
      </w:pPr>
      <w:r>
        <w:t>Hilfekarte: Abspann</w:t>
      </w:r>
    </w:p>
    <w:p>
      <w:r>
        <w:t>Stimme aufnehmen Podcast bearbeiten</w:t>
      </w:r>
    </w:p>
    <w:p>
      <w:r>
        <w:t>Danksagung</w:t>
      </w:r>
    </w:p>
    <w:p>
      <w:r>
        <w:t>Verabschiedung der Zuhörer</w:t>
      </w:r>
    </w:p>
    <w:p>
      <w:r>
        <w:t>Achtung: Sagt ganz am Schluss: "Das war ein Projekt im Rahmen des Seminars "Diklusion" an der Europa-Universität</w:t>
      </w:r>
    </w:p>
    <w:p>
      <w:r>
        <w:t>Flensburg, im Frühjahrssemester 2024"</w:t>
      </w:r>
    </w:p>
    <w:p>
      <w:r>
        <w:t>This work by Jasmin Klintworth is licensed under CC BY 4.0.</w:t>
      </w:r>
    </w:p>
    <w:p>
      <w:r/>
    </w:p>
    <w:p>
      <w:pPr>
        <w:pStyle w:val="Heading2"/>
      </w:pPr>
      <w:r>
        <w:t>Seite 7</w:t>
      </w:r>
    </w:p>
    <w:p>
      <w:r>
        <w:t>Hallo liebe Zuhörer.</w:t>
      </w:r>
    </w:p>
    <w:p>
      <w:r>
        <w:t>Willkommen bei unserem Podcast.</w:t>
      </w:r>
    </w:p>
    <w:p>
      <w:r>
        <w:t>Schön, dass ihr heute eingeschaltet habt.</w:t>
      </w:r>
    </w:p>
    <w:p>
      <w:r>
        <w:t>Hallo!</w:t>
      </w:r>
    </w:p>
    <w:p>
      <w:r>
        <w:t>Herzlich Willkommen!</w:t>
      </w:r>
    </w:p>
    <w:p>
      <w:r>
        <w:t>Moin.</w:t>
      </w:r>
    </w:p>
    <w:p>
      <w:r>
        <w:t>Das Thema der heutigen Folge ist...</w:t>
      </w:r>
    </w:p>
    <w:p>
      <w:r>
        <w:t>In der heutigen Folge geht es um...</w:t>
      </w:r>
    </w:p>
    <w:p>
      <w:r>
        <w:t>Heute geht es um (das spannende Thema)...</w:t>
      </w:r>
    </w:p>
    <w:p>
      <w:r>
        <w:t>Heute beschäftigen wir uns mit...</w:t>
      </w:r>
    </w:p>
    <w:p>
      <w:r>
        <w:t>Heute gehen wir der Frage nach...</w:t>
      </w:r>
    </w:p>
    <w:p>
      <w:r>
        <w:t>This work by Jasmin Klintworth is licensed under CC BY 4.0.</w:t>
      </w:r>
    </w:p>
    <w:p>
      <w:pPr>
        <w:pStyle w:val="Heading2"/>
      </w:pPr>
      <w:r>
        <w:t>Seite 8</w:t>
      </w:r>
    </w:p>
    <w:p>
      <w:r>
        <w:t>Hallo liebe Zuhörer.</w:t>
      </w:r>
    </w:p>
    <w:p>
      <w:r>
        <w:t>Willkommen bei unserem Podcast.</w:t>
      </w:r>
    </w:p>
    <w:p>
      <w:r>
        <w:t>Schön, dass ihr heute eingeschaltet habt.</w:t>
      </w:r>
    </w:p>
    <w:p>
      <w:r>
        <w:t>Hallo!</w:t>
      </w:r>
    </w:p>
    <w:p>
      <w:r>
        <w:t>Herzlich Willkommen!</w:t>
      </w:r>
    </w:p>
    <w:p>
      <w:r>
        <w:t>Moin.</w:t>
      </w:r>
    </w:p>
    <w:p>
      <w:r>
        <w:t>Das Thema der heutigen Folge ist...</w:t>
      </w:r>
    </w:p>
    <w:p>
      <w:r>
        <w:t>In der heutigen Folge geht es um...</w:t>
      </w:r>
    </w:p>
    <w:p>
      <w:r>
        <w:t>Heute geht es um (das spannende Thema)...</w:t>
      </w:r>
    </w:p>
    <w:p>
      <w:r>
        <w:t>Heute beschäftigen wir uns mit...</w:t>
      </w:r>
    </w:p>
    <w:p>
      <w:r>
        <w:t>Heute gehen wir der Frage nach...</w:t>
      </w:r>
    </w:p>
    <w:p>
      <w:r>
        <w:t>This work by Jasmin Klintworth is licensed under CC BY 4.0.</w:t>
      </w:r>
    </w:p>
    <w:p>
      <w:pPr>
        <w:pStyle w:val="Heading2"/>
      </w:pPr>
      <w:r>
        <w:t>Seite 9</w:t>
      </w:r>
    </w:p>
    <w:p>
      <w:r>
        <w:t>Tschüss und bis zum nächsten Mal...</w:t>
      </w:r>
    </w:p>
    <w:p>
      <w:r>
        <w:t>Nun ist diese Podcastfolge leider schon zu Ende.</w:t>
      </w:r>
    </w:p>
    <w:p>
      <w:r>
        <w:t>Bis zum nächsten Mal...</w:t>
      </w:r>
    </w:p>
    <w:p>
      <w:r>
        <w:t>Tschüss!</w:t>
      </w:r>
    </w:p>
    <w:p>
      <w:r>
        <w:t>Hört gerne mal wieder rein.</w:t>
      </w:r>
    </w:p>
    <w:p>
      <w:r>
        <w:t>Vielen Dank fürs Zuhören!</w:t>
      </w:r>
    </w:p>
    <w:p>
      <w:r>
        <w:t>Danke, dass ihr heute diesen Podcast gehört habt.</w:t>
      </w:r>
    </w:p>
    <w:p>
      <w:r>
        <w:t>Wir hoffen ihr hattet genau so</w:t>
      </w:r>
    </w:p>
    <w:p>
      <w:r>
        <w:t>viel Spaß wie wir.</w:t>
      </w:r>
    </w:p>
    <w:p>
      <w:r>
        <w:t>Ein besonderer Dank geht an die</w:t>
      </w:r>
    </w:p>
    <w:p>
      <w:r>
        <w:t>Großeltern raus, ohne die dieses Projekt nicht möglich gewesen wäre.</w:t>
      </w:r>
    </w:p>
    <w:p>
      <w:r>
        <w:t>This work by Jasmin Klintworth is licensed under CC BY 4.0.</w:t>
      </w:r>
    </w:p>
    <w:p>
      <w:pPr>
        <w:pStyle w:val="Heading2"/>
      </w:pPr>
      <w:r>
        <w:t>Seite 10</w:t>
      </w:r>
    </w:p>
    <w:p>
      <w:r>
        <w:t>Tschüss und bis zum nächsten Mal...</w:t>
      </w:r>
    </w:p>
    <w:p>
      <w:r>
        <w:t>Nun ist diese Podcastfolge leider schon zu Ende.</w:t>
      </w:r>
    </w:p>
    <w:p>
      <w:r>
        <w:t>Bis zum nächsten Mal...</w:t>
      </w:r>
    </w:p>
    <w:p>
      <w:r>
        <w:t>Tschüss!</w:t>
      </w:r>
    </w:p>
    <w:p>
      <w:r>
        <w:t>Hört gerne mal wieder rein.</w:t>
      </w:r>
    </w:p>
    <w:p>
      <w:r>
        <w:t>Vielen Dank fürs Zuhören!</w:t>
      </w:r>
    </w:p>
    <w:p>
      <w:r>
        <w:t>Danke, dass ihr heute diesen Podcast gehört habt.</w:t>
      </w:r>
    </w:p>
    <w:p>
      <w:r>
        <w:t>Wir hoffen ihr hattet genau so</w:t>
      </w:r>
    </w:p>
    <w:p>
      <w:r>
        <w:t>viel Spaß wie wir.</w:t>
      </w:r>
    </w:p>
    <w:p>
      <w:r>
        <w:t>Ein besonderer Dank geht an die</w:t>
      </w:r>
    </w:p>
    <w:p>
      <w:r>
        <w:t>Großeltern raus, ohne die dieses Projekt nicht möglich gewesen wäre.</w:t>
      </w:r>
    </w:p>
    <w:p>
      <w:r>
        <w:t>This work by Jasmin Klintworth is licensed under CC BY 4.0.</w:t>
      </w:r>
    </w:p>
    <w:p>
      <w:r>
        <w:rPr>
          <w:i/>
        </w:rPr>
        <w:t>Quelle: Material-Stationsarbeit.pdf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Stationsarbeit Podcast schneiden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