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Der Weg zu unserem Podcast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pPr>
        <w:pStyle w:val="Heading2"/>
      </w:pPr>
      <w:r>
        <w:t>Seite 2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pPr>
        <w:pStyle w:val="Heading2"/>
      </w:pPr>
      <w:r>
        <w:t>Seite 3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r/>
    </w:p>
    <w:p>
      <w:pPr>
        <w:pStyle w:val="Heading2"/>
      </w:pPr>
      <w:r>
        <w:t>Seite 4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pPr>
        <w:pStyle w:val="Heading2"/>
      </w:pPr>
      <w:r>
        <w:t>Seite 5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pPr>
        <w:pStyle w:val="Heading2"/>
      </w:pPr>
      <w:r>
        <w:t>Seite 6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r/>
    </w:p>
    <w:p>
      <w:pPr>
        <w:pStyle w:val="Heading2"/>
      </w:pPr>
      <w:r>
        <w:t>Seite 7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pPr>
        <w:pStyle w:val="Heading2"/>
      </w:pPr>
      <w:r>
        <w:t>Seite 8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pPr>
        <w:pStyle w:val="Heading2"/>
      </w:pPr>
      <w:r>
        <w:t>Seite 9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r/>
    </w:p>
    <w:p>
      <w:pPr>
        <w:pStyle w:val="Heading2"/>
      </w:pPr>
      <w:r>
        <w:t>Seite 10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pPr>
        <w:pStyle w:val="Heading2"/>
      </w:pPr>
      <w:r>
        <w:t>Seite 11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pPr>
        <w:pStyle w:val="Heading2"/>
      </w:pPr>
      <w:r>
        <w:t>Seite 12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r/>
    </w:p>
    <w:p>
      <w:pPr>
        <w:pStyle w:val="Heading2"/>
      </w:pPr>
      <w:r>
        <w:t>Seite 13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pPr>
        <w:pStyle w:val="Heading2"/>
      </w:pPr>
      <w:r>
        <w:t>Seite 14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pPr>
        <w:pStyle w:val="Heading2"/>
      </w:pPr>
      <w:r>
        <w:t>Seite 15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pPr>
        <w:pStyle w:val="Heading2"/>
      </w:pPr>
      <w:r>
        <w:t>Seite 16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pPr>
        <w:pStyle w:val="Heading2"/>
      </w:pPr>
      <w:r>
        <w:t>Seite 17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pPr>
        <w:pStyle w:val="Heading2"/>
      </w:pPr>
      <w:r>
        <w:t>Seite 18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/>
    </w:p>
    <w:p>
      <w:pPr>
        <w:pStyle w:val="Heading2"/>
      </w:pPr>
      <w:r>
        <w:t>Seite 19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pPr>
        <w:pStyle w:val="Heading2"/>
      </w:pPr>
      <w:r>
        <w:t>Seite 20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pPr>
        <w:pStyle w:val="Heading2"/>
      </w:pPr>
      <w:r>
        <w:t>Seite 21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pPr>
        <w:pStyle w:val="Heading2"/>
      </w:pPr>
      <w:r>
        <w:t>Seite 22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pPr>
        <w:pStyle w:val="Heading2"/>
      </w:pPr>
      <w:r>
        <w:t>Seite 23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pPr>
        <w:pStyle w:val="Heading2"/>
      </w:pPr>
      <w:r>
        <w:t>Seite 24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pPr>
        <w:pStyle w:val="Heading2"/>
      </w:pPr>
      <w:r>
        <w:t>Seite 25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pPr>
        <w:pStyle w:val="Heading2"/>
      </w:pPr>
      <w:r>
        <w:t>Seite 26</w:t>
      </w:r>
    </w:p>
    <w:p>
      <w:pPr>
        <w:pStyle w:val="Heading2"/>
      </w:pPr>
      <w:r>
        <w:t>H</w:t>
      </w:r>
    </w:p>
    <w:p>
      <w:pPr>
        <w:pStyle w:val="Heading2"/>
      </w:pPr>
      <w:r>
        <w:t>H</w:t>
      </w:r>
    </w:p>
    <w:p>
      <w:r>
        <w:t>Ein Podcast - Was ist das?</w:t>
      </w:r>
    </w:p>
    <w:p>
      <w:r>
        <w:t>Mindmap Podcast anhören Aufbau vom Podcast</w:t>
      </w:r>
    </w:p>
    <w:p>
      <w:r>
        <w:t>Das Interview vorbereiten</w:t>
      </w:r>
    </w:p>
    <w:p>
      <w:r>
        <w:t>Fragen aufschreiben</w:t>
      </w:r>
    </w:p>
    <w:p>
      <w:r>
        <w:t>Interview üben</w:t>
      </w:r>
    </w:p>
    <w:p>
      <w:r>
        <w:t>Der Abspann</w:t>
      </w:r>
    </w:p>
    <w:p>
      <w:r>
        <w:t>Der Vorspann Den Podcast schneiden</w:t>
      </w:r>
    </w:p>
    <w:p>
      <w:r>
        <w:t>Reflexion</w:t>
      </w:r>
    </w:p>
    <w:p>
      <w:r>
        <w:t>Gute Fragen</w:t>
      </w:r>
    </w:p>
    <w:p>
      <w:pPr>
        <w:pStyle w:val="Heading1"/>
      </w:pPr>
      <w:r>
        <w:t>Der Weg zu unserem Podcast</w:t>
      </w:r>
    </w:p>
    <w:p>
      <w:r>
        <w:t>Kennenlernen Berufe-Memory</w:t>
      </w:r>
    </w:p>
    <w:p>
      <w:r>
        <w:t>Das Interview</w:t>
      </w:r>
    </w:p>
    <w:p>
      <w:r>
        <w:t>Podcastname</w:t>
      </w:r>
    </w:p>
    <w:p>
      <w:r>
        <w:t>This work by Jasmin Klintworth is licensed under CC BY 4.0. To view a copy</w:t>
      </w:r>
    </w:p>
    <w:p>
      <w:r>
        <w:t>of this license, visit https://creativecommons.org/licenses/by/4.0/</w:t>
      </w:r>
    </w:p>
    <w:p>
      <w:r/>
    </w:p>
    <w:p>
      <w:r>
        <w:rPr>
          <w:i/>
        </w:rPr>
        <w:t>Quelle: Material-Stundenverlauf-Der-Weg-zu-unserem-Podcast.pdf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Weg zu unserem Podcast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