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Überschrift hinzufügen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Spiele</w:t>
      </w:r>
    </w:p>
    <w:p>
      <w:r>
        <w:t>Größe des Kindergartens</w:t>
      </w:r>
    </w:p>
    <w:p>
      <w:r>
        <w:t>Essen</w:t>
      </w:r>
    </w:p>
    <w:p>
      <w:r>
        <w:t>Arbeitszeiten</w:t>
      </w:r>
    </w:p>
    <w:p>
      <w:r>
        <w:t>Personen, die im</w:t>
      </w:r>
    </w:p>
    <w:p>
      <w:r>
        <w:t>Kindergarten</w:t>
      </w:r>
    </w:p>
    <w:p>
      <w:r>
        <w:t>arbeiten</w:t>
      </w:r>
    </w:p>
    <w:p>
      <w:pPr>
        <w:pStyle w:val="Heading1"/>
      </w:pPr>
      <w:r>
        <w:t>FRAGEN AN EINE ERZIEHERIN</w:t>
      </w:r>
    </w:p>
    <w:p>
      <w:r>
        <w:t>Ihr habt keine Idee, was ihr eine Erzieherin fragen wollt.</w:t>
      </w:r>
    </w:p>
    <w:p>
      <w:r>
        <w:t>Hier seid ihr genau richtig! Diese Karte hilft euch dabei.</w:t>
      </w:r>
    </w:p>
    <w:p>
      <w:r>
        <w:t>This work by Bente Paulsen is lincensed under CC BY 4.0</w:t>
      </w:r>
    </w:p>
    <w:p>
      <w:pPr>
        <w:pStyle w:val="Heading2"/>
      </w:pPr>
      <w:r>
        <w:t>Seite 2</w:t>
      </w:r>
    </w:p>
    <w:p>
      <w:r>
        <w:t>Aufgaben einer Arbeitsvermittlerin</w:t>
      </w:r>
    </w:p>
    <w:p>
      <w:r>
        <w:t>typischer Arbeitstag</w:t>
      </w:r>
    </w:p>
    <w:p>
      <w:r>
        <w:t>Gefallen am Beruf Menschen</w:t>
      </w:r>
    </w:p>
    <w:p>
      <w:pPr>
        <w:pStyle w:val="Heading1"/>
      </w:pPr>
      <w:r>
        <w:t>FRAGEN AN EINE ARBEITSVERMITTLERIN</w:t>
      </w:r>
    </w:p>
    <w:p>
      <w:r>
        <w:t>Fähigkeiten</w:t>
      </w:r>
    </w:p>
    <w:p>
      <w:r>
        <w:t>Ihr habt keine Idee, was ihr eine Arbeitsvermittlerin fragen</w:t>
      </w:r>
    </w:p>
    <w:p>
      <w:r>
        <w:t>wollt. Hier seid ihr genau richtig! Diese Karte hilft euch dabei.</w:t>
      </w:r>
    </w:p>
    <w:p>
      <w:r>
        <w:t>This work by Bente Paulsen is licensed under CC BY 4.0</w:t>
      </w:r>
    </w:p>
    <w:p>
      <w:pPr>
        <w:pStyle w:val="Heading2"/>
      </w:pPr>
      <w:r>
        <w:t>Seite 3</w:t>
      </w:r>
    </w:p>
    <w:p>
      <w:r>
        <w:t>Arbeitskleidung</w:t>
      </w:r>
    </w:p>
    <w:p>
      <w:r>
        <w:t>Werkzeuge</w:t>
      </w:r>
    </w:p>
    <w:p>
      <w:r>
        <w:t>Ausbildung</w:t>
      </w:r>
    </w:p>
    <w:p>
      <w:r>
        <w:t>Gefallen am Beruf Fähigkeiten</w:t>
      </w:r>
    </w:p>
    <w:p>
      <w:pPr>
        <w:pStyle w:val="Heading1"/>
      </w:pPr>
      <w:r>
        <w:t>FRAGEN AN EINEN MASCHINENSCHLOSSER</w:t>
      </w:r>
    </w:p>
    <w:p>
      <w:r>
        <w:t>Ihr habt keine Idee, was ihr einen Maschinenschlosser fragen</w:t>
      </w:r>
    </w:p>
    <w:p>
      <w:r>
        <w:t>wollt. Hier seid ihr genau richtig! Diese Karte hilft euch dabei.</w:t>
      </w:r>
    </w:p>
    <w:p>
      <w:r>
        <w:t>This work is by Bente Paulsen is lincensed unter CC BY 4.0</w:t>
      </w:r>
    </w:p>
    <w:p>
      <w:pPr>
        <w:pStyle w:val="Heading2"/>
      </w:pPr>
      <w:r>
        <w:t>Seite 4</w:t>
      </w:r>
    </w:p>
    <w:p>
      <w:r>
        <w:t>Aufgaben</w:t>
      </w:r>
    </w:p>
    <w:p>
      <w:r>
        <w:t>Arbeitalltag</w:t>
      </w:r>
    </w:p>
    <w:p>
      <w:r>
        <w:t>Qualifikationen</w:t>
      </w:r>
    </w:p>
    <w:p>
      <w:r>
        <w:t>Gefallen am Beruf Menschen</w:t>
      </w:r>
    </w:p>
    <w:p>
      <w:pPr>
        <w:pStyle w:val="Heading1"/>
      </w:pPr>
      <w:r>
        <w:t>FRAGEN AN EINE JUSTIZANGESTELLTE</w:t>
      </w:r>
    </w:p>
    <w:p>
      <w:r>
        <w:t>Ihr habt keine Idee, was ihr eine Justizangestellten fragen</w:t>
      </w:r>
    </w:p>
    <w:p>
      <w:r>
        <w:t>wollt. Hier seid ihr genau richtig! Diese Karte hilft euch dabei.</w:t>
      </w:r>
    </w:p>
    <w:p>
      <w:r>
        <w:t>This work by Bente Paulsen is lincensed under CC BY 4.0</w:t>
      </w:r>
    </w:p>
    <w:p>
      <w:r>
        <w:rPr>
          <w:i/>
        </w:rPr>
        <w:t>Quelle: Material-Tipptheke-Interviewfragen.pdf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Überschrift hinzufügen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