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QR-Codes kurzwelle-podcast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Wie ist der Beruf</w:t>
      </w:r>
    </w:p>
    <w:p>
      <w:pPr>
        <w:pStyle w:val="Heading2"/>
      </w:pPr>
      <w:r>
        <w:t>Apotheker so?</w:t>
      </w:r>
    </w:p>
    <w:p>
      <w:r>
        <w:t>Sucht euch einen</w:t>
      </w:r>
    </w:p>
    <w:p>
      <w:r>
        <w:t>Podcast aus. 1.</w:t>
      </w:r>
    </w:p>
    <w:p>
      <w:r>
        <w:t>Öffnet die Kamera eures</w:t>
      </w:r>
    </w:p>
    <w:p>
      <w:r>
        <w:t>Ipads. 2.</w:t>
      </w:r>
    </w:p>
    <w:p>
      <w:r>
        <w:t>Scannt den QR-Code. Haltet dafür die Kamera</w:t>
      </w:r>
    </w:p>
    <w:p>
      <w:r>
        <w:t>auf den QR-Code bis ein</w:t>
      </w:r>
    </w:p>
    <w:p>
      <w:r>
        <w:t>gelbes Symbol unten auf dem Bildschirm</w:t>
      </w:r>
    </w:p>
    <w:p>
      <w:r>
        <w:t>erscheint. Klickt darauf.</w:t>
      </w:r>
    </w:p>
    <w:p>
      <w:r>
        <w:t>3.</w:t>
      </w:r>
    </w:p>
    <w:p>
      <w:r>
        <w:t>Spielt den Podcast ab.</w:t>
      </w:r>
    </w:p>
    <w:p>
      <w:r>
        <w:t>Klickt dafür hierauf: 4.</w:t>
      </w:r>
    </w:p>
    <w:p>
      <w:r>
        <w:t>Hört zu und</w:t>
      </w:r>
    </w:p>
    <w:p>
      <w:r>
        <w:t>bearbeitet den Forscherauftrag.</w:t>
      </w:r>
    </w:p>
    <w:p>
      <w:r>
        <w:t>5.</w:t>
      </w:r>
    </w:p>
    <w:p>
      <w:r>
        <w:t>This work by Jasmin Klintworth is licensed under CC BY 4.0.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pPr>
        <w:pStyle w:val="Heading2"/>
      </w:pPr>
      <w:r>
        <w:t>Seite 2</w:t>
      </w:r>
    </w:p>
    <w:p>
      <w:pPr>
        <w:pStyle w:val="Heading2"/>
      </w:pPr>
      <w:r>
        <w:t>Wie dufte ist der</w:t>
      </w:r>
    </w:p>
    <w:p>
      <w:pPr>
        <w:pStyle w:val="Heading2"/>
      </w:pPr>
      <w:r>
        <w:t>Beruf Floristin?</w:t>
      </w:r>
    </w:p>
    <w:p>
      <w:r>
        <w:t>Sucht euch einen</w:t>
      </w:r>
    </w:p>
    <w:p>
      <w:r>
        <w:t>Podcast aus. 1.</w:t>
      </w:r>
    </w:p>
    <w:p>
      <w:r>
        <w:t>Öffnet die Kamera eures</w:t>
      </w:r>
    </w:p>
    <w:p>
      <w:r>
        <w:t>Ipads. 2.</w:t>
      </w:r>
    </w:p>
    <w:p>
      <w:r>
        <w:t>Scannt den QR-Code. Haltet dafür die Kamera</w:t>
      </w:r>
    </w:p>
    <w:p>
      <w:r>
        <w:t>auf den QR-Code bis ein</w:t>
      </w:r>
    </w:p>
    <w:p>
      <w:r>
        <w:t>gelbes Symbol unten auf dem Bildschirm</w:t>
      </w:r>
    </w:p>
    <w:p>
      <w:r>
        <w:t>erscheint. Klickt darauf.</w:t>
      </w:r>
    </w:p>
    <w:p>
      <w:r>
        <w:t>3.</w:t>
      </w:r>
    </w:p>
    <w:p>
      <w:r>
        <w:t>Spielt den Podcast ab.</w:t>
      </w:r>
    </w:p>
    <w:p>
      <w:r>
        <w:t>Klickt dafür hierauf: 4.</w:t>
      </w:r>
    </w:p>
    <w:p>
      <w:r>
        <w:t>Hört zu und</w:t>
      </w:r>
    </w:p>
    <w:p>
      <w:r>
        <w:t>bearbeitet den Forscherauftrag.</w:t>
      </w:r>
    </w:p>
    <w:p>
      <w:r>
        <w:t>5.</w:t>
      </w:r>
    </w:p>
    <w:p>
      <w:r>
        <w:t>This work by Jasmin Klintworth is licensed under CC BY 4.0.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3</w:t>
      </w:r>
    </w:p>
    <w:p>
      <w:pPr>
        <w:pStyle w:val="Heading2"/>
      </w:pPr>
      <w:r>
        <w:t>Was macht eine</w:t>
      </w:r>
    </w:p>
    <w:p>
      <w:pPr>
        <w:pStyle w:val="Heading2"/>
      </w:pPr>
      <w:r>
        <w:t>Logopädin?</w:t>
      </w:r>
    </w:p>
    <w:p>
      <w:r>
        <w:t>Sucht euch einen</w:t>
      </w:r>
    </w:p>
    <w:p>
      <w:r>
        <w:t>Podcast aus. 1.</w:t>
      </w:r>
    </w:p>
    <w:p>
      <w:r>
        <w:t>Öffnet die Kamera eures</w:t>
      </w:r>
    </w:p>
    <w:p>
      <w:r>
        <w:t>Ipads. 2.</w:t>
      </w:r>
    </w:p>
    <w:p>
      <w:r>
        <w:t>Scannt den QR-Code. Haltet dafür die Kamera</w:t>
      </w:r>
    </w:p>
    <w:p>
      <w:r>
        <w:t>auf den QR-Code bis ein</w:t>
      </w:r>
    </w:p>
    <w:p>
      <w:r>
        <w:t>gelbes Symbol unten auf dem Bildschirm</w:t>
      </w:r>
    </w:p>
    <w:p>
      <w:r>
        <w:t>erscheint. Klickt darauf.</w:t>
      </w:r>
    </w:p>
    <w:p>
      <w:r>
        <w:t>3.</w:t>
      </w:r>
    </w:p>
    <w:p>
      <w:r>
        <w:t>Spielt den Podcast ab.</w:t>
      </w:r>
    </w:p>
    <w:p>
      <w:r>
        <w:t>Klickt dafür hierauf: 4.</w:t>
      </w:r>
    </w:p>
    <w:p>
      <w:r>
        <w:t>Hört zu und</w:t>
      </w:r>
    </w:p>
    <w:p>
      <w:r>
        <w:t>bearbeitet den Forscherauftrag.</w:t>
      </w:r>
    </w:p>
    <w:p>
      <w:r>
        <w:t>5.</w:t>
      </w:r>
    </w:p>
    <w:p>
      <w:r>
        <w:t>This work by Jasmin Klintworth is licensed under CC BY 4.0.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pPr>
        <w:pStyle w:val="Heading2"/>
      </w:pPr>
      <w:r>
        <w:t>Seite 4</w:t>
      </w:r>
    </w:p>
    <w:p>
      <w:pPr>
        <w:pStyle w:val="Heading2"/>
      </w:pPr>
      <w:r>
        <w:t>Traumjob: Schokolade</w:t>
      </w:r>
    </w:p>
    <w:p>
      <w:pPr>
        <w:pStyle w:val="Heading2"/>
      </w:pPr>
      <w:r>
        <w:t>testen</w:t>
      </w:r>
    </w:p>
    <w:p>
      <w:r>
        <w:t>Sucht euch einen</w:t>
      </w:r>
    </w:p>
    <w:p>
      <w:r>
        <w:t>Podcast aus. 1.</w:t>
      </w:r>
    </w:p>
    <w:p>
      <w:r>
        <w:t>Öffnet die Kamera eures</w:t>
      </w:r>
    </w:p>
    <w:p>
      <w:r>
        <w:t>Ipads. 2.</w:t>
      </w:r>
    </w:p>
    <w:p>
      <w:r>
        <w:t>Scannt den QR-Code. Haltet dafür die Kamera</w:t>
      </w:r>
    </w:p>
    <w:p>
      <w:r>
        <w:t>auf den QR-Code bis ein</w:t>
      </w:r>
    </w:p>
    <w:p>
      <w:r>
        <w:t>gelbes Symbol unten auf dem Bildschirm</w:t>
      </w:r>
    </w:p>
    <w:p>
      <w:r>
        <w:t>erscheint. Klickt darauf.</w:t>
      </w:r>
    </w:p>
    <w:p>
      <w:r>
        <w:t>3.</w:t>
      </w:r>
    </w:p>
    <w:p>
      <w:r>
        <w:t>Spielt den Podcast ab.</w:t>
      </w:r>
    </w:p>
    <w:p>
      <w:r>
        <w:t>Klickt dafür hierauf: 4.</w:t>
      </w:r>
    </w:p>
    <w:p>
      <w:r>
        <w:t>Hört zu und</w:t>
      </w:r>
    </w:p>
    <w:p>
      <w:r>
        <w:t>bearbeitet den Forscherauftrag.</w:t>
      </w:r>
    </w:p>
    <w:p>
      <w:r>
        <w:t>5.</w:t>
      </w:r>
    </w:p>
    <w:p>
      <w:r>
        <w:t>This work by Jasmin Klintworth is licensed under CC BY 4.0.</w:t>
      </w:r>
    </w:p>
    <w:p>
      <w:r/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3 aus dem Original, Seite 4 – Inhalt bitte im Original-PDF ansehen" title="Abbildung 3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>
        <w:rPr>
          <w:i/>
        </w:rPr>
        <w:t>Quelle: QR-Codes-kurzwelle-podcasts.pdf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QR-Codes kurzwelle-podcast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