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Der Interviewpodcast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pPr>
        <w:pStyle w:val="Heading2"/>
      </w:pPr>
      <w:r>
        <w:t>Seite 1</w:t>
      </w:r>
    </w:p>
    <w:p>
      <w:pPr>
        <w:pStyle w:val="Heading1"/>
      </w:pPr>
      <w:r>
        <w:t>Der Interviewpodcast</w:t>
      </w:r>
    </w:p>
    <w:p>
      <w:pPr>
        <w:pStyle w:val="Heading1"/>
      </w:pPr>
      <w:r>
        <w:t>Der Abspann</w:t>
      </w:r>
    </w:p>
    <w:p>
      <w:pPr>
        <w:pStyle w:val="Heading1"/>
      </w:pPr>
      <w:r>
        <w:t>Verabschiedung der Zuhörer</w:t>
      </w:r>
    </w:p>
    <w:p>
      <w:pPr>
        <w:pStyle w:val="Heading1"/>
      </w:pPr>
      <w:r>
        <w:t>Danksagung</w:t>
      </w:r>
    </w:p>
    <w:p>
      <w:r>
        <w:t>This work by Jasmin Klintworth is licensed under CC BY 4.0.</w:t>
      </w:r>
    </w:p>
    <w:p>
      <w:r/>
    </w:p>
    <w:p>
      <w:pPr>
        <w:pStyle w:val="Heading2"/>
      </w:pPr>
      <w:r>
        <w:t>Seite 2</w:t>
      </w:r>
    </w:p>
    <w:p>
      <w:pPr>
        <w:pStyle w:val="Heading1"/>
      </w:pPr>
      <w:r>
        <w:t>Musik</w:t>
      </w:r>
    </w:p>
    <w:p>
      <w:pPr>
        <w:pStyle w:val="Heading1"/>
      </w:pPr>
      <w:r>
        <w:t>Podcastname</w:t>
      </w:r>
    </w:p>
    <w:p>
      <w:pPr>
        <w:pStyle w:val="Heading1"/>
      </w:pPr>
      <w:r>
        <w:t>Begrüßung der Zuhörer</w:t>
      </w:r>
    </w:p>
    <w:p>
      <w:pPr>
        <w:pStyle w:val="Heading1"/>
      </w:pPr>
      <w:r>
        <w:t>Titel oder The</w:t>
      </w:r>
    </w:p>
    <w:p>
      <w:pPr>
        <w:pStyle w:val="Heading1"/>
      </w:pPr>
      <w:r>
        <w:t>Der Vorspann</w:t>
      </w:r>
    </w:p>
    <w:p>
      <w:r>
        <w:t>This work by Jasmin Klintworth is licensed under CC BY 4.0.</w:t>
      </w:r>
    </w:p>
    <w:p>
      <w:pPr>
        <w:pStyle w:val="Heading2"/>
      </w:pPr>
      <w:r>
        <w:t>Seite 3</w:t>
      </w:r>
    </w:p>
    <w:p>
      <w:pPr>
        <w:pStyle w:val="Heading1"/>
      </w:pPr>
      <w:r>
        <w:t>Einführung des</w:t>
      </w:r>
    </w:p>
    <w:p>
      <w:pPr>
        <w:pStyle w:val="Heading1"/>
      </w:pPr>
      <w:r>
        <w:t>Interviewten</w:t>
      </w:r>
    </w:p>
    <w:p>
      <w:pPr>
        <w:pStyle w:val="Heading1"/>
      </w:pPr>
      <w:r>
        <w:t>--&gt; Wer ist heute zu Gast?</w:t>
      </w:r>
    </w:p>
    <w:p>
      <w:pPr>
        <w:pStyle w:val="Heading1"/>
      </w:pPr>
      <w:r>
        <w:t>Begrüßung des Interviewten</w:t>
      </w:r>
    </w:p>
    <w:p>
      <w:pPr>
        <w:pStyle w:val="Heading1"/>
      </w:pPr>
      <w:r>
        <w:t>Interviewfragen und</w:t>
      </w:r>
    </w:p>
    <w:p>
      <w:pPr>
        <w:pStyle w:val="Heading1"/>
      </w:pPr>
      <w:r>
        <w:t>Antworten im Wechsel</w:t>
      </w:r>
    </w:p>
    <w:p>
      <w:pPr>
        <w:pStyle w:val="Heading1"/>
      </w:pPr>
      <w:r>
        <w:t>Bedanken und</w:t>
      </w:r>
    </w:p>
    <w:p>
      <w:pPr>
        <w:pStyle w:val="Heading1"/>
      </w:pPr>
      <w:r>
        <w:t>Der Hauptteil - Das Interview</w:t>
      </w:r>
    </w:p>
    <w:p>
      <w:r>
        <w:t>This work by Jasmin Klintworth is licensed under CC BY 4.0.</w:t>
      </w:r>
    </w:p>
    <w:p>
      <w:pPr>
        <w:pStyle w:val="Heading2"/>
      </w:pPr>
      <w:r>
        <w:t>Seite 4</w:t>
      </w:r>
    </w:p>
    <w:p>
      <w:pPr>
        <w:pStyle w:val="Heading1"/>
      </w:pPr>
      <w:r>
        <w:t>Musik</w:t>
      </w:r>
    </w:p>
    <w:p>
      <w:pPr>
        <w:pStyle w:val="Heading1"/>
      </w:pPr>
      <w:r>
        <w:t>Podcastname</w:t>
      </w:r>
    </w:p>
    <w:p>
      <w:pPr>
        <w:pStyle w:val="Heading1"/>
      </w:pPr>
      <w:r>
        <w:t>Begrüßung der Zuhörer</w:t>
      </w:r>
    </w:p>
    <w:p>
      <w:pPr>
        <w:pStyle w:val="Heading1"/>
      </w:pPr>
      <w:r>
        <w:t>Titel oder Thema der Folge</w:t>
      </w:r>
    </w:p>
    <w:p>
      <w:pPr>
        <w:pStyle w:val="Heading1"/>
      </w:pPr>
      <w:r>
        <w:t>--&gt; Was machen wir heute?</w:t>
      </w:r>
    </w:p>
    <w:p>
      <w:r>
        <w:t>This work by Jasmin Klintworth is licensed under CC BY 4.0.</w:t>
      </w:r>
    </w:p>
    <w:p>
      <w:pPr>
        <w:pStyle w:val="Heading2"/>
      </w:pPr>
      <w:r>
        <w:t>Seite 5</w:t>
      </w:r>
    </w:p>
    <w:p>
      <w:pPr>
        <w:pStyle w:val="Heading1"/>
      </w:pPr>
      <w:r>
        <w:t>Verabschiedung der Zuhörer</w:t>
      </w:r>
    </w:p>
    <w:p>
      <w:pPr>
        <w:pStyle w:val="Heading1"/>
      </w:pPr>
      <w:r>
        <w:t>Danksagung</w:t>
      </w:r>
    </w:p>
    <w:p>
      <w:r>
        <w:t>This work by Jasmin Klintworth is licensed under CC BY 4.0.</w:t>
      </w:r>
    </w:p>
    <w:p>
      <w:pPr>
        <w:pStyle w:val="Heading2"/>
      </w:pPr>
      <w:r>
        <w:t>Seite 6</w:t>
      </w:r>
    </w:p>
    <w:p>
      <w:pPr>
        <w:pStyle w:val="Heading1"/>
      </w:pPr>
      <w:r>
        <w:t>Einführung des Befragten</w:t>
      </w:r>
    </w:p>
    <w:p>
      <w:pPr>
        <w:pStyle w:val="Heading1"/>
      </w:pPr>
      <w:r>
        <w:t>--&gt; Wer ist heute zu Gast?</w:t>
      </w:r>
    </w:p>
    <w:p>
      <w:pPr>
        <w:pStyle w:val="Heading1"/>
      </w:pPr>
      <w:r>
        <w:t>Begrüßung des Befragten</w:t>
      </w:r>
    </w:p>
    <w:p>
      <w:pPr>
        <w:pStyle w:val="Heading1"/>
      </w:pPr>
      <w:r>
        <w:t>Interviewfragen und</w:t>
      </w:r>
    </w:p>
    <w:p>
      <w:pPr>
        <w:pStyle w:val="Heading1"/>
      </w:pPr>
      <w:r>
        <w:t>Antworten im Wechsel</w:t>
      </w:r>
    </w:p>
    <w:p>
      <w:pPr>
        <w:pStyle w:val="Heading1"/>
      </w:pPr>
      <w:r>
        <w:t>Bedanken und</w:t>
      </w:r>
    </w:p>
    <w:p>
      <w:pPr>
        <w:pStyle w:val="Heading1"/>
      </w:pPr>
      <w:r>
        <w:t>Verabschiedung des</w:t>
      </w:r>
    </w:p>
    <w:p>
      <w:pPr>
        <w:pStyle w:val="Heading1"/>
      </w:pPr>
      <w:r>
        <w:t>Befragten</w:t>
      </w:r>
    </w:p>
    <w:p>
      <w:pPr>
        <w:pStyle w:val="Heading1"/>
      </w:pPr>
      <w:r>
        <w:t>...</w:t>
      </w:r>
    </w:p>
    <w:p>
      <w:r>
        <w:t>This work by Jasmin Klintworth is licensed under CC BY 4.0.</w:t>
      </w:r>
    </w:p>
    <w:p>
      <w:pPr>
        <w:pStyle w:val="Heading2"/>
      </w:pPr>
      <w:r>
        <w:t>Seite 7</w:t>
      </w:r>
    </w:p>
    <w:p>
      <w:pPr>
        <w:pStyle w:val="Heading1"/>
      </w:pPr>
      <w:r>
        <w:t>Titelbild</w:t>
      </w:r>
    </w:p>
    <w:p>
      <w:r>
        <w:t>This work by Jasmin Klintworth is licensed under CC BY 4.0.</w:t>
      </w:r>
    </w:p>
    <w:p>
      <w:r/>
    </w:p>
    <w:p>
      <w:r/>
    </w:p>
    <w:p>
      <w:r/>
    </w:p>
    <w:p>
      <w:r/>
    </w:p>
    <w:p>
      <w:r>
        <w:rPr>
          <w:i/>
        </w:rPr>
        <w:t>Quelle: Wortkarten-Bestandteile-eines-Podcast.pdf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 Interviewpodcast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