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Ein neues Buch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pPr>
        <w:pStyle w:val="Heading2"/>
      </w:pPr>
      <w:r>
        <w:t>Seite 1</w:t>
      </w:r>
    </w:p>
    <w:p>
      <w:r>
        <w:t>Malwida ruft das weiß.Das weiß kommt...</w:t>
      </w:r>
    </w:p>
    <w:p>
      <w:r>
        <w:drawing>
          <wp:inline xmlns:a="http://schemas.openxmlformats.org/drawingml/2006/main" xmlns:pic="http://schemas.openxmlformats.org/drawingml/2006/picture">
            <wp:extent cx="5040000" cy="3904226"/>
            <wp:docPr id="1" name="Picture 1" descr="Abbildung 1 aus dem Original, Seite 1 – Inhalt bitte im Original-PDF ansehen" title="Abbildung 1 aus dem Original, Seite 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90422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/>
    </w:p>
    <w:p>
      <w:r/>
    </w:p>
    <w:p>
      <w:pPr>
        <w:pStyle w:val="Heading2"/>
      </w:pPr>
      <w:r>
        <w:t>Seite 3</w:t>
      </w:r>
    </w:p>
    <w:p>
      <w:r>
        <w:t>Malwida ruft das</w:t>
      </w:r>
    </w:p>
    <w:p>
      <w:r>
        <w:t>| | ' weiß.Das weiß kommt... A</w:t>
      </w:r>
    </w:p>
    <w:p>
      <w:r>
        <w:drawing>
          <wp:inline xmlns:a="http://schemas.openxmlformats.org/drawingml/2006/main" xmlns:pic="http://schemas.openxmlformats.org/drawingml/2006/picture">
            <wp:extent cx="5040000" cy="3461067"/>
            <wp:docPr id="2" name="Picture 2" descr="Abbildung 1 aus dem Original, Seite 3 – Inhalt bitte im Original-PDF ansehen" title="Abbildung 1 aus dem Original, Seite 3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4610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4</w:t>
      </w:r>
    </w:p>
    <w:p>
      <w:r>
        <w:t>Es blineb ein bisschen Rosa,aber denn dann kam das Gelb.</w:t>
      </w:r>
    </w:p>
    <w:p>
      <w:r/>
    </w:p>
    <w:p>
      <w:r/>
    </w:p>
    <w:p>
      <w:r>
        <w:rPr>
          <w:i/>
        </w:rPr>
        <w:t>Hinweis: Teile des Textes wurden per automatischer Texterkennung aus Bildern übernommen und können Fehler enthalten.</w:t>
      </w:r>
    </w:p>
    <w:p>
      <w:r>
        <w:rPr>
          <w:i/>
        </w:rPr>
        <w:t>Quelle: Book-Creator-Geschichte-1.pdf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Ein neues Buch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