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Fantasiegeschichte komprimiert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Checkliste</w:t>
      </w:r>
    </w:p>
    <w:p>
      <w:r>
        <w:t>Es gibt Menschen, Tiere und Gegenstände mit besonderen Fähigkeiten.</w:t>
      </w:r>
    </w:p>
    <w:p>
      <w:r>
        <w:t>Es ist klar, wann die Geschichte spielt.</w:t>
      </w:r>
    </w:p>
    <w:p>
      <w:r>
        <w:t>Es ist klar, wo die Geschichte spielt.</w:t>
      </w:r>
    </w:p>
    <w:p>
      <w:r>
        <w:t>Es wurden unterschiedliche Satzanfänge verwendet.</w:t>
      </w:r>
    </w:p>
    <w:p>
      <w:r>
        <w:t>Die Zeitform ist einheitlich.</w:t>
      </w:r>
    </w:p>
    <w:p>
      <w:r>
        <w:t>Die Satzanfänge wurden groß geschrieben</w:t>
      </w:r>
    </w:p>
    <w:p>
      <w:r>
        <w:rPr>
          <w:i/>
        </w:rPr>
        <w:t>Quelle: Checkliste-Fantasiegeschichte-komprimiert-1.pdf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Fantasiegeschichte komprimiert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