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Ein neues Buch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Eine Flaschenpost wurde angespült...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7560000"/>
            <wp:docPr id="2" name="Picture 2" descr="Abbildung 2 aus dem Original, Seite 1 – Inhalt bitte im Original-PDF ansehen" title="Abbildung 2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</w:t>
      </w:r>
    </w:p>
    <w:p>
      <w:r>
        <w:t>AB (PSK).wscdoc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3" name="Picture 3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893656"/>
            <wp:docPr id="4" name="Picture 4" descr="Abbildung 2 aus dem Original, Seite 2 – Inhalt bitte im Original-PDF ansehen" title="Abbildung 2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8936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825000"/>
            <wp:docPr id="5" name="Picture 5" descr="Abbildung 3 aus dem Original, Seite 2 – Inhalt bitte im Original-PDF ansehen" title="Abbildung 3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8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7131515"/>
            <wp:docPr id="6" name="Picture 6" descr="Abbildung 4 aus dem Original, Seite 2 – Inhalt bitte im Original-PDF ansehen" title="Abbildung 4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131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7" name="Picture 7" descr="Abbildung 5 aus dem Original, Seite 2 – Inhalt bitte im Original-PDF ansehen" title="Abbildung 5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</w:t>
      </w:r>
    </w:p>
    <w:p>
      <w:r>
        <w:t>Station 1: Erklärvideo</w:t>
      </w:r>
    </w:p>
    <w:p>
      <w:r>
        <w:t>Schaue dir das Video an.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8" name="Picture 8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9" name="Picture 9" descr="Abbildung 2 aus dem Original, Seite 3 – Inhalt bitte im Original-PDF ansehen" title="Abbildung 2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4</w:t>
      </w:r>
    </w:p>
    <w:p>
      <w:r>
        <w:t>Station 2: AB</w:t>
      </w:r>
    </w:p>
    <w:p>
      <w:r>
        <w:t>Einleitender Satz Unterschrift Ort, Datum Schlusssatz Anrede Brieftext Grußformel</w:t>
      </w:r>
    </w:p>
    <w:p>
      <w:r>
        <w:drawing>
          <wp:inline xmlns:a="http://schemas.openxmlformats.org/drawingml/2006/main" xmlns:pic="http://schemas.openxmlformats.org/drawingml/2006/picture">
            <wp:extent cx="5040000" cy="5274419"/>
            <wp:docPr id="10" name="Picture 10" descr="Abbildung 1 aus dem Original, Seite 4 – Inhalt bitte im Original-PDF ansehen" title="Abbildung 1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274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5</w:t>
      </w:r>
    </w:p>
    <w:p>
      <w:r>
        <w:t>Station 3: Papagei Pico</w:t>
      </w:r>
    </w:p>
    <w:p>
      <w:r>
        <w:t>Wir planen zusammen deinen</w:t>
      </w:r>
    </w:p>
    <w:p>
      <w:r>
        <w:t>Brief. Öffne den Chatbot und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11" name="Picture 11" descr="Abbildung 1 aus dem Original, Seite 5 – Inhalt bitte im Original-PDF ansehen" title="Abbildung 1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7560000"/>
            <wp:docPr id="12" name="Picture 12" descr="Abbildung 2 aus dem Original, Seite 5 – Inhalt bitte im Original-PDF ansehen" title="Abbildung 2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6</w:t>
      </w:r>
    </w:p>
    <w:p>
      <w:r>
        <w:t>die Insel</w:t>
      </w:r>
    </w:p>
    <w:p>
      <w:r>
        <w:t>der Strand</w:t>
      </w:r>
    </w:p>
    <w:p>
      <w:r>
        <w:t>der Dschungel</w:t>
      </w:r>
    </w:p>
    <w:p>
      <w:r>
        <w:t>der Wald</w:t>
      </w:r>
    </w:p>
    <w:p>
      <w:r>
        <w:t>die Höhle</w:t>
      </w:r>
    </w:p>
    <w:p>
      <w:r>
        <w:t>der Wasserfall</w:t>
      </w:r>
    </w:p>
    <w:p>
      <w:r>
        <w:t>der Vulkan</w:t>
      </w:r>
    </w:p>
    <w:p>
      <w:r>
        <w:t>das Meer / der Ozean</w:t>
      </w:r>
    </w:p>
    <w:p>
      <w:r>
        <w:t>die Palme</w:t>
      </w:r>
    </w:p>
    <w:p>
      <w:r>
        <w:t>die Kokosnuss</w:t>
      </w:r>
    </w:p>
    <w:p>
      <w:r>
        <w:t>Wortspeicher</w:t>
      </w:r>
    </w:p>
    <w:p>
      <w:r>
        <w:t>der Sand</w:t>
      </w:r>
    </w:p>
    <w:p>
      <w:r>
        <w:t>die Muschel</w:t>
      </w:r>
    </w:p>
    <w:p>
      <w:r>
        <w:t>der Schatz / die Schatztruhe</w:t>
      </w:r>
    </w:p>
    <w:p>
      <w:r>
        <w:t>der Pirat / die Piratin</w:t>
      </w:r>
    </w:p>
    <w:p>
      <w:r>
        <w:t>der Kapitän</w:t>
      </w:r>
    </w:p>
    <w:p>
      <w:r>
        <w:t>der Matrose</w:t>
      </w:r>
    </w:p>
    <w:p>
      <w:r>
        <w:t>der Papagei</w:t>
      </w:r>
    </w:p>
    <w:p>
      <w:r>
        <w:t>der Affe</w:t>
      </w:r>
    </w:p>
    <w:p>
      <w:r>
        <w:t>die Krabbe</w:t>
      </w:r>
    </w:p>
    <w:p>
      <w:r>
        <w:t>der Hai</w:t>
      </w:r>
    </w:p>
    <w:p>
      <w:r>
        <w:t>der Delfin</w:t>
      </w:r>
    </w:p>
    <w:p>
      <w:r>
        <w:t>die Möwe</w:t>
      </w:r>
    </w:p>
    <w:p>
      <w:r>
        <w:t>das Krokodil</w:t>
      </w:r>
    </w:p>
    <w:p>
      <w:r>
        <w:t>das Schiff</w:t>
      </w:r>
    </w:p>
    <w:p>
      <w:r>
        <w:t>das Segel der Kompass</w:t>
      </w:r>
    </w:p>
    <w:p>
      <w:r>
        <w:t>die Schatzkarte</w:t>
      </w:r>
    </w:p>
    <w:p>
      <w:r>
        <w:t>das Fernrohr</w:t>
      </w:r>
    </w:p>
    <w:p>
      <w:r>
        <w:t>das Lagerfeuer</w:t>
      </w:r>
    </w:p>
    <w:p>
      <w:r>
        <w:t>das Zelt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13" name="Picture 13" descr="Abbildung 1 aus dem Original, Seite 6 – Inhalt bitte im Original-PDF ansehen" title="Abbildung 1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4" name="Picture 14" descr="Abbildung 2 aus dem Original, Seite 6 – Inhalt bitte im Original-PDF ansehen" title="Abbildung 2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15" name="Picture 15" descr="Abbildung 3 aus dem Original, Seite 6 – Inhalt bitte im Original-PDF ansehen" title="Abbildung 3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16" name="Picture 16" descr="Abbildung 4 aus dem Original, Seite 6 – Inhalt bitte im Original-PDF ansehen" title="Abbildung 4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7" name="Picture 17" descr="Abbildung 5 aus dem Original, Seite 6 – Inhalt bitte im Original-PDF ansehen" title="Abbildung 5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8" name="Picture 18" descr="Abbildung 6 aus dem Original, Seite 6 – Inhalt bitte im Original-PDF ansehen" title="Abbildung 6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19" name="Picture 19" descr="Abbildung 7 aus dem Original, Seite 6 – Inhalt bitte im Original-PDF ansehen" title="Abbildung 7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20" name="Picture 20" descr="Abbildung 8 aus dem Original, Seite 6 – Inhalt bitte im Original-PDF ansehen" title="Abbildung 8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21" name="Picture 21" descr="Abbildung 9 aus dem Original, Seite 6 – Inhalt bitte im Original-PDF ansehen" title="Abbildung 9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22" name="Picture 22" descr="Abbildung 10 aus dem Original, Seite 6 – Inhalt bitte im Original-PDF ansehen" title="Abbildung 10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23" name="Picture 23" descr="Abbildung 11 aus dem Original, Seite 6 – Inhalt bitte im Original-PDF ansehen" title="Abbildung 11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24" name="Picture 24" descr="Abbildung 12 aus dem Original, Seite 6 – Inhalt bitte im Original-PDF ansehen" title="Abbildung 12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25" name="Picture 25" descr="Abbildung 13 aus dem Original, Seite 6 – Inhalt bitte im Original-PDF ansehen" title="Abbildung 13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26" name="Picture 26" descr="Abbildung 14 aus dem Original, Seite 6 – Inhalt bitte im Original-PDF ansehen" title="Abbildung 14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27" name="Picture 27" descr="Abbildung 15 aus dem Original, Seite 6 – Inhalt bitte im Original-PDF ansehen" title="Abbildung 15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28" name="Picture 28" descr="Abbildung 16 aus dem Original, Seite 6 – Inhalt bitte im Original-PDF ansehen" title="Abbildung 16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29" name="Picture 29" descr="Abbildung 17 aus dem Original, Seite 6 – Inhalt bitte im Original-PDF ansehen" title="Abbildung 17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30" name="Picture 30" descr="Abbildung 18 aus dem Original, Seite 6 – Inhalt bitte im Original-PDF ansehen" title="Abbildung 18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31" name="Picture 31" descr="Abbildung 19 aus dem Original, Seite 6 – Inhalt bitte im Original-PDF ansehen" title="Abbildung 19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122623"/>
            <wp:docPr id="32" name="Picture 32" descr="Abbildung 20 aus dem Original, Seite 6 – Inhalt bitte im Original-PDF ansehen" title="Abbildung 20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1226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33" name="Picture 33" descr="Abbildung 21 aus dem Original, Seite 6 – Inhalt bitte im Original-PDF ansehen" title="Abbildung 21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34" name="Picture 34" descr="Abbildung 22 aus dem Original, Seite 6 – Inhalt bitte im Original-PDF ansehen" title="Abbildung 22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35" name="Picture 35" descr="Abbildung 23 aus dem Original, Seite 6 – Inhalt bitte im Original-PDF ansehen" title="Abbildung 23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7</w:t>
      </w:r>
    </w:p>
    <w:p>
      <w:r>
        <w:t>beobachten ankern</w:t>
      </w:r>
    </w:p>
    <w:p>
      <w:r>
        <w:t>rudern</w:t>
      </w:r>
    </w:p>
    <w:p>
      <w:r>
        <w:t>steuern</w:t>
      </w:r>
    </w:p>
    <w:p>
      <w:r>
        <w:t>finden</w:t>
      </w:r>
    </w:p>
    <w:p>
      <w:r>
        <w:t>suchen</w:t>
      </w:r>
    </w:p>
    <w:p>
      <w:r>
        <w:t>klettern</w:t>
      </w:r>
    </w:p>
    <w:p>
      <w:r>
        <w:t>verstecken entdecken heiß</w:t>
      </w:r>
    </w:p>
    <w:p>
      <w:r>
        <w:t>wild</w:t>
      </w:r>
    </w:p>
    <w:p>
      <w:r>
        <w:t>geheimnisvoll</w:t>
      </w:r>
    </w:p>
    <w:p>
      <w:r>
        <w:t>stürmisch</w:t>
      </w:r>
    </w:p>
    <w:p>
      <w:r>
        <w:t>gefährlich</w:t>
      </w:r>
    </w:p>
    <w:p>
      <w:r>
        <w:t>abenteuerlich</w:t>
      </w:r>
    </w:p>
    <w:p>
      <w:r>
        <w:t>warm</w:t>
      </w:r>
    </w:p>
    <w:p>
      <w:r>
        <w:t>mutig</w:t>
      </w:r>
    </w:p>
    <w:p>
      <w:r>
        <w:t>sonnig</w:t>
      </w:r>
    </w:p>
    <w:p>
      <w:r>
        <w:t>Auf einmal</w:t>
      </w:r>
    </w:p>
    <w:p>
      <w:r>
        <w:t>Dann</w:t>
      </w:r>
    </w:p>
    <w:p>
      <w:r>
        <w:t>Eines Tages…</w:t>
      </w:r>
    </w:p>
    <w:p>
      <w:r>
        <w:t>Danach</w:t>
      </w:r>
    </w:p>
    <w:p>
      <w:r>
        <w:t>Plötzlich</w:t>
      </w:r>
    </w:p>
    <w:p>
      <w:r>
        <w:t>segeln</w:t>
      </w:r>
    </w:p>
    <w:p>
      <w:r>
        <w:t>tauchen</w:t>
      </w:r>
    </w:p>
    <w:p>
      <w:r>
        <w:t>schwimmen</w:t>
      </w:r>
    </w:p>
    <w:p>
      <w:r>
        <w:t>Wortspeicher</w:t>
      </w:r>
    </w:p>
    <w:p>
      <w:r>
        <w:t>Satzanfänge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36" name="Picture 36" descr="Abbildung 1 aus dem Original, Seite 7 – Inhalt bitte im Original-PDF ansehen" title="Abbildung 1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37" name="Picture 37" descr="Abbildung 2 aus dem Original, Seite 7 – Inhalt bitte im Original-PDF ansehen" title="Abbildung 2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38" name="Picture 38" descr="Abbildung 3 aus dem Original, Seite 7 – Inhalt bitte im Original-PDF ansehen" title="Abbildung 3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39" name="Picture 39" descr="Abbildung 4 aus dem Original, Seite 7 – Inhalt bitte im Original-PDF ansehen" title="Abbildung 4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40" name="Picture 40" descr="Abbildung 5 aus dem Original, Seite 7 – Inhalt bitte im Original-PDF ansehen" title="Abbildung 5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4958710"/>
            <wp:docPr id="41" name="Picture 41" descr="Abbildung 6 aus dem Original, Seite 7 – Inhalt bitte im Original-PDF ansehen" title="Abbildung 6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9587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42" name="Picture 42" descr="Abbildung 7 aus dem Original, Seite 7 – Inhalt bitte im Original-PDF ansehen" title="Abbildung 7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43" name="Picture 43" descr="Abbildung 8 aus dem Original, Seite 7 – Inhalt bitte im Original-PDF ansehen" title="Abbildung 8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44" name="Picture 44" descr="Abbildung 9 aus dem Original, Seite 7 – Inhalt bitte im Original-PDF ansehen" title="Abbildung 9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45" name="Picture 45" descr="Abbildung 10 aus dem Original, Seite 7 – Inhalt bitte im Original-PDF ansehen" title="Abbildung 10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82000"/>
            <wp:docPr id="46" name="Picture 46" descr="Abbildung 11 aus dem Original, Seite 7 – Inhalt bitte im Original-PDF ansehen" title="Abbildung 11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8</w:t>
      </w:r>
    </w:p>
    <w:p>
      <w:r>
        <w:t>Station 4: Geschichte einsprechen</w:t>
      </w:r>
    </w:p>
    <w:p>
      <w:r>
        <w:t>Nutze die Diktierfunktion und spreche deine Geschichte ein.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47" name="Picture 47" descr="Abbildung 1 aus dem Original, Seite 8 – Inhalt bitte im Original-PDF ansehen" title="Abbildung 1 aus dem Original, Seite 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48" name="Picture 48" descr="Abbildung 2 aus dem Original, Seite 8 – Inhalt bitte im Original-PDF ansehen" title="Abbildung 2 aus dem Original, Seite 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9</w:t>
      </w:r>
    </w:p>
    <w:p>
      <w:r>
        <w:t>Station 5: Überarbeitung</w:t>
      </w:r>
    </w:p>
    <w:p>
      <w:r>
        <w:t>Gehe zur Haltestelle. Tausche deinen Text mit einem Partner. Nutze für die Überarbeitung den Chatbot als Hilfe. Schreibe dein Feedback auf diese Seite.</w:t>
      </w:r>
    </w:p>
    <w:p>
      <w:r>
        <w:t>Dein Feedback:</w:t>
      </w:r>
    </w:p>
    <w:p>
      <w:r>
        <w:drawing>
          <wp:inline xmlns:a="http://schemas.openxmlformats.org/drawingml/2006/main" xmlns:pic="http://schemas.openxmlformats.org/drawingml/2006/picture">
            <wp:extent cx="5040000" cy="12920000"/>
            <wp:docPr id="49" name="Picture 49" descr="Abbildung 1 aus dem Original, Seite 9 – Inhalt bitte im Original-PDF ansehen" title="Abbildung 1 aus dem Original, Seite 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29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10</w:t>
      </w:r>
    </w:p>
    <w:p>
      <w:r>
        <w:t>Station 6: Feinschliff</w:t>
      </w:r>
    </w:p>
    <w:p>
      <w:r>
        <w:t>Überarbeite mögliche Fehler in deinem Brief. Anschließend kannst du ihn verzieren.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50" name="Picture 50" descr="Abbildung 1 aus dem Original, Seite 10 – Inhalt bitte im Original-PDF ansehen" title="Abbildung 1 aus dem Original, Seite 10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Ein-neues-Buch.pdf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jp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jpg"/><Relationship Id="rId15" Type="http://schemas.openxmlformats.org/officeDocument/2006/relationships/image" Target="media/image7.png"/><Relationship Id="rId16" Type="http://schemas.openxmlformats.org/officeDocument/2006/relationships/image" Target="media/image8.jp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neues Buch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