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Hauptfiguren in einer Fantasiegeschichte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Regeln</w:t>
      </w:r>
    </w:p>
    <w:p>
      <w:pPr>
        <w:pStyle w:val="ListBullet"/>
      </w:pPr>
      <w:r>
        <w:t>Lies dir alles ganz genau durch!</w:t>
      </w:r>
    </w:p>
    <w:p>
      <w:pPr>
        <w:pStyle w:val="ListBullet"/>
      </w:pPr>
      <w:r>
        <w:t>Bearbeite alle Aufgaben sorgfältig!</w:t>
      </w:r>
    </w:p>
    <w:p>
      <w:pPr>
        <w:pStyle w:val="ListBullet"/>
      </w:pPr>
      <w:r>
        <w:t>Wenn du etwas nicht lesen kannst, hör es dir an. Drücke dafür auf das Symbol mit dem Lautsprecher!</w:t>
      </w:r>
    </w:p>
    <w:p>
      <w:r>
        <w:t>Partnerarbeit:</w:t>
      </w:r>
    </w:p>
    <w:p>
      <w:pPr>
        <w:pStyle w:val="ListBullet"/>
      </w:pPr>
      <w:r>
        <w:t>Du hörst die Ideen von deinem Partner an!</w:t>
      </w:r>
    </w:p>
    <w:p>
      <w:pPr>
        <w:pStyle w:val="ListBullet"/>
      </w:pPr>
      <w:r>
        <w:t>Ihr entscheidet eure Geschichte gemeinsam!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5" name="Picture 5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6" name="Picture 6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7" name="Picture 7" descr="Abbildung 2 aus dem Original, Seite 4 – Inhalt bitte im Original-PDF ansehen" title="Abbildung 2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8" name="Picture 8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9" name="Picture 9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0" name="Picture 10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1" name="Picture 11" descr="Abbildung 2 aus dem Original, Seite 6 – Inhalt bitte im Original-PDF ansehen" title="Abbildung 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Als nächstes sollst du mit Hilfe eines ChatBots deine Hauptfigur erstellen. Auf der nächsten Seite wird dir erklärt, wie das geht.</w:t>
      </w:r>
    </w:p>
    <w:p>
      <w:r>
        <w:t>ChatBot: Hauptfigur</w:t>
      </w:r>
    </w:p>
    <w:p>
      <w:r>
        <w:t>Wie benutze ich den ChatBot?</w:t>
      </w:r>
    </w:p>
    <w:p>
      <w:pPr>
        <w:pStyle w:val="ListBullet"/>
      </w:pPr>
      <w:r>
        <w:t>Klicke auf den Link</w:t>
      </w:r>
    </w:p>
    <w:p>
      <w:pPr>
        <w:pStyle w:val="ListBullet"/>
      </w:pPr>
      <w:r>
        <w:t>Klicke auf Hallo</w:t>
      </w:r>
    </w:p>
    <w:p>
      <w:pPr>
        <w:pStyle w:val="ListBullet"/>
      </w:pPr>
      <w:r>
        <w:t>Beantworte die Fragen des ChatBots. Du darfst deine Antworten tippen oder durch klicken auf das Mikrofon deine Antwort reinsprechen.</w:t>
      </w:r>
    </w:p>
    <w:p>
      <w:pPr>
        <w:pStyle w:val="ListBullet"/>
      </w:pPr>
      <w:r>
        <w:t>Gebe den Code ein, der auf deinem Tisch steht.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2" name="Picture 12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r>
        <w:t>Terz orte in einer Eantasiegeschichte</w:t>
      </w:r>
    </w:p>
    <w:p>
      <w:r>
        <w:t>&lt; y R1 Peait, . © ar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3" name="Picture 13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4" name="Picture 14" descr="Abbildung 2 aus dem Original, Seite 8 – Inhalt bitte im Original-PDF ansehen" title="Abbildung 2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5" name="Picture 15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6" name="Picture 16" descr="Abbildung 2 aus dem Original, Seite 9 – Inhalt bitte im Original-PDF ansehen" title="Abbildung 2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10</w:t>
      </w:r>
    </w:p>
    <w:p>
      <w:r>
        <w:t>ChatBot: Ort</w:t>
      </w:r>
    </w:p>
    <w:p>
      <w:r>
        <w:t>Wie benutze ich den ChatBot?</w:t>
      </w:r>
    </w:p>
    <w:p>
      <w:pPr>
        <w:pStyle w:val="ListBullet"/>
      </w:pPr>
      <w:r>
        <w:t>Klicke auf den Link</w:t>
      </w:r>
    </w:p>
    <w:p>
      <w:pPr>
        <w:pStyle w:val="ListBullet"/>
      </w:pPr>
      <w:r>
        <w:t>Klicke auf Hallo</w:t>
      </w:r>
    </w:p>
    <w:p>
      <w:pPr>
        <w:pStyle w:val="ListBullet"/>
      </w:pPr>
      <w:r>
        <w:t>Beantworte die Fragen des ChatBoty. Du darfst deine Antwort tippen oder durch klicken auf das Mikrofon deine Antwort sagen</w:t>
      </w:r>
    </w:p>
    <w:p>
      <w:pPr>
        <w:pStyle w:val="ListBullet"/>
      </w:pPr>
      <w:r>
        <w:t>Gebe den Code ein, der auf deinem Tisch steht.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7" name="Picture 17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8" name="Picture 18" descr="Abbildung 2 aus dem Original, Seite 10 – Inhalt bitte im Original-PDF ansehen" title="Abbildung 2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11</w:t>
      </w:r>
    </w:p>
    <w:p>
      <w:r>
        <w:t>Schreib deine Antworten jetzt auf den Steckbrief. Wenn du noch Zeit hast bis zur Frühstückspause darfst du deine Hauptfigur gerne auf den Steckbrief malen!</w:t>
      </w:r>
    </w:p>
    <w:p>
      <w:r>
        <w:t>Was ist eine Fantasiegeschichte?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9" name="Picture 19" descr="Abbildung 1 aus dem Original, Seite 11 – Inhalt bitte im Original-PDF ansehen" title="Abbildung 1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20" name="Picture 20" descr="Abbildung 2 aus dem Original, Seite 11 – Inhalt bitte im Original-PDF ansehen" title="Abbildung 2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12</w:t>
      </w:r>
    </w:p>
    <w:p>
      <w:r>
        <w:t>Überlege dir, welches Abenteuer deine Hauptfigur erlebt und welche Aufgaben es erledigen muss.</w:t>
      </w:r>
    </w:p>
    <w:p>
      <w:r>
        <w:t>Nutze den ChatBot Aufgabe, um deine Geschichte zu schreiben.</w:t>
      </w:r>
    </w:p>
    <w:p>
      <w:r>
        <w:t>ChatBot: Aufgabe</w:t>
      </w:r>
    </w:p>
    <w:p>
      <w:r>
        <w:t>Jetzt schreibst du die Einleitung und den Hauptteil deiner Geschichte! Für die Satzanfänge kannst du diese Hilfen benutzen:</w:t>
      </w:r>
    </w:p>
    <w:p>
      <w:r>
        <w:t>Plötzlich In diesem Augenblick Auf einmal Kurz darauf Eines Tages Sofort Später Anschließend Schlagartig Nachdem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1" name="Picture 21" descr="Abbildung 1 aus dem Original, Seite 12 – Inhalt bitte im Original-PDF ansehen" title="Abbildung 1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13</w:t>
      </w:r>
    </w:p>
    <w:p>
      <w:r>
        <w:t>Jetzt fehlt nur noch der Schluss für deine Geschichte! Nutze den ChatBot Schluss, um deine Geschichte zu beenden. Schreibe dann deine Geschichte zu Ende.</w:t>
      </w:r>
    </w:p>
    <w:p>
      <w:r>
        <w:t>ChatBot: Schluss</w:t>
      </w:r>
    </w:p>
    <w:p>
      <w:r>
        <w:t>Bist du schon fertig mit deiner Geschichte? Lies dir die Checkliste durch und überprüfe, ob du alles abhaken kannst.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2" name="Picture 22" descr="Abbildung 1 aus dem Original, Seite 13 – Inhalt bitte im Original-PDF ansehen" title="Abbildung 1 aus dem Original, Seite 1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14</w:t>
      </w:r>
    </w:p>
    <w:p>
      <w:r>
        <w:t>Super! Jetzt bist du ein richtiger Fantasiegeschichtenschreiber! Gehe nun zu der Lehrerin und erzähl ihr von deiner Geschichte!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3" name="Picture 23" descr="Abbildung 1 aus dem Original, Seite 14 – Inhalt bitte im Original-PDF ansehen" title="Abbildung 1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Hauptfiguren-in-einer-Fantasiegeschichte-neu.pdf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Hauptfiguren in einer Fantasiegeschichte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