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Maerchen schreiben mit KI Material komprimiert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/>
    </w:p>
    <w:p>
      <w:pPr>
        <w:pStyle w:val="Heading2"/>
      </w:pPr>
      <w:r>
        <w:t>Seite 2</w:t>
      </w:r>
    </w:p>
    <w:p>
      <w:pPr>
        <w:pStyle w:val="Heading1"/>
      </w:pPr>
      <w:r>
        <w:t>Wer kommt in der</w:t>
      </w:r>
    </w:p>
    <w:p>
      <w:pPr>
        <w:pStyle w:val="Heading1"/>
      </w:pPr>
      <w:r>
        <w:t>Geschichte vor?</w:t>
      </w:r>
    </w:p>
    <w:p>
      <w:pPr>
        <w:pStyle w:val="Heading1"/>
      </w:pPr>
      <w:r>
        <w:t>-</w:t>
      </w:r>
    </w:p>
    <w:p>
      <w:pPr>
        <w:pStyle w:val="Heading1"/>
      </w:pPr>
      <w:r>
        <w:t>Ein Mensch, ein Tier</w:t>
      </w:r>
    </w:p>
    <w:p>
      <w:pPr>
        <w:pStyle w:val="Heading1"/>
      </w:pPr>
      <w:r>
        <w:t>oder eine</w:t>
      </w:r>
    </w:p>
    <w:p>
      <w:pPr>
        <w:pStyle w:val="Heading1"/>
      </w:pPr>
      <w:r>
        <w:t>Phantasiefigur?</w:t>
      </w:r>
    </w:p>
    <w:p>
      <w:pPr>
        <w:pStyle w:val="Heading1"/>
      </w:pPr>
      <w:r>
        <w:t>-</w:t>
      </w:r>
    </w:p>
    <w:p>
      <w:pPr>
        <w:pStyle w:val="Heading1"/>
      </w:pPr>
      <w:r>
        <w:t>Wie können wir sie</w:t>
      </w:r>
    </w:p>
    <w:p>
      <w:pPr>
        <w:pStyle w:val="Heading1"/>
      </w:pPr>
      <w:r>
        <w:t>beschreiben?</w:t>
      </w:r>
    </w:p>
    <w:p>
      <w:pPr>
        <w:pStyle w:val="Heading1"/>
      </w:pPr>
      <w:r>
        <w:t>Einleitung</w:t>
      </w:r>
    </w:p>
    <w:p>
      <w:r/>
    </w:p>
    <w:p>
      <w:pPr>
        <w:pStyle w:val="Heading2"/>
      </w:pPr>
      <w:r>
        <w:t>Seite 3</w:t>
      </w:r>
    </w:p>
    <w:p>
      <w:pPr>
        <w:pStyle w:val="Heading1"/>
      </w:pPr>
      <w:r>
        <w:t>Wo spielt sie?</w:t>
      </w:r>
    </w:p>
    <w:p>
      <w:pPr>
        <w:pStyle w:val="Heading1"/>
      </w:pPr>
      <w:r>
        <w:t>Im Wald, in der Stadt, auf</w:t>
      </w:r>
    </w:p>
    <w:p>
      <w:pPr>
        <w:pStyle w:val="Heading1"/>
      </w:pPr>
      <w:r>
        <w:t>einem Berg oder an einem</w:t>
      </w:r>
    </w:p>
    <w:p>
      <w:pPr>
        <w:pStyle w:val="Heading1"/>
      </w:pPr>
      <w:r>
        <w:t>geheimen Ort?</w:t>
      </w:r>
    </w:p>
    <w:p>
      <w:pPr>
        <w:pStyle w:val="Heading1"/>
      </w:pPr>
      <w:r>
        <w:t>Problem</w:t>
      </w:r>
    </w:p>
    <w:p>
      <w:pPr>
        <w:pStyle w:val="Heading1"/>
      </w:pPr>
      <w:r>
        <w:t>Die Hauptfigur steht vor einem</w:t>
      </w:r>
    </w:p>
    <w:p>
      <w:pPr>
        <w:pStyle w:val="Heading1"/>
      </w:pPr>
      <w:r>
        <w:t>ein Problem:</w:t>
      </w:r>
    </w:p>
    <w:p>
      <w:pPr>
        <w:pStyle w:val="Heading1"/>
      </w:pPr>
      <w:r>
        <w:t>- etwas fehlt</w:t>
      </w:r>
    </w:p>
    <w:p>
      <w:pPr>
        <w:pStyle w:val="Heading1"/>
      </w:pPr>
      <w:r>
        <w:t>- etwas ist passiert</w:t>
      </w:r>
    </w:p>
    <w:p>
      <w:r/>
    </w:p>
    <w:p>
      <w:pPr>
        <w:pStyle w:val="Heading2"/>
      </w:pPr>
      <w:r>
        <w:t>Seite 4</w:t>
      </w:r>
    </w:p>
    <w:p>
      <w:pPr>
        <w:pStyle w:val="Heading1"/>
      </w:pPr>
      <w:r>
        <w:t>Hauptteil:</w:t>
      </w:r>
    </w:p>
    <w:p>
      <w:pPr>
        <w:pStyle w:val="Heading1"/>
      </w:pPr>
      <w:r>
        <w:t>Was passiert?</w:t>
      </w:r>
    </w:p>
    <w:p>
      <w:pPr>
        <w:pStyle w:val="Heading1"/>
      </w:pPr>
      <w:r>
        <w:t>Lösungsversuch</w:t>
      </w:r>
    </w:p>
    <w:p>
      <w:pPr>
        <w:pStyle w:val="Heading1"/>
      </w:pPr>
      <w:r>
        <w:t>Die Hauptfigur:</w:t>
      </w:r>
    </w:p>
    <w:p>
      <w:pPr>
        <w:pStyle w:val="Heading1"/>
      </w:pPr>
      <w:r>
        <w:t>- beginnt mit der</w:t>
      </w:r>
    </w:p>
    <w:p>
      <w:pPr>
        <w:pStyle w:val="Heading1"/>
      </w:pPr>
      <w:r>
        <w:t>Suche/Problemlösung</w:t>
      </w:r>
    </w:p>
    <w:p>
      <w:pPr>
        <w:pStyle w:val="Heading1"/>
      </w:pPr>
      <w:r>
        <w:t>- trifft auf eine andere Figur</w:t>
      </w:r>
    </w:p>
    <w:p>
      <w:r/>
    </w:p>
    <w:p>
      <w:pPr>
        <w:pStyle w:val="Heading2"/>
      </w:pPr>
      <w:r>
        <w:t>Seite 5</w:t>
      </w:r>
    </w:p>
    <w:p>
      <w:pPr>
        <w:pStyle w:val="Heading1"/>
      </w:pPr>
      <w:r>
        <w:t>Die Hauptfigur:</w:t>
      </w:r>
    </w:p>
    <w:p>
      <w:pPr>
        <w:pStyle w:val="Heading1"/>
      </w:pPr>
      <w:r>
        <w:t>- bekommt eine Aufgabe</w:t>
      </w:r>
    </w:p>
    <w:p>
      <w:pPr>
        <w:pStyle w:val="Heading1"/>
      </w:pPr>
      <w:r>
        <w:t>- bekommt etwas Magisches</w:t>
      </w:r>
    </w:p>
    <w:p>
      <w:pPr>
        <w:pStyle w:val="Heading2"/>
      </w:pPr>
      <w:r>
        <w:t>Seite 6</w:t>
      </w:r>
    </w:p>
    <w:p>
      <w:pPr>
        <w:pStyle w:val="Heading1"/>
      </w:pPr>
      <w:r>
        <w:t>Schluss/Ende</w:t>
      </w:r>
    </w:p>
    <w:p>
      <w:pPr>
        <w:pStyle w:val="Heading1"/>
      </w:pPr>
      <w:r>
        <w:t>Lösung:</w:t>
      </w:r>
    </w:p>
    <w:p>
      <w:pPr>
        <w:pStyle w:val="Heading1"/>
      </w:pPr>
      <w:r>
        <w:t>Das Problem wird gelöst.</w:t>
      </w:r>
    </w:p>
    <w:p>
      <w:pPr>
        <w:pStyle w:val="Heading1"/>
      </w:pPr>
      <w:r>
        <w:t>Wie geht die Geschichte aus?</w:t>
      </w:r>
    </w:p>
    <w:p>
      <w:pPr>
        <w:pStyle w:val="Heading1"/>
      </w:pPr>
      <w:r>
        <w:t>Was passiert danach?</w:t>
      </w:r>
    </w:p>
    <w:p>
      <w:pPr>
        <w:pStyle w:val="Heading1"/>
      </w:pPr>
      <w:r>
        <w:t>Es war einmal…</w:t>
      </w:r>
    </w:p>
    <w:p>
      <w:pPr>
        <w:pStyle w:val="Heading1"/>
      </w:pPr>
      <w:r>
        <w:t>Eines schönen Tages…</w:t>
      </w:r>
    </w:p>
    <w:p>
      <w:r/>
    </w:p>
    <w:p>
      <w:r/>
    </w:p>
    <w:p>
      <w:pPr>
        <w:pStyle w:val="Heading2"/>
      </w:pPr>
      <w:r>
        <w:t>Seite 9</w:t>
      </w:r>
    </w:p>
    <w:p>
      <w:pPr>
        <w:pStyle w:val="Heading1"/>
      </w:pPr>
      <w:r>
        <w:t>Und wenn sie nicht gestorben</w:t>
      </w:r>
    </w:p>
    <w:p>
      <w:pPr>
        <w:pStyle w:val="Heading1"/>
      </w:pPr>
      <w:r>
        <w:t>sind, dann leben sie noch</w:t>
      </w:r>
    </w:p>
    <w:p>
      <w:pPr>
        <w:pStyle w:val="Heading1"/>
      </w:pPr>
      <w:r>
        <w:t>heute.</w:t>
      </w:r>
    </w:p>
    <w:p>
      <w:pPr>
        <w:pStyle w:val="Heading2"/>
      </w:pPr>
      <w:r>
        <w:t>Seite 10</w:t>
      </w:r>
    </w:p>
    <w:p>
      <w:pPr>
        <w:pStyle w:val="Heading1"/>
      </w:pPr>
      <w:r>
        <w:t>Merkmale</w:t>
      </w:r>
    </w:p>
    <w:p>
      <w:pPr>
        <w:pStyle w:val="Heading1"/>
      </w:pPr>
      <w:r>
        <w:t>eines Märchens</w:t>
      </w:r>
    </w:p>
    <w:p>
      <w:pPr>
        <w:pStyle w:val="Heading1"/>
      </w:pPr>
      <w:r>
        <w:t>Anfang:</w:t>
      </w:r>
    </w:p>
    <w:p>
      <w:pPr>
        <w:pStyle w:val="Heading1"/>
      </w:pPr>
      <w:r>
        <w:t>„Es war einmal…“</w:t>
      </w:r>
    </w:p>
    <w:p>
      <w:pPr>
        <w:pStyle w:val="Heading1"/>
      </w:pPr>
      <w:r>
        <w:t>Zeitform:</w:t>
      </w:r>
    </w:p>
    <w:p>
      <w:pPr>
        <w:pStyle w:val="Heading1"/>
      </w:pPr>
      <w:r>
        <w:t>Präteritum</w:t>
      </w:r>
    </w:p>
    <w:p>
      <w:pPr>
        <w:pStyle w:val="Heading1"/>
      </w:pPr>
      <w:r>
        <w:t>Held gegen Bösewicht</w:t>
      </w:r>
    </w:p>
    <w:p>
      <w:pPr>
        <w:pStyle w:val="Heading1"/>
      </w:pPr>
      <w:r>
        <w:t>Fabelwesen</w:t>
      </w:r>
    </w:p>
    <w:p>
      <w:pPr>
        <w:pStyle w:val="Heading1"/>
      </w:pPr>
      <w:r>
        <w:t>Besondere/magische</w:t>
      </w:r>
    </w:p>
    <w:p>
      <w:pPr>
        <w:pStyle w:val="Heading1"/>
      </w:pPr>
      <w:r>
        <w:t>Gegenstände</w:t>
      </w:r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2 aus dem Original, Seite 10 – Inhalt bitte im Original-PDF ansehen" title="Abbildung 2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11</w:t>
      </w:r>
    </w:p>
    <w:p>
      <w:pPr>
        <w:pStyle w:val="Heading1"/>
      </w:pPr>
      <w:r>
        <w:t>Zaubersprüche</w:t>
      </w:r>
    </w:p>
    <w:p>
      <w:pPr>
        <w:pStyle w:val="Heading1"/>
      </w:pPr>
      <w:r>
        <w:t>Ein Problem muss gelöst</w:t>
      </w:r>
    </w:p>
    <w:p>
      <w:pPr>
        <w:pStyle w:val="Heading1"/>
      </w:pPr>
      <w:r>
        <w:t>werden</w:t>
      </w:r>
    </w:p>
    <w:p>
      <w:pPr>
        <w:pStyle w:val="Heading1"/>
      </w:pPr>
      <w:r>
        <w:t>Das Gute gewinnt</w:t>
      </w:r>
    </w:p>
    <w:p>
      <w:pPr>
        <w:pStyle w:val="Heading1"/>
      </w:pPr>
      <w:r>
        <w:t>Verschiedene Orte</w:t>
      </w:r>
    </w:p>
    <w:p>
      <w:pPr>
        <w:pStyle w:val="Heading1"/>
      </w:pPr>
      <w:r>
        <w:t>Das Schlechte wird</w:t>
      </w:r>
    </w:p>
    <w:p>
      <w:pPr>
        <w:pStyle w:val="Heading1"/>
      </w:pPr>
      <w:r>
        <w:t>bestraft</w:t>
      </w:r>
    </w:p>
    <w:p>
      <w:pPr>
        <w:pStyle w:val="Heading1"/>
      </w:pPr>
      <w:r>
        <w:t>Ende:</w:t>
      </w:r>
    </w:p>
    <w:p>
      <w:pPr>
        <w:pStyle w:val="Heading1"/>
      </w:pPr>
      <w:r>
        <w:t>Und wenn sie nicht…</w:t>
      </w:r>
    </w:p>
    <w:p>
      <w:r/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3 aus dem Original, Seite 11 – Inhalt bitte im Original-PDF ansehen" title="Abbildung 3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/>
    </w:p>
    <w:p>
      <w:r/>
    </w:p>
    <w:p>
      <w:pPr>
        <w:pStyle w:val="Heading2"/>
      </w:pPr>
      <w:r>
        <w:t>Seite 12</w:t>
      </w:r>
    </w:p>
    <w:p>
      <w:r>
        <w:t>Die Mindmap für unser Schattentheater</w:t>
      </w:r>
    </w:p>
    <w:p>
      <w:r>
        <w:t>Die Figuren Der Ort</w:t>
      </w:r>
    </w:p>
    <w:p>
      <w:r>
        <w:t>Das Problem Der Lösungsversuch</w:t>
      </w:r>
    </w:p>
    <w:p>
      <w:r>
        <w:t>Die Lösung</w:t>
      </w:r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13</w:t>
      </w:r>
    </w:p>
    <w:p>
      <w:r>
        <w:t>Gibt es eine böse Figur und hat die Figur besondere Fähigkeiten?</w:t>
      </w:r>
    </w:p>
    <w:p>
      <w:r>
        <w:t>Gibt es einen Titel?</w:t>
      </w:r>
    </w:p>
    <w:p>
      <w:r>
        <w:t>Beginnt das Märchen mit: Es war einmal…?</w:t>
      </w:r>
    </w:p>
    <w:p>
      <w:r>
        <w:t>Werden die Figur und der Ort kurz vorgestellt?</w:t>
      </w:r>
    </w:p>
    <w:p>
      <w:r>
        <w:t>Gibt es ein Problem?</w:t>
      </w:r>
    </w:p>
    <w:p>
      <w:r>
        <w:t>Wird geholfen oder gezaubert?</w:t>
      </w:r>
    </w:p>
    <w:p>
      <w:r>
        <w:t>Wird das Problem gelöst?</w:t>
      </w:r>
    </w:p>
    <w:p>
      <w:r>
        <w:t>Gibt es ein glückliches Ende?</w:t>
      </w:r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14</w:t>
      </w:r>
    </w:p>
    <w:p>
      <w:r>
        <w:t>Mind Map</w:t>
      </w:r>
    </w:p>
    <w:p>
      <w:r>
        <w:t>Checkliste</w:t>
      </w:r>
    </w:p>
    <w:p>
      <w:r>
        <w:t>IPad/ schreiben</w:t>
      </w:r>
    </w:p>
    <w:p>
      <w:r>
        <w:t>IPad/ schreiben</w:t>
      </w:r>
    </w:p>
    <w:p>
      <w:r>
        <w:t>IPad/ schreiben</w:t>
      </w:r>
    </w:p>
    <w:p>
      <w:r>
        <w:t>Checkliste</w:t>
      </w:r>
    </w:p>
    <w:p>
      <w:r>
        <w:t>Checkliste</w:t>
      </w:r>
    </w:p>
    <w:p>
      <w:r>
        <w:t>Mind Map</w:t>
      </w:r>
    </w:p>
    <w:p>
      <w:r>
        <w:t>Mind Map</w:t>
      </w:r>
    </w:p>
    <w:p>
      <w:r>
        <w:t>Mind Map</w:t>
      </w:r>
    </w:p>
    <w:p>
      <w:r>
        <w:t>Checkliste</w:t>
      </w:r>
    </w:p>
    <w:p>
      <w:r>
        <w:t>IPad/ schreiben</w:t>
      </w:r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2 aus dem Original, Seite 14 – Inhalt bitte im Original-PDF ansehen" title="Abbildung 2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19</w:t>
      </w:r>
    </w:p>
    <w:p>
      <w:r>
        <w:t>Impressum</w:t>
      </w:r>
    </w:p>
    <w:p>
      <w:r>
        <w:t>Dieses Material wurde von Studierenden im Rahmen eines Seminares der Europa-Universität Flensburg erstellt.</w:t>
      </w:r>
    </w:p>
    <w:p>
      <w:r>
        <w:t>Dieses Dokument steht – ausgenommen aller im Dokument genutzten Grafiken (Flaticon, © 2010-2026 Freepik Company S.L.) – unter einer CC BY-4.0 Lizenz.</w:t>
      </w:r>
    </w:p>
    <w:p>
      <w:r>
        <w:t>Europa-Universität-Flensburg</w:t>
      </w:r>
    </w:p>
    <w:p>
      <w:r/>
    </w:p>
    <w:p>
      <w:r>
        <w:rPr>
          <w:i/>
        </w:rPr>
        <w:t>Quelle: Maerchen-schreiben-mit-KI_Material-komprimiert.pdf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Maerchen schreiben mit KI Material komprimiert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