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Maerchenwaechter Brief compressed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Liebe Kinder,</w:t>
      </w:r>
    </w:p>
    <w:p>
      <w:r>
        <w:t>in Simsala ist etwas Schreckliches passiert! Aus dem geheimen Märchenbuch sind ganz viele Geschichten verschwunden. Dort, wo früher spannende Abenteuer und mutige Helden standen, sind jetzt nur noch</w:t>
      </w:r>
    </w:p>
    <w:p>
      <w:r>
        <w:t>leere Seiten! Niemand weiß, wie das geschehen konnte. Doch eines ist klar: Wenn wir nichts tun, wird die ganze</w:t>
      </w:r>
    </w:p>
    <w:p>
      <w:r>
        <w:t>Märchenwelt verblassen!</w:t>
      </w:r>
    </w:p>
    <w:p>
      <w:r>
        <w:t>Darum brauchen wir euch! Ihr seid die mutigen Märchenwächter. Nur ihr könnt Simsala retten! Denkt euch neue Märchen aus, schreibt</w:t>
      </w:r>
    </w:p>
    <w:p>
      <w:r>
        <w:t>aufregende Abenteuer und erweckt die Magie der</w:t>
      </w:r>
    </w:p>
    <w:p>
      <w:r>
        <w:t>Geschichten wieder zum Leben. Jede Idee zählt – jedes Wort bringt Simsala ein Stück</w:t>
      </w:r>
    </w:p>
    <w:p>
      <w:r>
        <w:t>zurück! Lasst uns gemeinsam neue Märchen schreiben – für Simsala, für die Fantasie und natürlich für ein fröhliches</w:t>
      </w:r>
    </w:p>
    <w:p>
      <w:r>
        <w:t>Happy End!</w:t>
      </w:r>
    </w:p>
    <w:p>
      <w:r>
        <w:t>Euer</w:t>
      </w:r>
    </w:p>
    <w:p>
      <w:r>
        <w:t>Märchenrat von Simsala</w:t>
      </w:r>
    </w:p>
    <w:p>
      <w:pPr>
        <w:pStyle w:val="Heading2"/>
      </w:pPr>
      <w:r>
        <w:t>Seite 2</w:t>
      </w:r>
    </w:p>
    <w:p>
      <w:r>
        <w:t>Impressum Dieses Material wurde von Studierenden im Rahmen eines Seminares der Europa-Universität Flensburg erstellt. Dieses Dokument steht unter einer CC BY-0 Lizenz.</w:t>
      </w:r>
    </w:p>
    <w:p>
      <w:r>
        <w:t>Europa-Universität-Flensburg</w:t>
      </w:r>
    </w:p>
    <w:p>
      <w:r/>
    </w:p>
    <w:p>
      <w:r>
        <w:rPr>
          <w:i/>
        </w:rPr>
        <w:t>Quelle: Maerchenwaechter-Brief-compressed.pdf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Maerchenwaechter Brief compressed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