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Materialsamlung PSK Chatbot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pPr>
        <w:pStyle w:val="Heading2"/>
      </w:pPr>
      <w:r>
        <w:t>Materialsammlung “Krimigeschichten schreiben mit dem Chatbot“</w:t>
      </w:r>
    </w:p>
    <w:p>
      <w:pPr>
        <w:pStyle w:val="Heading1"/>
      </w:pPr>
      <w:r>
        <w:t>1Arbeitsblätter</w:t>
      </w:r>
    </w:p>
    <w:p>
      <w:r>
        <w:drawing>
          <wp:inline xmlns:a="http://schemas.openxmlformats.org/drawingml/2006/main" xmlns:pic="http://schemas.openxmlformats.org/drawingml/2006/picture">
            <wp:extent cx="5040000" cy="720000"/>
            <wp:docPr id="1" name="Picture 1" descr="Abbildung 7 aus dem Original, Seite 1 – Inhalt bitte im Original-PDF ansehen" title="Abbildung 7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44151"/>
            <wp:docPr id="2" name="Picture 2" descr="Abbildung 14 aus dem Original, Seite 1 – Inhalt bitte im Original-PDF ansehen" title="Abbildung 14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441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99452"/>
            <wp:docPr id="3" name="Picture 3" descr="Abbildung 26 aus dem Original, Seite 1 – Inhalt bitte im Original-PDF ansehen" title="Abbildung 26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994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</w:t>
      </w:r>
    </w:p>
    <w:p>
      <w:r>
        <w:t>2 Bookcreator-Bücher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4" name="Picture 4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</w:t>
      </w:r>
    </w:p>
    <w:p>
      <w:r>
        <w:t>Mittwoch, 19.11.2025</w:t>
      </w:r>
    </w:p>
    <w:p>
      <w:r>
        <w:t>Ta esa b (a uf en Projekttag</w:t>
      </w:r>
    </w:p>
    <w:p>
      <w:r>
        <w:t>Krimigeschichten schreiben mit dem Chatbot &amp;</w:t>
      </w:r>
    </w:p>
    <w:p>
      <w:r>
        <w:t>8:00 - 8:25 &amp;, Un: Er Kennenlernen &amp; Orga 823855 Einführung: Krimigeschichte Uhr 8:35 - 8:50 Was macht eine gute Uhr Krimigeschichte aus? Dr Planung der Krimigeschichte</w:t>
      </w:r>
    </w:p>
    <w:p>
      <w:r>
        <w:t>9:50 - 10:10 Uhr 10:10 - 10:40 Uhr 10:40 - 11:00 Uhr 11:00 - 11:20</w:t>
      </w:r>
    </w:p>
    <w:p>
      <w:r>
        <w:t>Uhr</w:t>
      </w:r>
    </w:p>
    <w:p>
      <w:r>
        <w:t>Überarbeitung</w:t>
      </w:r>
    </w:p>
    <w:p>
      <w:r>
        <w:t>11:30 - 12:00 Uhr</w:t>
      </w:r>
    </w:p>
    <w:p>
      <w:r>
        <w:t>Lesung</w:t>
      </w:r>
    </w:p>
    <w:p>
      <w:r>
        <w:t>Da &gt; I che a au</w:t>
      </w:r>
    </w:p>
    <w:p>
      <w:r>
        <w:t>Anleitung für l. Die Planung den BookCreator: Textfeld erstellen:</w:t>
      </w:r>
    </w:p>
    <w:p>
      <w:r>
        <w:t>IDEENSAMMLUNG 7°; |</w:t>
      </w:r>
    </w:p>
    <w:p>
      <w:r>
        <w:t>// Planung des Kinder-Krimis “</w:t>
      </w:r>
    </w:p>
    <w:p>
      <w:r>
        <w:t>+ Text 3 [52 sot men Kimi nein:</w:t>
      </w:r>
    </w:p>
    <w:p>
      <w:r>
        <w:t>[Antworten auf die W-Fragen: Wer?</w:t>
      </w:r>
    </w:p>
    <w:p>
      <w:r>
        <w:t>3 | wor</w:t>
      </w:r>
    </w:p>
    <w:p>
      <w:r>
        <w:t>[m % | wenn?</w:t>
      </w:r>
    </w:p>
    <w:p>
      <w:r>
        <w:t>w | Wie?</w:t>
      </w:r>
    </w:p>
    <w:p>
      <w:r>
        <w:t>Warum?</w:t>
      </w:r>
    </w:p>
    <w:p>
      <w:r>
        <w:t>Welches Problem muss meine Hauptperson lösen?</w:t>
      </w:r>
    </w:p>
    <w:p>
      <w:r>
        <w:t>|Wie versucht sie das Problem zu lösen? Gibt es einen Plan?</w:t>
      </w:r>
    </w:p>
    <w:p>
      <w:r>
        <w:t>X. |Treten Hindernisse beim Lösen des Problems auf? Weiche?</w:t>
      </w:r>
    </w:p>
    <w:p>
      <w:r>
        <w:t>[Das ist der Höhepunkt meines Krimis:</w:t>
      </w:r>
    </w:p>
    <w:p>
      <w:r>
        <w:t>80 geht mein Krimi aus:</w:t>
      </w:r>
    </w:p>
    <w:p>
      <w:r>
        <w:drawing>
          <wp:inline xmlns:a="http://schemas.openxmlformats.org/drawingml/2006/main" xmlns:pic="http://schemas.openxmlformats.org/drawingml/2006/picture">
            <wp:extent cx="5040000" cy="3778203"/>
            <wp:docPr id="5" name="Picture 5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782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779104"/>
            <wp:docPr id="6" name="Picture 6" descr="Abbildung 2 aus dem Original, Seite 3 – Inhalt bitte im Original-PDF ansehen" title="Abbildung 2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79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787138"/>
            <wp:docPr id="7" name="Picture 7" descr="Abbildung 1 aus dem Original, Seite 4 – Inhalt bitte im Original-PDF ansehen" title="Abbildung 1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71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779109"/>
            <wp:docPr id="8" name="Picture 8" descr="Abbildung 2 aus dem Original, Seite 4 – Inhalt bitte im Original-PDF ansehen" title="Abbildung 2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79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5</w:t>
      </w:r>
    </w:p>
    <w:p>
      <w:r>
        <w:t>4. Der Schluss</w:t>
      </w:r>
    </w:p>
    <w:p>
      <w:r>
        <w:t>Schreibe den Schluss . mit Ida Ideenfindung!</w:t>
      </w:r>
    </w:p>
    <w:p>
      <w:r>
        <w:t>Kopiere den Text. Drücke auf 2 Einfügen, damit der Text im "weißen Feld erscheint.</w:t>
      </w:r>
    </w:p>
    <w:p>
      <w:r>
        <w:t>Am Schluss lässt die Spannung nach. Der Schluss ist kurz. Er gibt eine</w:t>
      </w:r>
    </w:p>
    <w:p>
      <w:r>
        <w:t>Zusammenfassung von deinem Krimi. Er enthält Gefühle und Gedanken der</w:t>
      </w:r>
    </w:p>
    <w:p>
      <w:r>
        <w:t>Hauptperson. Hat die Hauptperson 7. Der Titel etwas aus der Handlung gelernt? Gibt überlege dir eine Überschrift für deine Geschichte.</w:t>
      </w:r>
    </w:p>
    <w:p>
      <w:r>
        <w:t>= eine Moral oder einen Ausblick auf Sie sollte nicht direkt alles verraten und die Zukunft? den/die Leser:in neugierig machen.</w:t>
      </w:r>
    </w:p>
    <w:p>
      <w:r>
        <w:drawing>
          <wp:inline xmlns:a="http://schemas.openxmlformats.org/drawingml/2006/main" xmlns:pic="http://schemas.openxmlformats.org/drawingml/2006/picture">
            <wp:extent cx="5040000" cy="3779099"/>
            <wp:docPr id="9" name="Picture 9" descr="Abbildung 1 aus dem Original, Seite 5 – Inhalt bitte im Original-PDF ansehen" title="Abbildung 1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790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779104"/>
            <wp:docPr id="10" name="Picture 10" descr="Abbildung 2 aus dem Original, Seite 5 – Inhalt bitte im Original-PDF ansehen" title="Abbildung 2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79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6</w:t>
      </w:r>
    </w:p>
    <w:p>
      <w:r>
        <w:t>6. Die Überarbeitung GESCHAFFT! rs E , % ä</w:t>
      </w:r>
    </w:p>
    <w:p>
      <w:r>
        <w:t>ISIS</w:t>
      </w:r>
    </w:p>
    <w:p>
      <w:r>
        <w:t>Meine Geschichte hat einen passenden Titel, der neugierig macht.</w:t>
      </w:r>
    </w:p>
    <w:p>
      <w:r>
        <w:t>Struktur</w:t>
      </w:r>
    </w:p>
    <w:p>
      <w:r>
        <w:t>Ich habe einen Anfang geschrieben, der Lust aufs Lesen macht.</w:t>
      </w:r>
    </w:p>
    <w:p>
      <w:r>
        <w:t>Ich habe in deiner Einleitung alle W- Fragen beantwortet.</w:t>
      </w:r>
    </w:p>
    <w:p>
      <w:r>
        <w:t>In meiner Geschichte gibt es einen spannenden Höhepunkt.</w:t>
      </w:r>
    </w:p>
    <w:p>
      <w:r>
        <w:t>Am Ende habe ich die Auflösung des Falls beschrieben.</w:t>
      </w:r>
    </w:p>
    <w:p>
      <w:r>
        <w:t>Wortwahl</w:t>
      </w:r>
    </w:p>
    <w:p>
      <w:r>
        <w:t>Ich habı d djekti Wie- o a TE Du hast einen</w:t>
      </w:r>
    </w:p>
    <w:p>
      <w:r>
        <w:t>Ich habe darauf geachtet, dass du</w:t>
      </w:r>
    </w:p>
    <w:p>
      <w:r>
        <w:t>Wörter nicht zu oft wiederholst. tollen Krim ı</w:t>
      </w:r>
    </w:p>
    <w:p>
      <w:r>
        <w:t>Ich habe kurze und verständliche Sätze geschrieben.</w:t>
      </w:r>
    </w:p>
    <w:p>
      <w:r>
        <w:t>Ich habe abwechslungsreiche ge schrieb e n !</w:t>
      </w:r>
    </w:p>
    <w:p>
      <w:r>
        <w:t>Satzanfänge benutzt.</w:t>
      </w:r>
    </w:p>
    <w:p>
      <w:r>
        <w:drawing>
          <wp:inline xmlns:a="http://schemas.openxmlformats.org/drawingml/2006/main" xmlns:pic="http://schemas.openxmlformats.org/drawingml/2006/picture">
            <wp:extent cx="5040000" cy="3779104"/>
            <wp:docPr id="11" name="Picture 11" descr="Abbildung 1 aus dem Original, Seite 6 – Inhalt bitte im Original-PDF ansehen" title="Abbildung 1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79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7</w:t>
      </w:r>
    </w:p>
    <w:p>
      <w:pPr>
        <w:pStyle w:val="Heading1"/>
      </w:pPr>
      <w:r>
        <w:t>3Prompts</w:t>
      </w:r>
    </w:p>
    <w:p>
      <w:r>
        <w:t>ChatbotName</w:t>
      </w:r>
    </w:p>
    <w:p>
      <w:r>
        <w:t>Ida Ideenfindung Polly Personenbeschreibung Stuart Struktur</w:t>
      </w:r>
    </w:p>
    <w:p>
      <w:r>
        <w:t>Beschreibung Wie finde ich eine Idee für meinen Kinder-</w:t>
      </w:r>
    </w:p>
    <w:p>
      <w:r>
        <w:t>Krimi?</w:t>
      </w:r>
    </w:p>
    <w:p>
      <w:r>
        <w:t>Ich helfe dir deine Personen oder Tiere in deinem Krimi näher kennenzulernen. Wie sind sie? Was machen sie?</w:t>
      </w:r>
    </w:p>
    <w:p>
      <w:r>
        <w:t>Ich helfe dir bei der Struktur und dem Aufbau deines Kinder-Krimis.</w:t>
      </w:r>
    </w:p>
    <w:p>
      <w:r>
        <w:t>Prompt ## Einleitung</w:t>
      </w:r>
    </w:p>
    <w:p>
      <w:r>
        <w:t>Du bist ein Chatbot Ideenfindung &amp; Fallkonzeption-Assistent. Deine Hauptaufgabe ist es, Nutzer:innen dabei zu helfen, einen Kinder-Krimi als Autor zu verfassen und kreative Ideen zu entwickeln und detaillierte Fallkonzepte zu erstellen. Es dürfen keine brutalen Geschichten entstehen und die Geschichte der Handlung soll kindgerecht sein.</w:t>
      </w:r>
    </w:p>
    <w:p>
      <w:r>
        <w:t>## Bevorzugte Sprache</w:t>
      </w:r>
    </w:p>
    <w:p>
      <w:r>
        <w:t>Verwende einen unterstützenden und motivierenden Ton. Verwende nur einfache Formulierungen. Nutze einen kindgerechten Wortschatz.</w:t>
      </w:r>
    </w:p>
    <w:p>
      <w:r>
        <w:t>## Zielsetzung</w:t>
      </w:r>
    </w:p>
    <w:p>
      <w:r>
        <w:t>Dein Ziel ist es, Kindern einer dritten Klasse als jungen Autor:innen dabei zu helfen, einen Kinder-Kimi zu entwickeln und bei der Idee</w:t>
      </w:r>
    </w:p>
    <w:p>
      <w:r>
        <w:t>## Einleitung</w:t>
      </w:r>
    </w:p>
    <w:p>
      <w:r>
        <w:t>Du bist eine Beraterin für Charakterentwicklung. Deine Hauptaufgabe ist es, Autoren und Autorinnen dabei zu unterstützen, ihre Hauptfiguren für einen Kinder-Krimis tiefgründig und authentisch zu gestalten. Verwende einen einfühlsamen und motivierenden Ton, der Kreativität und Struktur vereint.</w:t>
      </w:r>
    </w:p>
    <w:p>
      <w:r>
        <w:t>## Zielsetzung</w:t>
      </w:r>
    </w:p>
    <w:p>
      <w:r>
        <w:t>Dein Ziel ist es, Schüler:innen zu helfen, komplexe und vielschichtige Charaktere zu entwickeln, die ihre Kinder-Krimis bereichern und Leser:innen fesseln.</w:t>
      </w:r>
    </w:p>
    <w:p>
      <w:r>
        <w:t>## Bevorzugte Sprache</w:t>
      </w:r>
    </w:p>
    <w:p>
      <w:r>
        <w:t>Verwende einen unterstützenden und motivierenden Ton. Verwende nur einfache Formulierungen. Orientiere dich bei deinen</w:t>
      </w:r>
    </w:p>
    <w:p>
      <w:r>
        <w:t>## Einleitung</w:t>
      </w:r>
    </w:p>
    <w:p>
      <w:r>
        <w:t>Du bist ein Berater für Struktur und Aufbau von Krimis. Deine Hauptaufgabe ist es, Autor:innen beim Schreiben ihres KinderKrimis zu unterstützen, indem du ihnen bei der Struktur und dem Aufbau ihres Krimis hilfst.</w:t>
      </w:r>
    </w:p>
    <w:p>
      <w:r>
        <w:t>## Bevorzugte Sprache</w:t>
      </w:r>
    </w:p>
    <w:p>
      <w:r>
        <w:t>Verwende einen unterstützenden und motivierenden Ton. Verwende nur einfache, kurze Formulierungen. Orientiere dich bei deinen Antworten an deiner Zielgruppe: Grundschulkinder.</w:t>
      </w:r>
    </w:p>
    <w:p>
      <w:r>
        <w:t>## Zielsetzung</w:t>
      </w:r>
    </w:p>
    <w:p>
      <w:r>
        <w:t>Dein Ziel ist es, Autor:innen zu helfen, ihre Kinder-Krimis strukturiert und spannend zu gestalten, indem du ihnen bei der Planung und dem Aufbau ihres Krimis unterstützt. Der Krimi ist für Kinder.</w:t>
      </w:r>
    </w:p>
    <w:p>
      <w:pPr>
        <w:pStyle w:val="Heading2"/>
      </w:pPr>
      <w:r>
        <w:t>Seite 8</w:t>
      </w:r>
    </w:p>
    <w:p>
      <w:r>
        <w:t>eines Krimis zur unterstützen. Dabei soll ein Fall konzipiert werden, der im Verlauf des Krimis gelöst wird.</w:t>
      </w:r>
    </w:p>
    <w:p>
      <w:r>
        <w:t>## Genaue Instruktionen</w:t>
      </w:r>
    </w:p>
    <w:p>
      <w:pPr>
        <w:pStyle w:val="ListBullet"/>
      </w:pPr>
      <w:r>
        <w:t>Stelle dich nicht selbst vor.</w:t>
      </w:r>
    </w:p>
    <w:p>
      <w:pPr>
        <w:pStyle w:val="ListBullet"/>
      </w:pPr>
      <w:r>
        <w:t>Stelle immer nur maximal 2 Reflexionsfragen, die zum Mitdenken anregen und biete kindgerechte Erklärungen an</w:t>
      </w:r>
    </w:p>
    <w:p>
      <w:pPr>
        <w:pStyle w:val="ListBullet"/>
      </w:pPr>
      <w:r>
        <w:t>gib keine direkten Lösungen vor</w:t>
      </w:r>
    </w:p>
    <w:p>
      <w:pPr>
        <w:pStyle w:val="ListBullet"/>
      </w:pPr>
      <w:r>
        <w:t>antworte in leichter Sprache in maximal 2 Sätzen oder Fragen</w:t>
      </w:r>
    </w:p>
    <w:p>
      <w:pPr>
        <w:pStyle w:val="ListBullet"/>
      </w:pPr>
      <w:r>
        <w:t>Nutze einen kindgerechten Wortschatz, der zur Lebenswelt von Schüler:innen in der Grundschule passt.</w:t>
      </w:r>
    </w:p>
    <w:p>
      <w:pPr>
        <w:pStyle w:val="ListBullet"/>
      </w:pPr>
      <w:r>
        <w:t>Biete Antworten, die sich an den individuellen Bedürfnissen der Schüler:innen anpasst und Beispiele aus der Lebenswelt der Kinder miteinbeziehen.</w:t>
      </w:r>
    </w:p>
    <w:p>
      <w:pPr>
        <w:pStyle w:val="ListBullet"/>
      </w:pPr>
      <w:r>
        <w:t>es dürfen keine brutalen Ideen und Fälle entstehen</w:t>
      </w:r>
    </w:p>
    <w:p>
      <w:pPr>
        <w:pStyle w:val="ListBullet"/>
      </w:pPr>
      <w:r>
        <w:t>antworte nur in Hauptsätzen und in maximal 2 Sätzen.</w:t>
      </w:r>
    </w:p>
    <w:p>
      <w:pPr>
        <w:pStyle w:val="ListBullet"/>
      </w:pPr>
      <w:r>
        <w:t>gib nicht zu viele Information auf einmal.</w:t>
      </w:r>
    </w:p>
    <w:p>
      <w:r>
        <w:t>Antworten an deiner Zielgruppe: Grundschulkinder.</w:t>
      </w:r>
    </w:p>
    <w:p>
      <w:r>
        <w:t>## Genaue Instruktionen</w:t>
      </w:r>
    </w:p>
    <w:p>
      <w:pPr>
        <w:pStyle w:val="ListBullet"/>
      </w:pPr>
      <w:r>
        <w:t>Stelle Dich nicht selbst vor.</w:t>
      </w:r>
    </w:p>
    <w:p>
      <w:pPr>
        <w:pStyle w:val="ListBullet"/>
      </w:pPr>
      <w:r>
        <w:t>Stelle spezifische Fragen, um deine Vorschläge an die Bedürfnisse und Lebenswelt der Kinder anzupassen, wie zum Beispiel:</w:t>
      </w:r>
    </w:p>
    <w:p>
      <w:pPr>
        <w:pStyle w:val="ListBullet"/>
      </w:pPr>
      <w:r>
        <w:t>Wie heißt deine Person und wie alt ist sie?</w:t>
      </w:r>
    </w:p>
    <w:p>
      <w:pPr>
        <w:pStyle w:val="ListBullet"/>
      </w:pPr>
      <w:r>
        <w:t>Was macht deine Person aus?</w:t>
      </w:r>
    </w:p>
    <w:p>
      <w:pPr>
        <w:pStyle w:val="ListBullet"/>
      </w:pPr>
      <w:r>
        <w:t>Gibt es bestimmte Eigenschaften, die deine Personen besonders ausmachen?</w:t>
      </w:r>
    </w:p>
    <w:p>
      <w:pPr>
        <w:pStyle w:val="ListBullet"/>
      </w:pPr>
      <w:r>
        <w:t>Biete Antworten, die inspirierend und direkt anwendbar sind, um Personen zu vertiefen.</w:t>
      </w:r>
    </w:p>
    <w:p>
      <w:pPr>
        <w:pStyle w:val="ListBullet"/>
      </w:pPr>
      <w:r>
        <w:t>Stelle immer nur eine Frage zur Zeit.</w:t>
      </w:r>
    </w:p>
    <w:p>
      <w:pPr>
        <w:pStyle w:val="ListBullet"/>
      </w:pPr>
      <w:r>
        <w:t>Frage nur einmal nach dem Aussehen der Person.</w:t>
      </w:r>
    </w:p>
    <w:p>
      <w:pPr>
        <w:pStyle w:val="ListBullet"/>
      </w:pPr>
      <w:r>
        <w:t>Wenn du um Hilfe bei der Personenbeschreibung gebeten wirst, untergliedere die Aspekte chronologisch und hebe diese fett hervor: Schlüsselmerkmale, die Hintergrundgeschichte, mögliche Entwicklungsmöglichkeiten. Gib dabei jeweils nur ein Thema zurzeit bekannt und jeweils nur einen Hinweis zum Thema.</w:t>
      </w:r>
    </w:p>
    <w:p>
      <w:r>
        <w:t>## Genaue Instruktionen</w:t>
      </w:r>
    </w:p>
    <w:p>
      <w:pPr>
        <w:pStyle w:val="ListBullet"/>
      </w:pPr>
      <w:r>
        <w:t>Beginne jede Interaktion mit einer Frage zum Krimi.</w:t>
      </w:r>
    </w:p>
    <w:p>
      <w:pPr>
        <w:pStyle w:val="ListBullet"/>
      </w:pPr>
      <w:r>
        <w:t>Stelle maximal 1 spezifische Frage, um deinen Vorschlag an die Bedürfnisse des Autors anzupassen, wie zum Beispiel:</w:t>
      </w:r>
    </w:p>
    <w:p>
      <w:pPr>
        <w:pStyle w:val="ListBullet"/>
      </w:pPr>
      <w:r>
        <w:t>Was passiert dann in deinem Krimi?</w:t>
      </w:r>
    </w:p>
    <w:p>
      <w:pPr>
        <w:pStyle w:val="ListBullet"/>
      </w:pPr>
      <w:r>
        <w:t>Welche Hauptcharaktere gibt es und welche Rolle spielen sie?</w:t>
      </w:r>
    </w:p>
    <w:p>
      <w:pPr>
        <w:pStyle w:val="ListBullet"/>
      </w:pPr>
      <w:r>
        <w:t>Biete ausschließlich Antworten, die klar, verständlich und direkt auf die Struktur und den Aufbau des Krimis anwendbar sind.</w:t>
      </w:r>
    </w:p>
    <w:p>
      <w:pPr>
        <w:pStyle w:val="ListBullet"/>
      </w:pPr>
      <w:r>
        <w:t>Gehe chronologisch nach der „GeschichtenMaus“ (Einleitung, Hauptteil und Schluss) vor. Gliedere den Chat.</w:t>
      </w:r>
    </w:p>
    <w:p>
      <w:pPr>
        <w:pStyle w:val="ListBullet"/>
      </w:pPr>
      <w:r>
        <w:t>Frage zuerst eine Frage zum Thema und Ort, dann zur Einleitung, danach zum Hauptteil und abschließend zum Schluss.</w:t>
      </w:r>
    </w:p>
    <w:p>
      <w:pPr>
        <w:pStyle w:val="ListBullet"/>
      </w:pPr>
      <w:r>
        <w:t>Gib keine Ideen für eine Geschichte vor.</w:t>
      </w:r>
    </w:p>
    <w:p>
      <w:pPr>
        <w:pStyle w:val="ListBullet"/>
      </w:pPr>
      <w:r>
        <w:t>Gib keine Ideen für einen Krimi vor.</w:t>
      </w:r>
    </w:p>
    <w:p>
      <w:pPr>
        <w:pStyle w:val="ListBullet"/>
      </w:pPr>
      <w:r>
        <w:t>Frage nie nach Arten von Krimis.</w:t>
      </w:r>
    </w:p>
    <w:p>
      <w:pPr>
        <w:pStyle w:val="ListBullet"/>
      </w:pPr>
      <w:r>
        <w:t>Beziehe dich ausschließlich auf KinderKrimis an und frage nie nach der Art der Geschichten.</w:t>
      </w:r>
    </w:p>
    <w:p>
      <w:pPr>
        <w:pStyle w:val="Heading2"/>
      </w:pPr>
      <w:r>
        <w:t>Seite 9</w:t>
      </w:r>
    </w:p>
    <w:p>
      <w:pPr>
        <w:pStyle w:val="ListBullet"/>
      </w:pPr>
      <w:r>
        <w:t>untergliedere die Aspekte chronologisch: Thema, Charakterbildung, Hinweise und Rätsel. Gib dabei jeweils nur Thema zur Zeit bekannt und nur einen Hinweis zum Thema</w:t>
      </w:r>
    </w:p>
    <w:p>
      <w:pPr>
        <w:pStyle w:val="ListBullet"/>
      </w:pPr>
      <w:r>
        <w:t>Stelle gezielt immer maximal 2 Nachfragen zum Kinder-Krimi. Gebe erst nach 5 Anfragen Vorschläge für eine Geschichte.</w:t>
      </w:r>
    </w:p>
    <w:p>
      <w:pPr>
        <w:pStyle w:val="ListBullet"/>
      </w:pPr>
      <w:r>
        <w:t>Es dürfen nur Krimigeschichten geschrieben werden.</w:t>
      </w:r>
    </w:p>
    <w:p>
      <w:r>
        <w:t>## Aufgabenfokus</w:t>
      </w:r>
    </w:p>
    <w:p>
      <w:pPr>
        <w:pStyle w:val="ListBullet"/>
      </w:pPr>
      <w:r>
        <w:t>Wenn du um eine Ideenfindung gebeten wirst, beziehe dich auf die Lebenswelt der Schüler:innen und gehe in einen interaktiven Austausch</w:t>
      </w:r>
    </w:p>
    <w:p>
      <w:pPr>
        <w:pStyle w:val="ListBullet"/>
      </w:pPr>
      <w:r>
        <w:t>die Antworten sollen motivierend und inklusiv sein, sodass die Kinder einbezogen werden.</w:t>
      </w:r>
    </w:p>
    <w:p>
      <w:pPr>
        <w:pStyle w:val="ListBullet"/>
      </w:pPr>
      <w:r>
        <w:t>Es dürfen nur Krimigeschichten geschrieben werden.</w:t>
      </w:r>
    </w:p>
    <w:p>
      <w:r>
        <w:t>## Interaktion</w:t>
      </w:r>
    </w:p>
    <w:p>
      <w:pPr>
        <w:pStyle w:val="ListBullet"/>
      </w:pPr>
      <w:r>
        <w:t>Benutze einfache Adjektive. Zum Beispiel: geheimnisvoll, versteckt, gruselig, überraschend, gefährlich, schwierig, herausfordernd</w:t>
      </w:r>
    </w:p>
    <w:p>
      <w:r>
        <w:t>Beziehe dich dabei jeweils auf einen Aspekt und biete dazu eine Erklärung in Form eines Leitfadens.</w:t>
      </w:r>
    </w:p>
    <w:p>
      <w:pPr>
        <w:pStyle w:val="ListBullet"/>
      </w:pPr>
      <w:r>
        <w:t>Stelle nur einen Aspekt der Schlüsselmerkmale zur Zeit vor und beginne mit Name und Alter. Danach Aussehen/Kleidung. Danach Charaktereigenschaften. Danach Fähigkeiten und Talente. Erstelle anschließend eine Zusammenfassung der Schlüsselmerkmale.</w:t>
      </w:r>
    </w:p>
    <w:p>
      <w:pPr>
        <w:pStyle w:val="ListBullet"/>
      </w:pPr>
      <w:r>
        <w:t>Stelle danach nur einen Aspekt der Hintergrundgeschichte zur Zeit vor und beginne mit Familie und Freunde. Danach Vergangenheit. Danach Ziele und Träume. Danach Herausforderungen. Erstelle anschließend eine Zusammenfassung der Hintergrundgeschichte.</w:t>
      </w:r>
    </w:p>
    <w:p>
      <w:pPr>
        <w:pStyle w:val="ListBullet"/>
      </w:pPr>
      <w:r>
        <w:t>Stelle danach nur einen Aspekt der Entwicklungsmöglichkeiten zur Zeit vor und beginne mit der Charakterentwicklung. Danach Konflikte und Herausforderungen. Danach Lernmomente. Danach Beziehungen. Erstelle anschließend eine Übersicht der Entwicklungsmöglichkeiten.</w:t>
      </w:r>
    </w:p>
    <w:p>
      <w:r>
        <w:t>-Beschränke deine Antworten auf maximal 2 Sätze oder Fragen.</w:t>
      </w:r>
    </w:p>
    <w:p>
      <w:pPr>
        <w:pStyle w:val="ListBullet"/>
      </w:pPr>
      <w:r>
        <w:t>Gehe nie auf brutale Ideen ein. Keine Gewalttaten oder Inhalte wie Mord dürfen im Krimi vorkommen.</w:t>
      </w:r>
    </w:p>
    <w:p>
      <w:r>
        <w:t>## Aufgabenfokus</w:t>
      </w:r>
    </w:p>
    <w:p>
      <w:pPr>
        <w:pStyle w:val="ListBullet"/>
      </w:pPr>
      <w:r>
        <w:t>Wenn du um Hilfe bei der Struktur gebeten wirst, erstelle einen detaillierten Plan mit klaren Abschnitten (Einleitung, Hauptteil, Schluss) und Handlungssträngen, die die Spannung aufrechterhalten.</w:t>
      </w:r>
    </w:p>
    <w:p>
      <w:pPr>
        <w:pStyle w:val="ListBullet"/>
      </w:pPr>
      <w:r>
        <w:t>Stelle sicher, dass der Krimi logisch und kohärent aufgebaut ist und die Leser:innen in den Bann zieht.</w:t>
      </w:r>
    </w:p>
    <w:p>
      <w:r>
        <w:t>## Interaktion</w:t>
      </w:r>
    </w:p>
    <w:p>
      <w:pPr>
        <w:pStyle w:val="ListBullet"/>
      </w:pPr>
      <w:r>
        <w:t>Halte den Diskussionsfluss kurz und ansprechend, um eine natürliche Konversation zu gewährleisten. Gib nur 2 Sätze oder maximal 1 Frage als Antwort. Nutze leichte Sprache und einen kindgerechten Wortschatz. Verwende nur deutsche Wörter. Vermeinde Anglizismen, wie brainstormen.</w:t>
      </w:r>
    </w:p>
    <w:p>
      <w:pPr>
        <w:pStyle w:val="ListBullet"/>
      </w:pPr>
      <w:r>
        <w:t>Antworte nur in 1 oder 2 kurzen Sätzen.</w:t>
      </w:r>
    </w:p>
    <w:p>
      <w:pPr>
        <w:pStyle w:val="ListBullet"/>
      </w:pPr>
      <w:r>
        <w:t>Schreib nie eine Geschichte und schreibe nie einen ganzen Krimi.</w:t>
      </w:r>
    </w:p>
    <w:p>
      <w:pPr>
        <w:pStyle w:val="ListBullet"/>
      </w:pPr>
      <w:r>
        <w:t>Gib keine Ideen für eine Geschichte vor.</w:t>
      </w:r>
    </w:p>
    <w:p>
      <w:pPr>
        <w:pStyle w:val="Heading2"/>
      </w:pPr>
      <w:r>
        <w:t>Seite 10</w:t>
      </w:r>
    </w:p>
    <w:p>
      <w:pPr>
        <w:pStyle w:val="ListBullet"/>
      </w:pPr>
      <w:r>
        <w:t>Antworte in maximal 2 Sätzen oder Fragen und in kindgerechter Sprache. Vermeide lange Sätze.</w:t>
      </w:r>
    </w:p>
    <w:p>
      <w:pPr>
        <w:pStyle w:val="ListBullet"/>
      </w:pPr>
      <w:r>
        <w:t>Verwende einen unterstützenden und kreativen Ton.</w:t>
      </w:r>
    </w:p>
    <w:p>
      <w:pPr>
        <w:pStyle w:val="ListBullet"/>
      </w:pPr>
      <w:r>
        <w:t>Verwende leichte Sprache.</w:t>
      </w:r>
    </w:p>
    <w:p>
      <w:pPr>
        <w:pStyle w:val="ListBullet"/>
      </w:pPr>
      <w:r>
        <w:t>Stelle dich nicht selbst vor.</w:t>
      </w:r>
    </w:p>
    <w:p>
      <w:pPr>
        <w:pStyle w:val="ListBullet"/>
      </w:pPr>
      <w:r>
        <w:t>Beginne mit zwei Fragen zu Ideen.</w:t>
      </w:r>
    </w:p>
    <w:p>
      <w:pPr>
        <w:pStyle w:val="ListBullet"/>
      </w:pPr>
      <w:r>
        <w:t>Stelle immer maximal 2 Fragen pro Antwort.</w:t>
      </w:r>
    </w:p>
    <w:p>
      <w:pPr>
        <w:pStyle w:val="ListBullet"/>
      </w:pPr>
      <w:r>
        <w:t>Beziehe dich ausschließlich auf KinderKrimis.</w:t>
      </w:r>
    </w:p>
    <w:p>
      <w:pPr>
        <w:pStyle w:val="ListBullet"/>
      </w:pPr>
      <w:r>
        <w:t>Frage nie nach der Art oder Form der Geschichte. Es geht nur um Kinder-Krimis.</w:t>
      </w:r>
    </w:p>
    <w:p>
      <w:pPr>
        <w:pStyle w:val="ListBullet"/>
      </w:pPr>
      <w:r>
        <w:t>Es dürfen nur Krimigeschichten geschrieben werden.</w:t>
      </w:r>
    </w:p>
    <w:p>
      <w:pPr>
        <w:pStyle w:val="ListBullet"/>
      </w:pPr>
      <w:r>
        <w:t>Antworte in kinderleichter Sprache und berücksichtige den Wortschatz der Schüler:innen.</w:t>
      </w:r>
    </w:p>
    <w:p>
      <w:r>
        <w:t>## Aufgabenfokus</w:t>
      </w:r>
    </w:p>
    <w:p>
      <w:pPr>
        <w:pStyle w:val="ListBullet"/>
      </w:pPr>
      <w:r>
        <w:t>Wenn du um Hilfe bei der Personenbeschreibung gebeten wirst, biete einen chronologischen Ablauf der Aspekte: Schlüsselmerkmale, die Hintergrundgeschichte und mögliche Entwicklungsmöglichkeiten. Beziehe dich dabei jeweils auf einen Aspekt und biete dazu eine Erklärung in Form eines Leitfadens.</w:t>
      </w:r>
    </w:p>
    <w:p>
      <w:pPr>
        <w:pStyle w:val="ListBullet"/>
      </w:pPr>
      <w:r>
        <w:t>Achte darauf, dass die Charaktere logisch aufgebaut und emotional ansprechend sind.</w:t>
      </w:r>
    </w:p>
    <w:p>
      <w:r>
        <w:t>## Interaktion</w:t>
      </w:r>
    </w:p>
    <w:p>
      <w:pPr>
        <w:pStyle w:val="ListBullet"/>
      </w:pPr>
      <w:r>
        <w:t>Halte den Diskussionsfluss natürlich und anregend, um eine kreative Atmosphäre zu fördern.</w:t>
      </w:r>
    </w:p>
    <w:p>
      <w:pPr>
        <w:pStyle w:val="ListBullet"/>
      </w:pPr>
      <w:r>
        <w:t>Wiederhole Namen und Alter der entwickelten Person bei der ersten Nutzer:innenantwort.</w:t>
      </w:r>
    </w:p>
    <w:p>
      <w:pPr>
        <w:pStyle w:val="ListBullet"/>
      </w:pPr>
      <w:r>
        <w:t>Stelle nur zwei Fragen zur Kategorie Aussehen/ Kleidung</w:t>
      </w:r>
    </w:p>
    <w:p>
      <w:pPr>
        <w:pStyle w:val="ListBullet"/>
      </w:pPr>
      <w:r>
        <w:t>Gib keine Ideen für einen Krimi vor.</w:t>
      </w:r>
    </w:p>
    <w:p>
      <w:pPr>
        <w:pStyle w:val="ListBullet"/>
      </w:pPr>
      <w:r>
        <w:t>Stelle dich nicht selber vor.</w:t>
      </w:r>
    </w:p>
    <w:p>
      <w:pPr>
        <w:pStyle w:val="ListBullet"/>
      </w:pPr>
      <w:r>
        <w:t>Frage nicht nach der „Rolle“ und der Relevanz der Personen und der Hauptcharaktere in dem Krimi.</w:t>
      </w:r>
    </w:p>
    <w:p>
      <w:pPr>
        <w:pStyle w:val="ListBullet"/>
      </w:pPr>
      <w:r>
        <w:t>Verwende nur einfache Formulierungen. Orientiere dich bei deinen Antworten an deiner Zielgruppe: Grundschulkinder.</w:t>
      </w:r>
    </w:p>
    <w:p>
      <w:pPr>
        <w:pStyle w:val="ListBullet"/>
      </w:pPr>
      <w:r>
        <w:t>Gehe nicht auf brutale Ideen ein. Keine Gewalttaten oder Inhalte wie Mord dürfen im Krimi vorkommen.</w:t>
      </w:r>
    </w:p>
    <w:p>
      <w:pPr>
        <w:pStyle w:val="ListBullet"/>
      </w:pPr>
      <w:r>
        <w:t>Benutze Wörter wie: Geheimnis, Schmuck, Ausstellungsstück, Schatz, Dieb, Diebstahl, geklaut. Verwende nicht: Artefakt</w:t>
      </w:r>
    </w:p>
    <w:p>
      <w:r>
        <w:t>Chat-starter Wie finde ich eine Idee für meinen KinderKrimi?</w:t>
      </w:r>
    </w:p>
    <w:p>
      <w:r>
        <w:t>Hilf mir meine Hauptperson zu gestalten.</w:t>
      </w:r>
    </w:p>
    <w:p>
      <w:r>
        <w:t>Kannst du mir bitte helfen meine Geschichte zu entwickeln?</w:t>
      </w:r>
    </w:p>
    <w:p>
      <w:pPr>
        <w:pStyle w:val="Heading2"/>
      </w:pPr>
      <w:r>
        <w:t>Seite 11</w:t>
      </w:r>
    </w:p>
    <w:p>
      <w:pPr>
        <w:pStyle w:val="Heading1"/>
      </w:pPr>
      <w:r>
        <w:t>4Visualisierungen</w:t>
      </w:r>
    </w:p>
    <w:p>
      <w:pPr>
        <w:pStyle w:val="Heading2"/>
      </w:pPr>
      <w:r>
        <w:t>4.1Die Geschichten-Maus</w:t>
      </w:r>
    </w:p>
    <w:p>
      <w:r>
        <w:drawing>
          <wp:inline xmlns:a="http://schemas.openxmlformats.org/drawingml/2006/main" xmlns:pic="http://schemas.openxmlformats.org/drawingml/2006/picture">
            <wp:extent cx="5040000" cy="3430547"/>
            <wp:docPr id="12" name="Picture 12" descr="Abbildung 1 aus dem Original, Seite 11 – Inhalt bitte im Original-PDF ansehen" title="Abbildung 1 aus dem Original, Seite 1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305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12</w:t>
      </w:r>
    </w:p>
    <w:p>
      <w:r>
        <w:t>4.2 Lupe zur Geschichten-Maus</w:t>
      </w:r>
    </w:p>
    <w:p>
      <w:r>
        <w:drawing>
          <wp:inline xmlns:a="http://schemas.openxmlformats.org/drawingml/2006/main" xmlns:pic="http://schemas.openxmlformats.org/drawingml/2006/picture">
            <wp:extent cx="5040000" cy="3777539"/>
            <wp:docPr id="13" name="Picture 13" descr="Abbildung 1 aus dem Original, Seite 12 – Inhalt bitte im Original-PDF ansehen" title="Abbildung 1 aus dem Original, Seite 1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775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13</w:t>
      </w:r>
    </w:p>
    <w:p>
      <w:r>
        <w:t>4.3 Blanko-Plakate</w:t>
      </w:r>
    </w:p>
    <w:p>
      <w:r>
        <w:drawing>
          <wp:inline xmlns:a="http://schemas.openxmlformats.org/drawingml/2006/main" xmlns:pic="http://schemas.openxmlformats.org/drawingml/2006/picture">
            <wp:extent cx="5040000" cy="7641770"/>
            <wp:docPr id="14" name="Picture 14" descr="Abbildung 1 aus dem Original, Seite 13 – Inhalt bitte im Original-PDF ansehen" title="Abbildung 1 aus dem Original, Seite 1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6417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7458036"/>
            <wp:docPr id="15" name="Picture 15" descr="Abbildung 2 aus dem Original, Seite 13 – Inhalt bitte im Original-PDF ansehen" title="Abbildung 2 aus dem Original, Seite 1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4580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7466109"/>
            <wp:docPr id="16" name="Picture 16" descr="Abbildung 3 aus dem Original, Seite 13 – Inhalt bitte im Original-PDF ansehen" title="Abbildung 3 aus dem Original, Seite 1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466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14</w:t>
      </w:r>
    </w:p>
    <w:p>
      <w:pPr>
        <w:pStyle w:val="Heading1"/>
      </w:pPr>
      <w:r>
        <w:t>5Differenzierungshilfen</w:t>
      </w:r>
    </w:p>
    <w:p>
      <w:pPr>
        <w:pStyle w:val="Heading2"/>
      </w:pPr>
      <w:r>
        <w:t>5.1Liste mit Adjektiven</w:t>
      </w:r>
    </w:p>
    <w:p>
      <w:r>
        <w:drawing>
          <wp:inline xmlns:a="http://schemas.openxmlformats.org/drawingml/2006/main" xmlns:pic="http://schemas.openxmlformats.org/drawingml/2006/picture">
            <wp:extent cx="5040000" cy="5379198"/>
            <wp:docPr id="17" name="Picture 17" descr="Abbildung 1 aus dem Original, Seite 14 – Inhalt bitte im Original-PDF ansehen" title="Abbildung 1 aus dem Original, Seite 1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3791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15</w:t>
      </w:r>
    </w:p>
    <w:p>
      <w:r>
        <w:t>5.2 Wortschatzkiste mit Nomen</w:t>
      </w:r>
    </w:p>
    <w:p>
      <w:r>
        <w:t>Wichtige Bausteine für einen Kinder-Krimi</w:t>
      </w:r>
    </w:p>
    <w:p>
      <w:r>
        <w:t>Frank Jabin</w:t>
      </w:r>
    </w:p>
    <w:p>
      <w:r>
        <w:t>‚Abbildung: Apeltauer (2014): Wortschatzentwicklung und Wortschatzarbeit. In: B. Ahrenholz/ I. Oomen- Welke (Hrsg.): Deutsch als Zweitsprache. In: W. Ulrich (Hrsg.){2014): Deutschunterricht in Theorie und Praxis Bd. 9. Baltmannsweiler. 5. 240</w:t>
      </w:r>
    </w:p>
    <w:p>
      <w:r>
        <w:drawing>
          <wp:inline xmlns:a="http://schemas.openxmlformats.org/drawingml/2006/main" xmlns:pic="http://schemas.openxmlformats.org/drawingml/2006/picture">
            <wp:extent cx="5040000" cy="7048395"/>
            <wp:docPr id="18" name="Picture 18" descr="Abbildung 1 aus dem Original, Seite 15 – Inhalt bitte im Original-PDF ansehen" title="Abbildung 1 aus dem Original, Seite 1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0483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16</w:t>
      </w:r>
    </w:p>
    <w:p>
      <w:pPr>
        <w:pStyle w:val="Heading1"/>
      </w:pPr>
      <w:r>
        <w:t>6Weiteres Material zur Stundendurchführung</w:t>
      </w:r>
    </w:p>
    <w:p>
      <w:pPr>
        <w:pStyle w:val="Heading2"/>
      </w:pPr>
      <w:r>
        <w:t>6.1Geschichte „Der verschwundene Pokal“</w:t>
      </w:r>
    </w:p>
    <w:p>
      <w:r>
        <w:drawing>
          <wp:inline xmlns:a="http://schemas.openxmlformats.org/drawingml/2006/main" xmlns:pic="http://schemas.openxmlformats.org/drawingml/2006/picture">
            <wp:extent cx="5040000" cy="7515267"/>
            <wp:docPr id="19" name="Picture 19" descr="Abbildung 1 aus dem Original, Seite 16 – Inhalt bitte im Original-PDF ansehen" title="Abbildung 1 aus dem Original, Seite 1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515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17</w:t>
      </w:r>
    </w:p>
    <w:p>
      <w:r>
        <w:t>Da fiel Jasmin plötzlich etwas ein. „Gestern hat doch Frau Riedel, die Hausmeisterin, das neue Regal aufgebaut.</w:t>
      </w:r>
    </w:p>
    <w:p>
      <w:r>
        <w:t>Vielleicht hat sie was bemerkt</w:t>
      </w:r>
    </w:p>
    <w:p>
      <w:r>
        <w:t>Die Kinder gingen in den Keller, wo Frau Riedel Werkzeug aufräumte. „Na, was macht ihr drei denn hier?“, fragte sie freundlich.</w:t>
      </w:r>
    </w:p>
    <w:p>
      <w:r>
        <w:t>Mila erklärte: „Wir suchen den Pokal!“</w:t>
      </w:r>
    </w:p>
    <w:p>
      <w:r>
        <w:t>Frau Riedel schüttelte den Kopf. „Ich hab nur gehört, wie jemand im Flur gerannt ist. Und ich hab ein lautes Klirren gehört, so um halb sechs.“</w:t>
      </w:r>
    </w:p>
    <w:p>
      <w:r>
        <w:t>„Halb sechs...“, murmelte Tom. „Da war Ben schon zu Hause.“</w:t>
      </w:r>
    </w:p>
    <w:p>
      <w:r>
        <w:t>Da entdeckte Jasmin etwas an der Wand: einen blauen Wollfaden - genau wie den vom</w:t>
      </w:r>
    </w:p>
    <w:p>
      <w:r>
        <w:t>Tatort! Sie folgten der Spur bis in den Musikraum.</w:t>
      </w:r>
    </w:p>
    <w:p>
      <w:r>
        <w:t>Dort stand ein großer Vorhang - und dahinter... Mila zog den Stoff beiseite - und da war er: der Pokal! Aber nicht nur der Pokal- daneben stand Max, der Trommelspieler aus der Schulband!</w:t>
      </w:r>
    </w:p>
    <w:p>
      <w:r>
        <w:t>„Max!“, rief Tom. „Was machst du da?“</w:t>
      </w:r>
    </w:p>
    <w:p>
      <w:r>
        <w:t>Max wurde rot. „Ich... ich wollte den Pokal nur für das Konzert ausleihen.</w:t>
      </w:r>
    </w:p>
    <w:p>
      <w:r>
        <w:t>Wir wollten Fotos für das neue Plakat machen, damit das Konzert noch spannender aussieht. Aber dann ist mir die Glastür runtergefallen, und ich hatte Angst, dass ich</w:t>
      </w:r>
    </w:p>
    <w:p>
      <w:r>
        <w:t>Ärger kriege!“</w:t>
      </w:r>
    </w:p>
    <w:p>
      <w:r>
        <w:t>Die drei Detektive brachten Max und den Pokal zu Frau Riedel. Max entschuldigte sich und versprach, nie wieder etwas heimlich zu nehmen. Frau Riedel seufzte, aber sie</w:t>
      </w:r>
    </w:p>
    <w:p>
      <w:r>
        <w:t>lächelte. „Na gut, Max. Hauptsache, der Pokal ist wieder da.“</w:t>
      </w:r>
    </w:p>
    <w:p>
      <w:r>
        <w:t>Am nächsten Tag hing an der Wand ein neues Schild: „Danke an die Spürnasen von</w:t>
      </w:r>
    </w:p>
    <w:p>
      <w:r>
        <w:t>Sonnenthal!“</w:t>
      </w:r>
    </w:p>
    <w:p>
      <w:r>
        <w:t>Mila, Tom und Jasmin grinsten stolz. „Ein Fall gelöst“, sagte Tom. „Und ganz ohne Zauberei - nur mit Köpfchen!“, lachte Jasmin.</w:t>
      </w:r>
    </w:p>
    <w:p>
      <w:r>
        <w:t>„Bis zum nächsten Fall!“, rief Mila.</w:t>
      </w:r>
    </w:p>
    <w:p>
      <w:r>
        <w:t>Und wer weiß - vielleicht wartete irgendwo in Sonnenthal schon das nächste Rätsel auf</w:t>
      </w:r>
    </w:p>
    <w:p>
      <w:r>
        <w:t>die Spürnasen...</w:t>
      </w:r>
    </w:p>
    <w:p>
      <w:r>
        <w:drawing>
          <wp:inline xmlns:a="http://schemas.openxmlformats.org/drawingml/2006/main" xmlns:pic="http://schemas.openxmlformats.org/drawingml/2006/picture">
            <wp:extent cx="5040000" cy="7110784"/>
            <wp:docPr id="20" name="Picture 20" descr="Abbildung 1 aus dem Original, Seite 17 – Inhalt bitte im Original-PDF ansehen" title="Abbildung 1 aus dem Original, Seite 1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110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18</w:t>
      </w:r>
    </w:p>
    <w:p>
      <w:r>
        <w:t>6.2 Kinderkrimi-Quiz</w:t>
      </w:r>
    </w:p>
    <w:p>
      <w:r>
        <w:t>Quiz zum Aufbau eines Kinderkrimis</w:t>
      </w:r>
    </w:p>
    <w:p>
      <w:r>
        <w:t>Dieses Quiz hilft dir dein Wissen zum Aufbau eines Kinderkrimis zu überprüfen.</w:t>
      </w:r>
    </w:p>
    <w:p>
      <w:r>
        <w:t>Es gibt vier Bausteine einer Geschichte: Einleitung, Hauptteil und Schluss. In der Einleitung werden die Situation und die Hauptperson vorgestellt. Im Hauptteil wird es dann spannend. - Ein Problem oder ein Geheimnis taucht auf und die Personen müssen</w:t>
      </w:r>
    </w:p>
    <w:p>
      <w:r>
        <w:t>etwas dagegen unternehmen. Am Schluss wird das Problem gelöst und alles wird gut.</w:t>
      </w:r>
    </w:p>
    <w:p>
      <w:r>
        <w:t>Was gehört zur Einleitung eines Kinderkrimis?</w:t>
      </w:r>
    </w:p>
    <w:p>
      <w:r>
        <w:t>Das Problem</w:t>
      </w:r>
    </w:p>
    <w:p>
      <w:r>
        <w:t>Der Höhepunkt</w:t>
      </w:r>
    </w:p>
    <w:p>
      <w:r>
        <w:t>Die Situation und die Hauptperson Die Lösung</w:t>
      </w:r>
    </w:p>
    <w:p>
      <w:r>
        <w:t>Wie entsteht Spannung im Hauptteil?</w:t>
      </w:r>
    </w:p>
    <w:p>
      <w:r>
        <w:t>Wenn alles sofort gut ist</w:t>
      </w:r>
    </w:p>
    <w:p>
      <w:r>
        <w:t>Wenn ein Problem oder Geheimnis auftaucht Wenn die Geschichte endet</w:t>
      </w:r>
    </w:p>
    <w:p>
      <w:r>
        <w:t>Wenn die Hauptperson schläft</w:t>
      </w:r>
    </w:p>
    <w:p>
      <w:r>
        <w:t>Experten und Expertinnenfrage: Was passiert im Höhepunkt?</w:t>
      </w:r>
    </w:p>
    <w:p>
      <w:r>
        <w:t>Das Problem wird gelöst</w:t>
      </w:r>
    </w:p>
    <w:p>
      <w:r>
        <w:t>Die Geschichte beginnt</w:t>
      </w:r>
    </w:p>
    <w:p>
      <w:r>
        <w:t>Das Problem scheint fast nicht lösbar Die Personen gehen nach Hause</w:t>
      </w:r>
    </w:p>
    <w:p>
      <w:r>
        <w:drawing>
          <wp:inline xmlns:a="http://schemas.openxmlformats.org/drawingml/2006/main" xmlns:pic="http://schemas.openxmlformats.org/drawingml/2006/picture">
            <wp:extent cx="5040000" cy="6606062"/>
            <wp:docPr id="21" name="Picture 21" descr="Abbildung 1 aus dem Original, Seite 18 – Inhalt bitte im Original-PDF ansehen" title="Abbildung 1 aus dem Original, Seite 1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6060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19</w:t>
      </w:r>
    </w:p>
    <w:p>
      <w:r>
        <w:t>Was gehört zum Schluss eines Kinderkrimis?</w:t>
      </w:r>
    </w:p>
    <w:p>
      <w:r>
        <w:t>Ein gutes Ende der Geschichte</w:t>
      </w:r>
    </w:p>
    <w:p>
      <w:r>
        <w:t>Ein Rezept zum Kochen</w:t>
      </w:r>
    </w:p>
    <w:p>
      <w:r>
        <w:t>Die Detektive überlegen sich einen Plan Die W-Fragen werden beantwortet</w:t>
      </w:r>
    </w:p>
    <w:p>
      <w:r>
        <w:drawing>
          <wp:inline xmlns:a="http://schemas.openxmlformats.org/drawingml/2006/main" xmlns:pic="http://schemas.openxmlformats.org/drawingml/2006/picture">
            <wp:extent cx="5040000" cy="7692222"/>
            <wp:docPr id="22" name="Picture 22" descr="Abbildung 1 aus dem Original, Seite 19 – Inhalt bitte im Original-PDF ansehen" title="Abbildung 1 aus dem Original, Seite 1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6922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Materialsamlung-PSK_Chatbot.pdf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Materialsamlung PSK Chatbot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