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Cubetto Materialliste 1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pPr>
        <w:pStyle w:val="Heading1"/>
      </w:pPr>
      <w:r>
        <w:t>Materialliste zur Vorbereitung</w:t>
      </w:r>
    </w:p>
    <w:p>
      <w:pPr>
        <w:pStyle w:val="Heading2"/>
      </w:pPr>
      <w:r>
        <w:t>Thema</w:t>
      </w:r>
    </w:p>
    <w:p>
      <w:pPr>
        <w:pStyle w:val="Heading2"/>
      </w:pPr>
      <w:r>
        <w:t>Material/Anzahl/Check</w:t>
      </w:r>
    </w:p>
    <w:p>
      <w:r>
        <w:t>Je Geschichte</w:t>
      </w:r>
    </w:p>
    <w:p>
      <w:r>
        <w:t>Material Anzahl Check Din A6 2x Quadrat 20x leer und davon ca. 5 bis 6 mit Bildern bekleben/bedrucken</w:t>
      </w:r>
    </w:p>
    <w:p>
      <w:r>
        <w:t>Richtungspfeile Inkl. Verlust/Bruch und Fehleroptionen Geradeaus 15x Rechts 15x links 15x Klebestift Mini-Cubetto 1x IPad 1x E-Book 1x AnybookReader 1x Anybook-Reader Klebepunkte</w:t>
      </w:r>
    </w:p>
    <w:p>
      <w:r>
        <w:t>1Punkt pro gewünschten Absatz</w:t>
      </w:r>
    </w:p>
    <w:p>
      <w:r>
        <w:t>Ausgedruckte Geschichte</w:t>
      </w:r>
    </w:p>
    <w:p>
      <w:r>
        <w:t>1x</w:t>
      </w:r>
    </w:p>
    <w:p>
      <w:r>
        <w:t>Safty-ClipSchlüsselband</w:t>
      </w:r>
    </w:p>
    <w:p>
      <w:r>
        <w:t>3 x</w:t>
      </w:r>
    </w:p>
    <w:p>
      <w:r>
        <w:t>Anhänger Je 1x Cubetto, Überwacher, Wegweiser Die Brötchen-Mission</w:t>
      </w:r>
    </w:p>
    <w:p>
      <w:r>
        <w:t>Quadrat Anzahl Check Bäckerei 1x Blumenbeet 1x Baum 1x Haus 1x Post 1x Blumenladen 1x Besuch bei Oma Quadrat Anzahl Check Schule 1x Blumenwiese 1x Spielplatz 1x Oma 1x Haus mit Familie 1x Die Schatzsuche Quadrat Anzahl Check</w:t>
      </w:r>
    </w:p>
    <w:p>
      <w:r>
        <w:t>Piratenschiff mit Pirat und Papagei</w:t>
      </w:r>
    </w:p>
    <w:p>
      <w:r>
        <w:t>1x</w:t>
      </w:r>
    </w:p>
    <w:p>
      <w:r>
        <w:t>Insel 1x</w:t>
      </w:r>
    </w:p>
    <w:p>
      <w:r>
        <w:t>Dschungel 1x</w:t>
      </w:r>
    </w:p>
    <w:p>
      <w:r>
        <w:t>Brücke aus Holz 1x</w:t>
      </w:r>
    </w:p>
    <w:p>
      <w:r>
        <w:t>Große Palme 1x</w:t>
      </w:r>
    </w:p>
    <w:p>
      <w:pPr>
        <w:pStyle w:val="Heading2"/>
      </w:pPr>
      <w:r>
        <w:t>Seite 2</w:t>
      </w:r>
    </w:p>
    <w:p>
      <w:r>
        <w:t>Schatz 1x</w:t>
      </w:r>
    </w:p>
    <w:p>
      <w:r>
        <w:t>Optional Schatzkarte zur Verzierung</w:t>
      </w:r>
    </w:p>
    <w:p>
      <w:r>
        <w:t>1x</w:t>
      </w:r>
    </w:p>
    <w:p>
      <w:r>
        <w:rPr>
          <w:i/>
        </w:rPr>
        <w:t>Quelle: Cubetto-Materialliste-1.pdf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Cubetto Materialliste 1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