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Der Heimweg mit Oma's Besuch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Der Heimweg mit Oma's Besuch</w:t>
      </w:r>
    </w:p>
    <w:p>
      <w:r>
        <w:drawing>
          <wp:inline xmlns:a="http://schemas.openxmlformats.org/drawingml/2006/main" xmlns:pic="http://schemas.openxmlformats.org/drawingml/2006/picture">
            <wp:extent cx="5040000" cy="378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pPr>
        <w:pStyle w:val="Heading2"/>
      </w:pPr>
      <w:r>
        <w:t>Seite 2</w:t>
      </w:r>
    </w:p>
    <w:p>
      <w:r>
        <w:t>Aufgabe</w:t>
      </w:r>
    </w:p>
    <w:p>
      <w:r>
        <w:t>Mia ist auf dem Heimweg. Kannst du ihr helfen den richtigen Weg zu finden? Du kommst dabei an verschiedenen Wegpunkten vorbei, die dir bei der Orientierung helfen. Plane den Weg mit deiner Gruppe. Probiere ihn anschließend mit deinem Roboter aus. Viel Spaß!</w:t>
      </w:r>
    </w:p>
    <w:p>
      <w:r>
        <w:drawing>
          <wp:inline xmlns:a="http://schemas.openxmlformats.org/drawingml/2006/main" xmlns:pic="http://schemas.openxmlformats.org/drawingml/2006/picture">
            <wp:extent cx="5040000" cy="3780000"/>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pPr>
        <w:pStyle w:val="Heading2"/>
      </w:pPr>
      <w:r>
        <w:t>Seite 3</w:t>
      </w:r>
    </w:p>
    <w:p>
      <w:r>
        <w:t>Das brauchst du:</w:t>
      </w:r>
    </w:p>
    <w:p>
      <w:r>
        <w:t>Kleiner Roboter aus Pappe</w:t>
      </w:r>
    </w:p>
    <w:p>
      <w:r>
        <w:t>Wegplättchen</w:t>
      </w:r>
    </w:p>
    <w:p>
      <w:r>
        <w:t>Rechts Links</w:t>
      </w:r>
    </w:p>
    <w:p>
      <w:r>
        <w:t>Geradeaus</w:t>
      </w:r>
    </w:p>
    <w:p>
      <w:r>
        <w:t>Gebe deinem Roboter genaue Anweisungen mit Hilfe der Wegplättchen. Lege die Plättchen in der richtigen Reihenfolge. Du brauchst sie später, um deinem richtigen Roboter anzuweisen.</w:t>
      </w:r>
    </w:p>
    <w:p>
      <w:r>
        <w:drawing>
          <wp:inline xmlns:a="http://schemas.openxmlformats.org/drawingml/2006/main" xmlns:pic="http://schemas.openxmlformats.org/drawingml/2006/picture">
            <wp:extent cx="5040000" cy="3780000"/>
            <wp:docPr id="5" name="Picture 5"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6" name="Picture 6"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8949444"/>
            <wp:docPr id="7" name="Picture 7"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8949444"/>
                    </a:xfrm>
                    <a:prstGeom prst="rect"/>
                  </pic:spPr>
                </pic:pic>
              </a:graphicData>
            </a:graphic>
          </wp:inline>
        </w:drawing>
      </w:r>
    </w:p>
    <w:p>
      <w:r>
        <w:drawing>
          <wp:inline xmlns:a="http://schemas.openxmlformats.org/drawingml/2006/main" xmlns:pic="http://schemas.openxmlformats.org/drawingml/2006/picture">
            <wp:extent cx="5040000" cy="5040000"/>
            <wp:docPr id="8" name="Picture 8" descr="Abbildung 4 aus dem Original, Seite 3 – Inhalt bitte im Original-PDF ansehen" title="Abbildung 4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9" name="Picture 9" descr="Abbildung 5 aus dem Original, Seite 3 – Inhalt bitte im Original-PDF ansehen" title="Abbildung 5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207304"/>
            <wp:docPr id="10" name="Picture 10" descr="Abbildung 6 aus dem Original, Seite 3 – Inhalt bitte im Original-PDF ansehen" title="Abbildung 6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4207304"/>
                    </a:xfrm>
                    <a:prstGeom prst="rect"/>
                  </pic:spPr>
                </pic:pic>
              </a:graphicData>
            </a:graphic>
          </wp:inline>
        </w:drawing>
      </w:r>
    </w:p>
    <w:p>
      <w:r>
        <w:drawing>
          <wp:inline xmlns:a="http://schemas.openxmlformats.org/drawingml/2006/main" xmlns:pic="http://schemas.openxmlformats.org/drawingml/2006/picture">
            <wp:extent cx="5040000" cy="2103415"/>
            <wp:docPr id="11" name="Picture 11" descr="Abbildung 7 aus dem Original, Seite 3 – Inhalt bitte im Original-PDF ansehen" title="Abbildung 7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2103415"/>
                    </a:xfrm>
                    <a:prstGeom prst="rect"/>
                  </pic:spPr>
                </pic:pic>
              </a:graphicData>
            </a:graphic>
          </wp:inline>
        </w:drawing>
      </w:r>
    </w:p>
    <w:p>
      <w:pPr>
        <w:pStyle w:val="Heading2"/>
      </w:pPr>
      <w:r>
        <w:t>Seite 4</w:t>
      </w:r>
    </w:p>
    <w:p>
      <w:r>
        <w:t>Schule</w:t>
      </w:r>
    </w:p>
    <w:p>
      <w:r>
        <w:t>Startpunkt: Mia verlässt ihre Schule und steht auf dem Gehsteig mit ihrem Schulranzen auf dem Rücken und ihrem fröhlichen Lächeln im Gesicht.</w:t>
      </w:r>
    </w:p>
    <w:p>
      <w:r>
        <w:drawing>
          <wp:inline xmlns:a="http://schemas.openxmlformats.org/drawingml/2006/main" xmlns:pic="http://schemas.openxmlformats.org/drawingml/2006/picture">
            <wp:extent cx="5040000" cy="3780000"/>
            <wp:docPr id="12" name="Picture 12"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13" name="Picture 13"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4500963"/>
            <wp:docPr id="14" name="Picture 14"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4500963"/>
                    </a:xfrm>
                    <a:prstGeom prst="rect"/>
                  </pic:spPr>
                </pic:pic>
              </a:graphicData>
            </a:graphic>
          </wp:inline>
        </w:drawing>
      </w:r>
    </w:p>
    <w:p>
      <w:pPr>
        <w:pStyle w:val="Heading2"/>
      </w:pPr>
      <w:r>
        <w:t>Seite 5</w:t>
      </w:r>
    </w:p>
    <w:p>
      <w:r>
        <w:t>Bunte Blumen</w:t>
      </w:r>
    </w:p>
    <w:p>
      <w:r>
        <w:t>Loslaufen: Mia beginnt ihren Heimweg, indem sie die Straße entlang geht, vorbei an bunten Blumen und freundlichen Nachbarn.</w:t>
      </w:r>
    </w:p>
    <w:p>
      <w:r>
        <w:drawing>
          <wp:inline xmlns:a="http://schemas.openxmlformats.org/drawingml/2006/main" xmlns:pic="http://schemas.openxmlformats.org/drawingml/2006/picture">
            <wp:extent cx="5040000" cy="3780000"/>
            <wp:docPr id="15" name="Picture 15"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16" name="Picture 16"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4494589"/>
            <wp:docPr id="17" name="Picture 17" descr="Abbildung 3 aus dem Original, Seite 5 – Inhalt bitte im Original-PDF ansehen" title="Abbildung 3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4494589"/>
                    </a:xfrm>
                    <a:prstGeom prst="rect"/>
                  </pic:spPr>
                </pic:pic>
              </a:graphicData>
            </a:graphic>
          </wp:inline>
        </w:drawing>
      </w:r>
    </w:p>
    <w:p>
      <w:pPr>
        <w:pStyle w:val="Heading2"/>
      </w:pPr>
      <w:r>
        <w:t>Seite 6</w:t>
      </w:r>
    </w:p>
    <w:p>
      <w:r>
        <w:t>Park</w:t>
      </w:r>
    </w:p>
    <w:p>
      <w:r>
        <w:t>Am Park vorbei: Ihr Weg führt sie am hübschen Park vorbei, wo Kinder fröhlich spielen und Vögel in den Bäumen zwitschern.</w:t>
      </w:r>
    </w:p>
    <w:p>
      <w:r>
        <w:drawing>
          <wp:inline xmlns:a="http://schemas.openxmlformats.org/drawingml/2006/main" xmlns:pic="http://schemas.openxmlformats.org/drawingml/2006/picture">
            <wp:extent cx="5040000" cy="3780000"/>
            <wp:docPr id="18" name="Picture 18"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19" name="Picture 19"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4481868"/>
            <wp:docPr id="20" name="Picture 20" descr="Abbildung 3 aus dem Original, Seite 6 – Inhalt bitte im Original-PDF ansehen" title="Abbildung 3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4481868"/>
                    </a:xfrm>
                    <a:prstGeom prst="rect"/>
                  </pic:spPr>
                </pic:pic>
              </a:graphicData>
            </a:graphic>
          </wp:inline>
        </w:drawing>
      </w:r>
    </w:p>
    <w:p>
      <w:pPr>
        <w:pStyle w:val="Heading2"/>
      </w:pPr>
      <w:r>
        <w:t>Seite 7</w:t>
      </w:r>
    </w:p>
    <w:p>
      <w:r>
        <w:t>Omas Haus erreichen: Mia biegt schließlich in die gemütliche Straße ein, in der Omas Haus liegt. Sie klopft an die Tür, und Oma öffnet mit einem herzlichen Lächeln.</w:t>
      </w:r>
    </w:p>
    <w:p>
      <w:r>
        <w:t>Oma</w:t>
      </w:r>
    </w:p>
    <w:p>
      <w:r>
        <w:t>Ein Kuschelbesuch bei Oma: Mia genießt einen gemütlichen Kuschelbesuch bei Oma. Sie erzählen Geschichten und teilen Kekse und Tee.</w:t>
      </w:r>
    </w:p>
    <w:p>
      <w:r>
        <w:drawing>
          <wp:inline xmlns:a="http://schemas.openxmlformats.org/drawingml/2006/main" xmlns:pic="http://schemas.openxmlformats.org/drawingml/2006/picture">
            <wp:extent cx="5040000" cy="3780000"/>
            <wp:docPr id="21" name="Picture 21"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22" name="Picture 22"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5325905"/>
            <wp:docPr id="23" name="Picture 23" descr="Abbildung 3 aus dem Original, Seite 7 – Inhalt bitte im Original-PDF ansehen" title="Abbildung 3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5325905"/>
                    </a:xfrm>
                    <a:prstGeom prst="rect"/>
                  </pic:spPr>
                </pic:pic>
              </a:graphicData>
            </a:graphic>
          </wp:inline>
        </w:drawing>
      </w:r>
    </w:p>
    <w:p>
      <w:pPr>
        <w:pStyle w:val="Heading2"/>
      </w:pPr>
      <w:r>
        <w:t>Seite 8</w:t>
      </w:r>
    </w:p>
    <w:p>
      <w:r>
        <w:t>Zu Hause</w:t>
      </w:r>
    </w:p>
    <w:p>
      <w:r>
        <w:t>Weiter zum eigenen Zuhause: Nachdem der Besuch bei Oma beendet ist, verabschiedet sich Mia und setzt ihren Weg nach Hause fort.</w:t>
      </w:r>
    </w:p>
    <w:p>
      <w:r>
        <w:t>Ankunft zu Hause: Mia erreicht schließlich ihr eigenes Zuhause, wo ihre Familie auf sie wartet. Gemeinsam teilen sie ihre Erlebnisse des Tages.</w:t>
      </w:r>
    </w:p>
    <w:p>
      <w:r>
        <w:drawing>
          <wp:inline xmlns:a="http://schemas.openxmlformats.org/drawingml/2006/main" xmlns:pic="http://schemas.openxmlformats.org/drawingml/2006/picture">
            <wp:extent cx="5040000" cy="3780000"/>
            <wp:docPr id="24" name="Picture 24"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25" name="Picture 25"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drawing>
          <wp:inline xmlns:a="http://schemas.openxmlformats.org/drawingml/2006/main" xmlns:pic="http://schemas.openxmlformats.org/drawingml/2006/picture">
            <wp:extent cx="5040000" cy="4636526"/>
            <wp:docPr id="26" name="Picture 26" descr="Abbildung 3 aus dem Original, Seite 8 – Inhalt bitte im Original-PDF ansehen" title="Abbildung 3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4636526"/>
                    </a:xfrm>
                    <a:prstGeom prst="rect"/>
                  </pic:spPr>
                </pic:pic>
              </a:graphicData>
            </a:graphic>
          </wp:inline>
        </w:drawing>
      </w:r>
    </w:p>
    <w:p>
      <w:pPr>
        <w:pStyle w:val="Heading2"/>
      </w:pPr>
      <w:r>
        <w:t>Seite 9</w:t>
      </w:r>
    </w:p>
    <w:p>
      <w:r>
        <w:t>Ihr Heimweg ist erfolgreich abgeschlossen: Mia hat nicht nur den Weg von der Schule nach Hause gemeistert, sondern auch Zeit mit ihrer geliebten Oma verbracht. Ihr Tag war voller Abenteuer und Liebe.</w:t>
      </w:r>
    </w:p>
    <w:p>
      <w:r>
        <w:drawing>
          <wp:inline xmlns:a="http://schemas.openxmlformats.org/drawingml/2006/main" xmlns:pic="http://schemas.openxmlformats.org/drawingml/2006/picture">
            <wp:extent cx="5040000" cy="3780000"/>
            <wp:docPr id="27" name="Picture 27"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410823"/>
            <wp:docPr id="28" name="Picture 28" descr="Abbildung 2 aus dem Original, Seite 9 – Inhalt bitte im Original-PDF ansehen" title="Abbildung 2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pPr>
        <w:pStyle w:val="Heading2"/>
      </w:pPr>
      <w:r>
        <w:t>Seite 10</w:t>
      </w:r>
    </w:p>
    <w:p>
      <w:r>
        <w:t>Hast du den richtigen Weg gefunden? Überprüfe deine Anweisungen nun mit deinem Roboter. Du brauchst:</w:t>
      </w:r>
    </w:p>
    <w:p>
      <w:r>
        <w:t>Codierbrett</w:t>
      </w:r>
    </w:p>
    <w:p>
      <w:r>
        <w:t>Wegplättchen So funktioniert es!</w:t>
      </w:r>
    </w:p>
    <w:p>
      <w:r>
        <w:t>Roboter</w:t>
      </w:r>
    </w:p>
    <w:p>
      <w:r>
        <w:drawing>
          <wp:inline xmlns:a="http://schemas.openxmlformats.org/drawingml/2006/main" xmlns:pic="http://schemas.openxmlformats.org/drawingml/2006/picture">
            <wp:extent cx="5040000" cy="3780000"/>
            <wp:docPr id="29" name="Picture 29"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9072000"/>
            <wp:docPr id="30" name="Picture 30" descr="Abbildung 2 aus dem Original, Seite 10 – Inhalt bitte im Original-PDF ansehen" title="Abbildung 2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9072000"/>
                    </a:xfrm>
                    <a:prstGeom prst="rect"/>
                  </pic:spPr>
                </pic:pic>
              </a:graphicData>
            </a:graphic>
          </wp:inline>
        </w:drawing>
      </w:r>
    </w:p>
    <w:p>
      <w:r>
        <w:drawing>
          <wp:inline xmlns:a="http://schemas.openxmlformats.org/drawingml/2006/main" xmlns:pic="http://schemas.openxmlformats.org/drawingml/2006/picture">
            <wp:extent cx="5040000" cy="5040000"/>
            <wp:docPr id="31" name="Picture 31" descr="Abbildung 3 aus dem Original, Seite 10 – Inhalt bitte im Original-PDF ansehen" title="Abbildung 3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32" name="Picture 32" descr="Abbildung 4 aus dem Original, Seite 10 – Inhalt bitte im Original-PDF ansehen" title="Abbildung 4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11207296"/>
            <wp:docPr id="33" name="Picture 33" descr="Abbildung 5 aus dem Original, Seite 10 – Inhalt bitte im Original-PDF ansehen" title="Abbildung 5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11207296"/>
                    </a:xfrm>
                    <a:prstGeom prst="rect"/>
                  </pic:spPr>
                </pic:pic>
              </a:graphicData>
            </a:graphic>
          </wp:inline>
        </w:drawing>
      </w:r>
    </w:p>
    <w:p>
      <w:r>
        <w:drawing>
          <wp:inline xmlns:a="http://schemas.openxmlformats.org/drawingml/2006/main" xmlns:pic="http://schemas.openxmlformats.org/drawingml/2006/picture">
            <wp:extent cx="5040000" cy="5410823"/>
            <wp:docPr id="34" name="Picture 34" descr="Abbildung 6 aus dem Original, Seite 10 – Inhalt bitte im Original-PDF ansehen" title="Abbildung 6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410823"/>
                    </a:xfrm>
                    <a:prstGeom prst="rect"/>
                  </pic:spPr>
                </pic:pic>
              </a:graphicData>
            </a:graphic>
          </wp:inline>
        </w:drawing>
      </w:r>
    </w:p>
    <w:p>
      <w:r>
        <w:rPr>
          <w:i/>
        </w:rPr>
        <w:t>Hinweis: Teile des Textes wurden per automatischer Texterkennung aus Bildern übernommen und können Fehler enthalten.</w:t>
      </w:r>
    </w:p>
    <w:p>
      <w:r>
        <w:rPr>
          <w:i/>
        </w:rPr>
        <w:t>Quelle: Der-Heimweg-mit-Omas-Besuch.pdf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Heimweg mit Oma's Besuch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