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Die Schatzsuche – barrierefreie Fassung</w:t>
      </w:r>
    </w:p>
    <w:p>
      <w:r>
        <w:rPr>
          <w:i/>
        </w:rPr>
        <w:t>Diese Fassung wurde automatisch aus dem Original-PDF erstellt, damit der Inhalt mit Screenreadern lesbar, vergrößerbar und anpassbar ist. Layout, Farben und Gestaltung weichen vom Original ab; Bilder tragen nur einen Platzhalter-Alternativtext. Bei Bedarf beide Fassungen nebeneinander nutzen.</w:t>
      </w:r>
    </w:p>
    <w:p>
      <w:pPr>
        <w:pStyle w:val="Heading2"/>
      </w:pPr>
      <w:r>
        <w:t>Seite 1</w:t>
      </w:r>
    </w:p>
    <w:p>
      <w:r>
        <w:t>Die Schatzsuche</w:t>
      </w:r>
    </w:p>
    <w:p>
      <w:r>
        <w:drawing>
          <wp:inline xmlns:a="http://schemas.openxmlformats.org/drawingml/2006/main" xmlns:pic="http://schemas.openxmlformats.org/drawingml/2006/picture">
            <wp:extent cx="5040000" cy="3780000"/>
            <wp:docPr id="1" name="Picture 1" descr="Abbildung 1 aus dem Original, Seite 1 – Inhalt bitte im Original-PDF ansehen" title="Abbildung 1 aus dem Original, Seite 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5075770"/>
            <wp:docPr id="2" name="Picture 2" descr="Abbildung 2 aus dem Original, Seite 1 – Inhalt bitte im Original-PDF ansehen" title="Abbildung 2 aus dem Original, Seite 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075770"/>
                    </a:xfrm>
                    <a:prstGeom prst="rect"/>
                  </pic:spPr>
                </pic:pic>
              </a:graphicData>
            </a:graphic>
          </wp:inline>
        </w:drawing>
      </w:r>
    </w:p>
    <w:p>
      <w:pPr>
        <w:pStyle w:val="Heading2"/>
      </w:pPr>
      <w:r>
        <w:t>Seite 2</w:t>
      </w:r>
    </w:p>
    <w:p>
      <w:r>
        <w:t>Hallo, ich bin’s Fussel. Falls du Hilfe oder einen Tipp benötigst, kannst du dir den Text von mir vorlesen lassen und manchmal gebe ich dir auch Hinweise.</w:t>
      </w:r>
    </w:p>
    <w:p>
      <w:r>
        <w:drawing>
          <wp:inline xmlns:a="http://schemas.openxmlformats.org/drawingml/2006/main" xmlns:pic="http://schemas.openxmlformats.org/drawingml/2006/picture">
            <wp:extent cx="5040000" cy="5040000"/>
            <wp:docPr id="3" name="Picture 3" descr="Abbildung 1 aus dem Original, Seite 2 – Inhalt bitte im Original-PDF ansehen" title="Abbildung 1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410588"/>
            <wp:docPr id="4" name="Picture 4" descr="Abbildung 2 aus dem Original, Seite 2 – Inhalt bitte im Original-PDF ansehen" title="Abbildung 2 aus dem Original, Seite 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5410588"/>
                    </a:xfrm>
                    <a:prstGeom prst="rect"/>
                  </pic:spPr>
                </pic:pic>
              </a:graphicData>
            </a:graphic>
          </wp:inline>
        </w:drawing>
      </w:r>
    </w:p>
    <w:p>
      <w:r>
        <w:drawing>
          <wp:inline xmlns:a="http://schemas.openxmlformats.org/drawingml/2006/main" xmlns:pic="http://schemas.openxmlformats.org/drawingml/2006/picture">
            <wp:extent cx="5040000" cy="4502400"/>
            <wp:docPr id="5" name="Picture 5" descr="Abbildung 3 aus dem Original, Seite 2 – Inhalt bitte im Original-PDF ansehen" title="Abbildung 3 aus dem Original, Seite 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4502400"/>
                    </a:xfrm>
                    <a:prstGeom prst="rect"/>
                  </pic:spPr>
                </pic:pic>
              </a:graphicData>
            </a:graphic>
          </wp:inline>
        </w:drawing>
      </w:r>
    </w:p>
    <w:p>
      <w:pPr>
        <w:pStyle w:val="Heading2"/>
      </w:pPr>
      <w:r>
        <w:t>Seite 3</w:t>
      </w:r>
    </w:p>
    <w:p>
      <w:r>
        <w:t>Der kleine Pirat Tim und sein bunter Papagei Paul stehen mutig an der Spitze ihres Schiffes, bereit für ein aufregendes Abenteuer.</w:t>
      </w:r>
    </w:p>
    <w:p>
      <w:r>
        <w:drawing>
          <wp:inline xmlns:a="http://schemas.openxmlformats.org/drawingml/2006/main" xmlns:pic="http://schemas.openxmlformats.org/drawingml/2006/picture">
            <wp:extent cx="5040000" cy="5040000"/>
            <wp:docPr id="6" name="Picture 6" descr="Abbildung 1 aus dem Original, Seite 3 – Inhalt bitte im Original-PDF ansehen" title="Abbildung 1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75770"/>
            <wp:docPr id="7" name="Picture 7" descr="Abbildung 2 aus dem Original, Seite 3 – Inhalt bitte im Original-PDF ansehen" title="Abbildung 2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075770"/>
                    </a:xfrm>
                    <a:prstGeom prst="rect"/>
                  </pic:spPr>
                </pic:pic>
              </a:graphicData>
            </a:graphic>
          </wp:inline>
        </w:drawing>
      </w:r>
    </w:p>
    <w:p>
      <w:r>
        <w:drawing>
          <wp:inline xmlns:a="http://schemas.openxmlformats.org/drawingml/2006/main" xmlns:pic="http://schemas.openxmlformats.org/drawingml/2006/picture">
            <wp:extent cx="5040000" cy="5410588"/>
            <wp:docPr id="8" name="Picture 8" descr="Abbildung 3 aus dem Original, Seite 3 – Inhalt bitte im Original-PDF ansehen" title="Abbildung 3 aus dem Original, Seite 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5410588"/>
                    </a:xfrm>
                    <a:prstGeom prst="rect"/>
                  </pic:spPr>
                </pic:pic>
              </a:graphicData>
            </a:graphic>
          </wp:inline>
        </w:drawing>
      </w:r>
    </w:p>
    <w:p>
      <w:r>
        <w:drawing>
          <wp:inline xmlns:a="http://schemas.openxmlformats.org/drawingml/2006/main" xmlns:pic="http://schemas.openxmlformats.org/drawingml/2006/picture">
            <wp:extent cx="5040000" cy="4502400"/>
            <wp:docPr id="9" name="Picture 9" descr="Abbildung 4 aus dem Original, Seite 3 – Inhalt bitte im Original-PDF ansehen" title="Abbildung 4 aus dem Original, Seite 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4502400"/>
                    </a:xfrm>
                    <a:prstGeom prst="rect"/>
                  </pic:spPr>
                </pic:pic>
              </a:graphicData>
            </a:graphic>
          </wp:inline>
        </w:drawing>
      </w:r>
    </w:p>
    <w:p>
      <w:pPr>
        <w:pStyle w:val="Heading2"/>
      </w:pPr>
      <w:r>
        <w:t>Seite 4</w:t>
      </w:r>
    </w:p>
    <w:p>
      <w:r>
        <w:t>Sie haben eine wichtige Mission: Sie suchen den legendären Piratenschatz auf der geheimen Schatzinsel!</w:t>
      </w:r>
    </w:p>
    <w:p>
      <w:r>
        <w:t>Startpunkt: Ihr Abenteuer beginnt auf dem Deck ihres Schiffes, wo sie die schäumenden Wellen und die frische Seeluft genießen.</w:t>
      </w:r>
    </w:p>
    <w:p>
      <w:r>
        <w:drawing>
          <wp:inline xmlns:a="http://schemas.openxmlformats.org/drawingml/2006/main" xmlns:pic="http://schemas.openxmlformats.org/drawingml/2006/picture">
            <wp:extent cx="5040000" cy="5040000"/>
            <wp:docPr id="10" name="Picture 10" descr="Abbildung 1 aus dem Original, Seite 4 – Inhalt bitte im Original-PDF ansehen" title="Abbildung 1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4"/>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410588"/>
            <wp:docPr id="11" name="Picture 11" descr="Abbildung 2 aus dem Original, Seite 4 – Inhalt bitte im Original-PDF ansehen" title="Abbildung 2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5410588"/>
                    </a:xfrm>
                    <a:prstGeom prst="rect"/>
                  </pic:spPr>
                </pic:pic>
              </a:graphicData>
            </a:graphic>
          </wp:inline>
        </w:drawing>
      </w:r>
    </w:p>
    <w:p>
      <w:r>
        <w:drawing>
          <wp:inline xmlns:a="http://schemas.openxmlformats.org/drawingml/2006/main" xmlns:pic="http://schemas.openxmlformats.org/drawingml/2006/picture">
            <wp:extent cx="5040000" cy="4983251"/>
            <wp:docPr id="12" name="Picture 12" descr="Abbildung 3 aus dem Original, Seite 4 – Inhalt bitte im Original-PDF ansehen" title="Abbildung 3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040000" cy="4983251"/>
                    </a:xfrm>
                    <a:prstGeom prst="rect"/>
                  </pic:spPr>
                </pic:pic>
              </a:graphicData>
            </a:graphic>
          </wp:inline>
        </w:drawing>
      </w:r>
    </w:p>
    <w:p>
      <w:r>
        <w:drawing>
          <wp:inline xmlns:a="http://schemas.openxmlformats.org/drawingml/2006/main" xmlns:pic="http://schemas.openxmlformats.org/drawingml/2006/picture">
            <wp:extent cx="5040000" cy="5075770"/>
            <wp:docPr id="13" name="Picture 13" descr="Abbildung 4 aus dem Original, Seite 4 – Inhalt bitte im Original-PDF ansehen" title="Abbildung 4 aus dem Original, Seite 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075770"/>
                    </a:xfrm>
                    <a:prstGeom prst="rect"/>
                  </pic:spPr>
                </pic:pic>
              </a:graphicData>
            </a:graphic>
          </wp:inline>
        </w:drawing>
      </w:r>
    </w:p>
    <w:p>
      <w:r>
        <w:drawing>
          <wp:inline xmlns:a="http://schemas.openxmlformats.org/drawingml/2006/main" xmlns:pic="http://schemas.openxmlformats.org/drawingml/2006/picture">
            <wp:extent cx="5040000" cy="4502400"/>
            <wp:docPr id="14" name="Picture 14" descr="Abbildung 5 aus dem Original, Seite 4 – Inhalt bitte im Original-PDF ansehen" title="Abbildung 5 aus dem Original, Seite 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4502400"/>
                    </a:xfrm>
                    <a:prstGeom prst="rect"/>
                  </pic:spPr>
                </pic:pic>
              </a:graphicData>
            </a:graphic>
          </wp:inline>
        </w:drawing>
      </w:r>
    </w:p>
    <w:p>
      <w:pPr>
        <w:pStyle w:val="Heading2"/>
      </w:pPr>
      <w:r>
        <w:t>Seite 5</w:t>
      </w:r>
    </w:p>
    <w:p>
      <w:r>
        <w:t>Da sind die zwei ja schon auf ihrem Schiff, dann lass uns die Segel setzen.</w:t>
      </w:r>
    </w:p>
    <w:p>
      <w:r>
        <w:t>So sieht also die geheime Insel aus, ich hoffe, wir finden sie.</w:t>
      </w:r>
    </w:p>
    <w:p>
      <w:r>
        <w:drawing>
          <wp:inline xmlns:a="http://schemas.openxmlformats.org/drawingml/2006/main" xmlns:pic="http://schemas.openxmlformats.org/drawingml/2006/picture">
            <wp:extent cx="5040000" cy="5040000"/>
            <wp:docPr id="15" name="Picture 15" descr="Abbildung 1 aus dem Original, Seite 5 – Inhalt bitte im Original-PDF ansehen" title="Abbildung 1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4983251"/>
            <wp:docPr id="16" name="Picture 16" descr="Abbildung 2 aus dem Original, Seite 5 – Inhalt bitte im Original-PDF ansehen" title="Abbildung 2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040000" cy="4983251"/>
                    </a:xfrm>
                    <a:prstGeom prst="rect"/>
                  </pic:spPr>
                </pic:pic>
              </a:graphicData>
            </a:graphic>
          </wp:inline>
        </w:drawing>
      </w:r>
    </w:p>
    <w:p>
      <w:r>
        <w:drawing>
          <wp:inline xmlns:a="http://schemas.openxmlformats.org/drawingml/2006/main" xmlns:pic="http://schemas.openxmlformats.org/drawingml/2006/picture">
            <wp:extent cx="5040000" cy="5075770"/>
            <wp:docPr id="17" name="Picture 17" descr="Abbildung 3 aus dem Original, Seite 5 – Inhalt bitte im Original-PDF ansehen" title="Abbildung 3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0"/>
                    <a:stretch>
                      <a:fillRect/>
                    </a:stretch>
                  </pic:blipFill>
                  <pic:spPr>
                    <a:xfrm>
                      <a:off x="0" y="0"/>
                      <a:ext cx="5040000" cy="5075770"/>
                    </a:xfrm>
                    <a:prstGeom prst="rect"/>
                  </pic:spPr>
                </pic:pic>
              </a:graphicData>
            </a:graphic>
          </wp:inline>
        </w:drawing>
      </w:r>
    </w:p>
    <w:p>
      <w:r>
        <w:drawing>
          <wp:inline xmlns:a="http://schemas.openxmlformats.org/drawingml/2006/main" xmlns:pic="http://schemas.openxmlformats.org/drawingml/2006/picture">
            <wp:extent cx="5040000" cy="5410588"/>
            <wp:docPr id="18" name="Picture 18" descr="Abbildung 4 aus dem Original, Seite 5 – Inhalt bitte im Original-PDF ansehen" title="Abbildung 4 aus dem Original, Seite 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5410588"/>
                    </a:xfrm>
                    <a:prstGeom prst="rect"/>
                  </pic:spPr>
                </pic:pic>
              </a:graphicData>
            </a:graphic>
          </wp:inline>
        </w:drawing>
      </w:r>
    </w:p>
    <w:p>
      <w:r>
        <w:drawing>
          <wp:inline xmlns:a="http://schemas.openxmlformats.org/drawingml/2006/main" xmlns:pic="http://schemas.openxmlformats.org/drawingml/2006/picture">
            <wp:extent cx="5040000" cy="4502400"/>
            <wp:docPr id="19" name="Picture 19" descr="Abbildung 5 aus dem Original, Seite 5 – Inhalt bitte im Original-PDF ansehen" title="Abbildung 5 aus dem Original, Seite 5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4502400"/>
                    </a:xfrm>
                    <a:prstGeom prst="rect"/>
                  </pic:spPr>
                </pic:pic>
              </a:graphicData>
            </a:graphic>
          </wp:inline>
        </w:drawing>
      </w:r>
    </w:p>
    <w:p>
      <w:pPr>
        <w:pStyle w:val="Heading2"/>
      </w:pPr>
      <w:r>
        <w:t>Seite 6</w:t>
      </w:r>
    </w:p>
    <w:p>
      <w:r>
        <w:t>Tim hält die alte Schatzkarte fest in der Hand.</w:t>
      </w:r>
    </w:p>
    <w:p>
      <w:r>
        <w:t>Aufgaben auf dem Weg: Segel setzen: Tim und Paul setzen die Segel, um in Richtung der Schatzinsel zu fahren. Der Wind bläst kräftig und treibt ihr Schiff voran.</w:t>
      </w:r>
    </w:p>
    <w:p>
      <w:r>
        <w:drawing>
          <wp:inline xmlns:a="http://schemas.openxmlformats.org/drawingml/2006/main" xmlns:pic="http://schemas.openxmlformats.org/drawingml/2006/picture">
            <wp:extent cx="5040000" cy="5040000"/>
            <wp:docPr id="20" name="Picture 20" descr="Abbildung 1 aus dem Original, Seite 6 – Inhalt bitte im Original-PDF ansehen" title="Abbildung 1 aus dem Original, Seite 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410588"/>
            <wp:docPr id="21" name="Picture 21" descr="Abbildung 2 aus dem Original, Seite 6 – Inhalt bitte im Original-PDF ansehen" title="Abbildung 2 aus dem Original, Seite 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5410588"/>
                    </a:xfrm>
                    <a:prstGeom prst="rect"/>
                  </pic:spPr>
                </pic:pic>
              </a:graphicData>
            </a:graphic>
          </wp:inline>
        </w:drawing>
      </w:r>
    </w:p>
    <w:p>
      <w:r>
        <w:drawing>
          <wp:inline xmlns:a="http://schemas.openxmlformats.org/drawingml/2006/main" xmlns:pic="http://schemas.openxmlformats.org/drawingml/2006/picture">
            <wp:extent cx="5040000" cy="3780000"/>
            <wp:docPr id="22" name="Picture 22" descr="Abbildung 3 aus dem Original, Seite 6 – Inhalt bitte im Original-PDF ansehen" title="Abbildung 3 aus dem Original, Seite 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8229615"/>
            <wp:docPr id="23" name="Picture 23" descr="Abbildung 4 aus dem Original, Seite 6 – Inhalt bitte im Original-PDF ansehen" title="Abbildung 4 aus dem Original, Seite 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7"/>
                    <a:stretch>
                      <a:fillRect/>
                    </a:stretch>
                  </pic:blipFill>
                  <pic:spPr>
                    <a:xfrm>
                      <a:off x="0" y="0"/>
                      <a:ext cx="5040000" cy="8229615"/>
                    </a:xfrm>
                    <a:prstGeom prst="rect"/>
                  </pic:spPr>
                </pic:pic>
              </a:graphicData>
            </a:graphic>
          </wp:inline>
        </w:drawing>
      </w:r>
    </w:p>
    <w:p>
      <w:r>
        <w:drawing>
          <wp:inline xmlns:a="http://schemas.openxmlformats.org/drawingml/2006/main" xmlns:pic="http://schemas.openxmlformats.org/drawingml/2006/picture">
            <wp:extent cx="5040000" cy="6219574"/>
            <wp:docPr id="24" name="Picture 24" descr="Abbildung 5 aus dem Original, Seite 6 – Inhalt bitte im Original-PDF ansehen" title="Abbildung 5 aus dem Original, Seite 6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8"/>
                    <a:stretch>
                      <a:fillRect/>
                    </a:stretch>
                  </pic:blipFill>
                  <pic:spPr>
                    <a:xfrm>
                      <a:off x="0" y="0"/>
                      <a:ext cx="5040000" cy="6219574"/>
                    </a:xfrm>
                    <a:prstGeom prst="rect"/>
                  </pic:spPr>
                </pic:pic>
              </a:graphicData>
            </a:graphic>
          </wp:inline>
        </w:drawing>
      </w:r>
    </w:p>
    <w:p>
      <w:r>
        <w:drawing>
          <wp:inline xmlns:a="http://schemas.openxmlformats.org/drawingml/2006/main" xmlns:pic="http://schemas.openxmlformats.org/drawingml/2006/picture">
            <wp:extent cx="5040000" cy="4502400"/>
            <wp:docPr id="25" name="Picture 25" descr="Abbildung 6 aus dem Original, Seite 6 – Inhalt bitte im Original-PDF ansehen" title="Abbildung 6 aus dem Original, Seite 6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4502400"/>
                    </a:xfrm>
                    <a:prstGeom prst="rect"/>
                  </pic:spPr>
                </pic:pic>
              </a:graphicData>
            </a:graphic>
          </wp:inline>
        </w:drawing>
      </w:r>
    </w:p>
    <w:p>
      <w:pPr>
        <w:pStyle w:val="Heading2"/>
      </w:pPr>
      <w:r>
        <w:t>Seite 7</w:t>
      </w:r>
    </w:p>
    <w:p>
      <w:r>
        <w:t>Ankunft an der geheimen Insel: Nach einer aufregenden Fahrt erreichen sie die geheime Insel. Die Palmen wehen im Wind, und der goldene Sand leuchtet in der Sonne.</w:t>
      </w:r>
    </w:p>
    <w:p>
      <w:r>
        <w:drawing>
          <wp:inline xmlns:a="http://schemas.openxmlformats.org/drawingml/2006/main" xmlns:pic="http://schemas.openxmlformats.org/drawingml/2006/picture">
            <wp:extent cx="5040000" cy="5040000"/>
            <wp:docPr id="26" name="Picture 26" descr="Abbildung 1 aus dem Original, Seite 7 – Inhalt bitte im Original-PDF ansehen" title="Abbildung 1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4983251"/>
            <wp:docPr id="27" name="Picture 27" descr="Abbildung 2 aus dem Original, Seite 7 – Inhalt bitte im Original-PDF ansehen" title="Abbildung 2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5"/>
                    <a:stretch>
                      <a:fillRect/>
                    </a:stretch>
                  </pic:blipFill>
                  <pic:spPr>
                    <a:xfrm>
                      <a:off x="0" y="0"/>
                      <a:ext cx="5040000" cy="4983251"/>
                    </a:xfrm>
                    <a:prstGeom prst="rect"/>
                  </pic:spPr>
                </pic:pic>
              </a:graphicData>
            </a:graphic>
          </wp:inline>
        </w:drawing>
      </w:r>
    </w:p>
    <w:p>
      <w:r>
        <w:drawing>
          <wp:inline xmlns:a="http://schemas.openxmlformats.org/drawingml/2006/main" xmlns:pic="http://schemas.openxmlformats.org/drawingml/2006/picture">
            <wp:extent cx="5040000" cy="5410588"/>
            <wp:docPr id="28" name="Picture 28" descr="Abbildung 3 aus dem Original, Seite 7 – Inhalt bitte im Original-PDF ansehen" title="Abbildung 3 aus dem Original, Seite 7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5410588"/>
                    </a:xfrm>
                    <a:prstGeom prst="rect"/>
                  </pic:spPr>
                </pic:pic>
              </a:graphicData>
            </a:graphic>
          </wp:inline>
        </w:drawing>
      </w:r>
    </w:p>
    <w:p>
      <w:r>
        <w:drawing>
          <wp:inline xmlns:a="http://schemas.openxmlformats.org/drawingml/2006/main" xmlns:pic="http://schemas.openxmlformats.org/drawingml/2006/picture">
            <wp:extent cx="5040000" cy="4502400"/>
            <wp:docPr id="29" name="Picture 29" descr="Abbildung 4 aus dem Original, Seite 7 – Inhalt bitte im Original-PDF ansehen" title="Abbildung 4 aus dem Original, Seite 7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4502400"/>
                    </a:xfrm>
                    <a:prstGeom prst="rect"/>
                  </pic:spPr>
                </pic:pic>
              </a:graphicData>
            </a:graphic>
          </wp:inline>
        </w:drawing>
      </w:r>
    </w:p>
    <w:p>
      <w:pPr>
        <w:pStyle w:val="Heading2"/>
      </w:pPr>
      <w:r>
        <w:t>Seite 8</w:t>
      </w:r>
    </w:p>
    <w:p>
      <w:r>
        <w:t>Folge der Schatzkarte: Tim und Paul folgen der alten Schatzkarte und gehen durch den dichten Dschungel, wo bunte Vögel zwitschern und wilde Tiere versteckt sind.</w:t>
      </w:r>
    </w:p>
    <w:p>
      <w:r>
        <w:drawing>
          <wp:inline xmlns:a="http://schemas.openxmlformats.org/drawingml/2006/main" xmlns:pic="http://schemas.openxmlformats.org/drawingml/2006/picture">
            <wp:extent cx="5040000" cy="5040000"/>
            <wp:docPr id="30" name="Picture 30" descr="Abbildung 1 aus dem Original, Seite 8 – Inhalt bitte im Original-PDF ansehen" title="Abbildung 1 aus dem Original, Seite 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79375"/>
            <wp:docPr id="31" name="Picture 31" descr="Abbildung 2 aus dem Original, Seite 8 – Inhalt bitte im Original-PDF ansehen" title="Abbildung 2 aus dem Original, Seite 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9"/>
                    <a:stretch>
                      <a:fillRect/>
                    </a:stretch>
                  </pic:blipFill>
                  <pic:spPr>
                    <a:xfrm>
                      <a:off x="0" y="0"/>
                      <a:ext cx="5040000" cy="5079375"/>
                    </a:xfrm>
                    <a:prstGeom prst="rect"/>
                  </pic:spPr>
                </pic:pic>
              </a:graphicData>
            </a:graphic>
          </wp:inline>
        </w:drawing>
      </w:r>
    </w:p>
    <w:p>
      <w:r>
        <w:drawing>
          <wp:inline xmlns:a="http://schemas.openxmlformats.org/drawingml/2006/main" xmlns:pic="http://schemas.openxmlformats.org/drawingml/2006/picture">
            <wp:extent cx="5040000" cy="5410588"/>
            <wp:docPr id="32" name="Picture 32" descr="Abbildung 3 aus dem Original, Seite 8 – Inhalt bitte im Original-PDF ansehen" title="Abbildung 3 aus dem Original, Seite 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5410588"/>
                    </a:xfrm>
                    <a:prstGeom prst="rect"/>
                  </pic:spPr>
                </pic:pic>
              </a:graphicData>
            </a:graphic>
          </wp:inline>
        </w:drawing>
      </w:r>
    </w:p>
    <w:p>
      <w:r>
        <w:drawing>
          <wp:inline xmlns:a="http://schemas.openxmlformats.org/drawingml/2006/main" xmlns:pic="http://schemas.openxmlformats.org/drawingml/2006/picture">
            <wp:extent cx="5040000" cy="3780000"/>
            <wp:docPr id="33" name="Picture 33" descr="Abbildung 4 aus dem Original, Seite 8 – Inhalt bitte im Original-PDF ansehen" title="Abbildung 4 aus dem Original, Seite 8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4502400"/>
            <wp:docPr id="34" name="Picture 34" descr="Abbildung 5 aus dem Original, Seite 8 – Inhalt bitte im Original-PDF ansehen" title="Abbildung 5 aus dem Original, Seite 8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4502400"/>
                    </a:xfrm>
                    <a:prstGeom prst="rect"/>
                  </pic:spPr>
                </pic:pic>
              </a:graphicData>
            </a:graphic>
          </wp:inline>
        </w:drawing>
      </w:r>
    </w:p>
    <w:p>
      <w:pPr>
        <w:pStyle w:val="Heading2"/>
      </w:pPr>
      <w:r>
        <w:t>Seite 9</w:t>
      </w:r>
    </w:p>
    <w:p>
      <w:r>
        <w:t>Überquere die hängende Brücke: Sie kommen zu einer hängenden Brücke über einem rauschenden Fluss. Mutig überqueren sie die Brücke, die hin und her schaukelt.</w:t>
      </w:r>
    </w:p>
    <w:p>
      <w:r>
        <w:drawing>
          <wp:inline xmlns:a="http://schemas.openxmlformats.org/drawingml/2006/main" xmlns:pic="http://schemas.openxmlformats.org/drawingml/2006/picture">
            <wp:extent cx="5040000" cy="5040000"/>
            <wp:docPr id="35" name="Picture 35" descr="Abbildung 1 aus dem Original, Seite 9 – Inhalt bitte im Original-PDF ansehen" title="Abbildung 1 aus dem Original, Seite 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004457"/>
            <wp:docPr id="36" name="Picture 36" descr="Abbildung 2 aus dem Original, Seite 9 – Inhalt bitte im Original-PDF ansehen" title="Abbildung 2 aus dem Original, Seite 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0"/>
                    <a:stretch>
                      <a:fillRect/>
                    </a:stretch>
                  </pic:blipFill>
                  <pic:spPr>
                    <a:xfrm>
                      <a:off x="0" y="0"/>
                      <a:ext cx="5040000" cy="5004457"/>
                    </a:xfrm>
                    <a:prstGeom prst="rect"/>
                  </pic:spPr>
                </pic:pic>
              </a:graphicData>
            </a:graphic>
          </wp:inline>
        </w:drawing>
      </w:r>
    </w:p>
    <w:p>
      <w:r>
        <w:drawing>
          <wp:inline xmlns:a="http://schemas.openxmlformats.org/drawingml/2006/main" xmlns:pic="http://schemas.openxmlformats.org/drawingml/2006/picture">
            <wp:extent cx="5040000" cy="5410588"/>
            <wp:docPr id="37" name="Picture 37" descr="Abbildung 3 aus dem Original, Seite 9 – Inhalt bitte im Original-PDF ansehen" title="Abbildung 3 aus dem Original, Seite 9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5410588"/>
                    </a:xfrm>
                    <a:prstGeom prst="rect"/>
                  </pic:spPr>
                </pic:pic>
              </a:graphicData>
            </a:graphic>
          </wp:inline>
        </w:drawing>
      </w:r>
    </w:p>
    <w:p>
      <w:r>
        <w:drawing>
          <wp:inline xmlns:a="http://schemas.openxmlformats.org/drawingml/2006/main" xmlns:pic="http://schemas.openxmlformats.org/drawingml/2006/picture">
            <wp:extent cx="5040000" cy="4502400"/>
            <wp:docPr id="38" name="Picture 38" descr="Abbildung 4 aus dem Original, Seite 9 – Inhalt bitte im Original-PDF ansehen" title="Abbildung 4 aus dem Original, Seite 9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4502400"/>
                    </a:xfrm>
                    <a:prstGeom prst="rect"/>
                  </pic:spPr>
                </pic:pic>
              </a:graphicData>
            </a:graphic>
          </wp:inline>
        </w:drawing>
      </w:r>
    </w:p>
    <w:p>
      <w:pPr>
        <w:pStyle w:val="Heading2"/>
      </w:pPr>
      <w:r>
        <w:t>Seite 10</w:t>
      </w:r>
    </w:p>
    <w:p>
      <w:r>
        <w:t>Finde die riesige Palme: Die Schatzkarte zeigt ihnen den Weg zur riesigen Palme.</w:t>
      </w:r>
    </w:p>
    <w:p>
      <w:r>
        <w:drawing>
          <wp:inline xmlns:a="http://schemas.openxmlformats.org/drawingml/2006/main" xmlns:pic="http://schemas.openxmlformats.org/drawingml/2006/picture">
            <wp:extent cx="5040000" cy="5040000"/>
            <wp:docPr id="39" name="Picture 39" descr="Abbildung 1 aus dem Original, Seite 10 – Inhalt bitte im Original-PDF ansehen" title="Abbildung 1 aus dem Original, Seite 10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4858000"/>
            <wp:docPr id="40" name="Picture 40" descr="Abbildung 2 aus dem Original, Seite 10 – Inhalt bitte im Original-PDF ansehen" title="Abbildung 2 aus dem Original, Seite 10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040000" cy="4858000"/>
                    </a:xfrm>
                    <a:prstGeom prst="rect"/>
                  </pic:spPr>
                </pic:pic>
              </a:graphicData>
            </a:graphic>
          </wp:inline>
        </w:drawing>
      </w:r>
    </w:p>
    <w:p>
      <w:r>
        <w:drawing>
          <wp:inline xmlns:a="http://schemas.openxmlformats.org/drawingml/2006/main" xmlns:pic="http://schemas.openxmlformats.org/drawingml/2006/picture">
            <wp:extent cx="5040000" cy="5410588"/>
            <wp:docPr id="41" name="Picture 41" descr="Abbildung 3 aus dem Original, Seite 10 – Inhalt bitte im Original-PDF ansehen" title="Abbildung 3 aus dem Original, Seite 10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5410588"/>
                    </a:xfrm>
                    <a:prstGeom prst="rect"/>
                  </pic:spPr>
                </pic:pic>
              </a:graphicData>
            </a:graphic>
          </wp:inline>
        </w:drawing>
      </w:r>
    </w:p>
    <w:p>
      <w:r>
        <w:drawing>
          <wp:inline xmlns:a="http://schemas.openxmlformats.org/drawingml/2006/main" xmlns:pic="http://schemas.openxmlformats.org/drawingml/2006/picture">
            <wp:extent cx="5040000" cy="4502400"/>
            <wp:docPr id="42" name="Picture 42" descr="Abbildung 4 aus dem Original, Seite 10 – Inhalt bitte im Original-PDF ansehen" title="Abbildung 4 aus dem Original, Seite 10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4502400"/>
                    </a:xfrm>
                    <a:prstGeom prst="rect"/>
                  </pic:spPr>
                </pic:pic>
              </a:graphicData>
            </a:graphic>
          </wp:inline>
        </w:drawing>
      </w:r>
    </w:p>
    <w:p>
      <w:pPr>
        <w:pStyle w:val="Heading2"/>
      </w:pPr>
      <w:r>
        <w:t>Seite 11</w:t>
      </w:r>
    </w:p>
    <w:p>
      <w:r>
        <w:t>Tim klettert hinauf und sieht von oben den Ort, an dem der Schatz vergraben ist.</w:t>
      </w:r>
    </w:p>
    <w:p>
      <w:r>
        <w:drawing>
          <wp:inline xmlns:a="http://schemas.openxmlformats.org/drawingml/2006/main" xmlns:pic="http://schemas.openxmlformats.org/drawingml/2006/picture">
            <wp:extent cx="5040000" cy="5040000"/>
            <wp:docPr id="43" name="Picture 43" descr="Abbildung 1 aus dem Original, Seite 11 – Inhalt bitte im Original-PDF ansehen" title="Abbildung 1 aus dem Original, Seite 1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4858000"/>
            <wp:docPr id="44" name="Picture 44" descr="Abbildung 2 aus dem Original, Seite 11 – Inhalt bitte im Original-PDF ansehen" title="Abbildung 2 aus dem Original, Seite 1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040000" cy="4858000"/>
                    </a:xfrm>
                    <a:prstGeom prst="rect"/>
                  </pic:spPr>
                </pic:pic>
              </a:graphicData>
            </a:graphic>
          </wp:inline>
        </w:drawing>
      </w:r>
    </w:p>
    <w:p>
      <w:r>
        <w:drawing>
          <wp:inline xmlns:a="http://schemas.openxmlformats.org/drawingml/2006/main" xmlns:pic="http://schemas.openxmlformats.org/drawingml/2006/picture">
            <wp:extent cx="5040000" cy="8296296"/>
            <wp:docPr id="45" name="Picture 45" descr="Abbildung 3 aus dem Original, Seite 11 – Inhalt bitte im Original-PDF ansehen" title="Abbildung 3 aus dem Original, Seite 1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040000" cy="8296296"/>
                    </a:xfrm>
                    <a:prstGeom prst="rect"/>
                  </pic:spPr>
                </pic:pic>
              </a:graphicData>
            </a:graphic>
          </wp:inline>
        </w:drawing>
      </w:r>
    </w:p>
    <w:p>
      <w:r>
        <w:drawing>
          <wp:inline xmlns:a="http://schemas.openxmlformats.org/drawingml/2006/main" xmlns:pic="http://schemas.openxmlformats.org/drawingml/2006/picture">
            <wp:extent cx="5040000" cy="5410588"/>
            <wp:docPr id="46" name="Picture 46" descr="Abbildung 4 aus dem Original, Seite 11 – Inhalt bitte im Original-PDF ansehen" title="Abbildung 4 aus dem Original, Seite 11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5410588"/>
                    </a:xfrm>
                    <a:prstGeom prst="rect"/>
                  </pic:spPr>
                </pic:pic>
              </a:graphicData>
            </a:graphic>
          </wp:inline>
        </w:drawing>
      </w:r>
    </w:p>
    <w:p>
      <w:r>
        <w:drawing>
          <wp:inline xmlns:a="http://schemas.openxmlformats.org/drawingml/2006/main" xmlns:pic="http://schemas.openxmlformats.org/drawingml/2006/picture">
            <wp:extent cx="5040000" cy="4502400"/>
            <wp:docPr id="47" name="Picture 47" descr="Abbildung 5 aus dem Original, Seite 11 – Inhalt bitte im Original-PDF ansehen" title="Abbildung 5 aus dem Original, Seite 11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4502400"/>
                    </a:xfrm>
                    <a:prstGeom prst="rect"/>
                  </pic:spPr>
                </pic:pic>
              </a:graphicData>
            </a:graphic>
          </wp:inline>
        </w:drawing>
      </w:r>
    </w:p>
    <w:p>
      <w:r>
        <w:drawing>
          <wp:inline xmlns:a="http://schemas.openxmlformats.org/drawingml/2006/main" xmlns:pic="http://schemas.openxmlformats.org/drawingml/2006/picture">
            <wp:extent cx="5040000" cy="5040000"/>
            <wp:docPr id="48" name="Picture 48" descr="Abbildung 1 aus dem Original, Seite 12 – Inhalt bitte im Original-PDF ansehen" title="Abbildung 1 aus dem Original, Seite 1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4858000"/>
            <wp:docPr id="49" name="Picture 49" descr="Abbildung 2 aus dem Original, Seite 12 – Inhalt bitte im Original-PDF ansehen" title="Abbildung 2 aus dem Original, Seite 1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1"/>
                    <a:stretch>
                      <a:fillRect/>
                    </a:stretch>
                  </pic:blipFill>
                  <pic:spPr>
                    <a:xfrm>
                      <a:off x="0" y="0"/>
                      <a:ext cx="5040000" cy="4858000"/>
                    </a:xfrm>
                    <a:prstGeom prst="rect"/>
                  </pic:spPr>
                </pic:pic>
              </a:graphicData>
            </a:graphic>
          </wp:inline>
        </w:drawing>
      </w:r>
    </w:p>
    <w:p>
      <w:r>
        <w:drawing>
          <wp:inline xmlns:a="http://schemas.openxmlformats.org/drawingml/2006/main" xmlns:pic="http://schemas.openxmlformats.org/drawingml/2006/picture">
            <wp:extent cx="5040000" cy="5100982"/>
            <wp:docPr id="50" name="Picture 50" descr="Abbildung 3 aus dem Original, Seite 12 – Inhalt bitte im Original-PDF ansehen" title="Abbildung 3 aus dem Original, Seite 1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040000" cy="5100982"/>
                    </a:xfrm>
                    <a:prstGeom prst="rect"/>
                  </pic:spPr>
                </pic:pic>
              </a:graphicData>
            </a:graphic>
          </wp:inline>
        </w:drawing>
      </w:r>
    </w:p>
    <w:p>
      <w:r>
        <w:drawing>
          <wp:inline xmlns:a="http://schemas.openxmlformats.org/drawingml/2006/main" xmlns:pic="http://schemas.openxmlformats.org/drawingml/2006/picture">
            <wp:extent cx="5040000" cy="3780000"/>
            <wp:docPr id="51" name="Picture 51" descr="Abbildung 4 aus dem Original, Seite 12 – Inhalt bitte im Original-PDF ansehen" title="Abbildung 4 aus dem Original, Seite 1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6"/>
                    <a:stretch>
                      <a:fillRect/>
                    </a:stretch>
                  </pic:blipFill>
                  <pic:spPr>
                    <a:xfrm>
                      <a:off x="0" y="0"/>
                      <a:ext cx="5040000" cy="3780000"/>
                    </a:xfrm>
                    <a:prstGeom prst="rect"/>
                  </pic:spPr>
                </pic:pic>
              </a:graphicData>
            </a:graphic>
          </wp:inline>
        </w:drawing>
      </w:r>
    </w:p>
    <w:p>
      <w:r>
        <w:drawing>
          <wp:inline xmlns:a="http://schemas.openxmlformats.org/drawingml/2006/main" xmlns:pic="http://schemas.openxmlformats.org/drawingml/2006/picture">
            <wp:extent cx="5040000" cy="8296296"/>
            <wp:docPr id="52" name="Picture 52" descr="Abbildung 5 aus dem Original, Seite 12 – Inhalt bitte im Original-PDF ansehen" title="Abbildung 5 aus dem Original, Seite 1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2"/>
                    <a:stretch>
                      <a:fillRect/>
                    </a:stretch>
                  </pic:blipFill>
                  <pic:spPr>
                    <a:xfrm>
                      <a:off x="0" y="0"/>
                      <a:ext cx="5040000" cy="8296296"/>
                    </a:xfrm>
                    <a:prstGeom prst="rect"/>
                  </pic:spPr>
                </pic:pic>
              </a:graphicData>
            </a:graphic>
          </wp:inline>
        </w:drawing>
      </w:r>
    </w:p>
    <w:p>
      <w:r>
        <w:drawing>
          <wp:inline xmlns:a="http://schemas.openxmlformats.org/drawingml/2006/main" xmlns:pic="http://schemas.openxmlformats.org/drawingml/2006/picture">
            <wp:extent cx="5040000" cy="5410588"/>
            <wp:docPr id="53" name="Picture 53" descr="Abbildung 6 aus dem Original, Seite 12 – Inhalt bitte im Original-PDF ansehen" title="Abbildung 6 aus dem Original, Seite 12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5410588"/>
                    </a:xfrm>
                    <a:prstGeom prst="rect"/>
                  </pic:spPr>
                </pic:pic>
              </a:graphicData>
            </a:graphic>
          </wp:inline>
        </w:drawing>
      </w:r>
    </w:p>
    <w:p>
      <w:r>
        <w:drawing>
          <wp:inline xmlns:a="http://schemas.openxmlformats.org/drawingml/2006/main" xmlns:pic="http://schemas.openxmlformats.org/drawingml/2006/picture">
            <wp:extent cx="5040000" cy="4502400"/>
            <wp:docPr id="54" name="Picture 54" descr="Abbildung 7 aus dem Original, Seite 12 – Inhalt bitte im Original-PDF ansehen" title="Abbildung 7 aus dem Original, Seite 12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4502400"/>
                    </a:xfrm>
                    <a:prstGeom prst="rect"/>
                  </pic:spPr>
                </pic:pic>
              </a:graphicData>
            </a:graphic>
          </wp:inline>
        </w:drawing>
      </w:r>
    </w:p>
    <w:p>
      <w:pPr>
        <w:pStyle w:val="Heading2"/>
      </w:pPr>
      <w:r>
        <w:t>Seite 13</w:t>
      </w:r>
    </w:p>
    <w:p>
      <w:r>
        <w:t>Grab den Schatz aus: Tim und Paul graben den Sand um die riesige Palme herum, bis sie auf eine Truhe stoßen. Mit einem lauten Knarren öffnen sie die Truhe und finden darin funkelnde Goldmünzen und glitzernde Edelsteine!</w:t>
      </w:r>
    </w:p>
    <w:p>
      <w:r>
        <w:drawing>
          <wp:inline xmlns:a="http://schemas.openxmlformats.org/drawingml/2006/main" xmlns:pic="http://schemas.openxmlformats.org/drawingml/2006/picture">
            <wp:extent cx="5040000" cy="5040000"/>
            <wp:docPr id="55" name="Picture 55" descr="Abbildung 1 aus dem Original, Seite 13 – Inhalt bitte im Original-PDF ansehen" title="Abbildung 1 aus dem Original, Seite 1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100982"/>
            <wp:docPr id="56" name="Picture 56" descr="Abbildung 2 aus dem Original, Seite 13 – Inhalt bitte im Original-PDF ansehen" title="Abbildung 2 aus dem Original, Seite 1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23"/>
                    <a:stretch>
                      <a:fillRect/>
                    </a:stretch>
                  </pic:blipFill>
                  <pic:spPr>
                    <a:xfrm>
                      <a:off x="0" y="0"/>
                      <a:ext cx="5040000" cy="5100982"/>
                    </a:xfrm>
                    <a:prstGeom prst="rect"/>
                  </pic:spPr>
                </pic:pic>
              </a:graphicData>
            </a:graphic>
          </wp:inline>
        </w:drawing>
      </w:r>
    </w:p>
    <w:p>
      <w:r>
        <w:drawing>
          <wp:inline xmlns:a="http://schemas.openxmlformats.org/drawingml/2006/main" xmlns:pic="http://schemas.openxmlformats.org/drawingml/2006/picture">
            <wp:extent cx="5040000" cy="5410588"/>
            <wp:docPr id="57" name="Picture 57" descr="Abbildung 3 aus dem Original, Seite 13 – Inhalt bitte im Original-PDF ansehen" title="Abbildung 3 aus dem Original, Seite 13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5410588"/>
                    </a:xfrm>
                    <a:prstGeom prst="rect"/>
                  </pic:spPr>
                </pic:pic>
              </a:graphicData>
            </a:graphic>
          </wp:inline>
        </w:drawing>
      </w:r>
    </w:p>
    <w:p>
      <w:r>
        <w:drawing>
          <wp:inline xmlns:a="http://schemas.openxmlformats.org/drawingml/2006/main" xmlns:pic="http://schemas.openxmlformats.org/drawingml/2006/picture">
            <wp:extent cx="5040000" cy="4502400"/>
            <wp:docPr id="58" name="Picture 58" descr="Abbildung 4 aus dem Original, Seite 13 – Inhalt bitte im Original-PDF ansehen" title="Abbildung 4 aus dem Original, Seite 13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4502400"/>
                    </a:xfrm>
                    <a:prstGeom prst="rect"/>
                  </pic:spPr>
                </pic:pic>
              </a:graphicData>
            </a:graphic>
          </wp:inline>
        </w:drawing>
      </w:r>
    </w:p>
    <w:p>
      <w:pPr>
        <w:pStyle w:val="Heading2"/>
      </w:pPr>
      <w:r>
        <w:t>Seite 14</w:t>
      </w:r>
    </w:p>
    <w:p>
      <w:r>
        <w:t>Ihr Abenteuer ist erfolgreich abgeschlossen: Tim und Paul haben den Piratenschatz gefunden! Sie kehren glücklich auf ihr Schiff zurück und segeln mit ihrem wertvollen Fund nach Hause. Ihr Piratenabenteuer wird zu einer spannenden Geschichte, die sie mit ihren Freunden teilen können.“</w:t>
      </w:r>
    </w:p>
    <w:p>
      <w:r>
        <w:drawing>
          <wp:inline xmlns:a="http://schemas.openxmlformats.org/drawingml/2006/main" xmlns:pic="http://schemas.openxmlformats.org/drawingml/2006/picture">
            <wp:extent cx="5040000" cy="5040000"/>
            <wp:docPr id="59" name="Picture 59" descr="Abbildung 1 aus dem Original, Seite 14 – Inhalt bitte im Original-PDF ansehen" title="Abbildung 1 aus dem Original, Seite 1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1"/>
                    <a:stretch>
                      <a:fillRect/>
                    </a:stretch>
                  </pic:blipFill>
                  <pic:spPr>
                    <a:xfrm>
                      <a:off x="0" y="0"/>
                      <a:ext cx="5040000" cy="5040000"/>
                    </a:xfrm>
                    <a:prstGeom prst="rect"/>
                  </pic:spPr>
                </pic:pic>
              </a:graphicData>
            </a:graphic>
          </wp:inline>
        </w:drawing>
      </w:r>
    </w:p>
    <w:p>
      <w:r>
        <w:drawing>
          <wp:inline xmlns:a="http://schemas.openxmlformats.org/drawingml/2006/main" xmlns:pic="http://schemas.openxmlformats.org/drawingml/2006/picture">
            <wp:extent cx="5040000" cy="5410588"/>
            <wp:docPr id="60" name="Picture 60" descr="Abbildung 2 aus dem Original, Seite 14 – Inhalt bitte im Original-PDF ansehen" title="Abbildung 2 aus dem Original, Seite 14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12"/>
                    <a:stretch>
                      <a:fillRect/>
                    </a:stretch>
                  </pic:blipFill>
                  <pic:spPr>
                    <a:xfrm>
                      <a:off x="0" y="0"/>
                      <a:ext cx="5040000" cy="5410588"/>
                    </a:xfrm>
                    <a:prstGeom prst="rect"/>
                  </pic:spPr>
                </pic:pic>
              </a:graphicData>
            </a:graphic>
          </wp:inline>
        </w:drawing>
      </w:r>
    </w:p>
    <w:p>
      <w:r>
        <w:drawing>
          <wp:inline xmlns:a="http://schemas.openxmlformats.org/drawingml/2006/main" xmlns:pic="http://schemas.openxmlformats.org/drawingml/2006/picture">
            <wp:extent cx="5040000" cy="4502400"/>
            <wp:docPr id="61" name="Picture 61" descr="Abbildung 3 aus dem Original, Seite 14 – Inhalt bitte im Original-PDF ansehen" title="Abbildung 3 aus dem Original, Seite 14 – Inhalt bitte im Original-PDF ansehen"/>
            <wp:cNvGraphicFramePr>
              <a:graphicFrameLocks noChangeAspect="1"/>
            </wp:cNvGraphicFramePr>
            <a:graphic>
              <a:graphicData uri="http://schemas.openxmlformats.org/drawingml/2006/picture">
                <pic:pic>
                  <pic:nvPicPr>
                    <pic:cNvPr id="0" name="image.png"/>
                    <pic:cNvPicPr/>
                  </pic:nvPicPr>
                  <pic:blipFill>
                    <a:blip r:embed="rId13"/>
                    <a:stretch>
                      <a:fillRect/>
                    </a:stretch>
                  </pic:blipFill>
                  <pic:spPr>
                    <a:xfrm>
                      <a:off x="0" y="0"/>
                      <a:ext cx="5040000" cy="4502400"/>
                    </a:xfrm>
                    <a:prstGeom prst="rect"/>
                  </pic:spPr>
                </pic:pic>
              </a:graphicData>
            </a:graphic>
          </wp:inline>
        </w:drawing>
      </w:r>
    </w:p>
    <w:p>
      <w:r>
        <w:drawing>
          <wp:inline xmlns:a="http://schemas.openxmlformats.org/drawingml/2006/main" xmlns:pic="http://schemas.openxmlformats.org/drawingml/2006/picture">
            <wp:extent cx="5040000" cy="3780000"/>
            <wp:docPr id="62" name="Picture 62" descr="Abbildung 1 aus dem Original, Seite 15 – Inhalt bitte im Original-PDF ansehen" title="Abbildung 1 aus dem Original, Seite 15 – Inhalt bitte im Original-PDF ansehen"/>
            <wp:cNvGraphicFramePr>
              <a:graphicFrameLocks noChangeAspect="1"/>
            </wp:cNvGraphicFramePr>
            <a:graphic>
              <a:graphicData uri="http://schemas.openxmlformats.org/drawingml/2006/picture">
                <pic:pic>
                  <pic:nvPicPr>
                    <pic:cNvPr id="0" name="image.jpg"/>
                    <pic:cNvPicPr/>
                  </pic:nvPicPr>
                  <pic:blipFill>
                    <a:blip r:embed="rId9"/>
                    <a:stretch>
                      <a:fillRect/>
                    </a:stretch>
                  </pic:blipFill>
                  <pic:spPr>
                    <a:xfrm>
                      <a:off x="0" y="0"/>
                      <a:ext cx="5040000" cy="3780000"/>
                    </a:xfrm>
                    <a:prstGeom prst="rect"/>
                  </pic:spPr>
                </pic:pic>
              </a:graphicData>
            </a:graphic>
          </wp:inline>
        </w:drawing>
      </w:r>
    </w:p>
    <w:p>
      <w:r>
        <w:rPr>
          <w:i/>
        </w:rPr>
        <w:t>Hinweis: Teile des Textes wurden per automatischer Texterkennung aus Bildern übernommen und können Fehler enthalten.</w:t>
      </w:r>
    </w:p>
    <w:p>
      <w:r>
        <w:rPr>
          <w:i/>
        </w:rPr>
        <w:t>Quelle: Die-Schatzsuche-1.pdf · praxis.leaschulz.com · Lizenz siehe Materialseite.</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olor w:val="241C2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A52B59"/>
      <w:sz w:val="3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A52B59"/>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rial" w:hAnsi="Arial"/>
      <w:b/>
      <w:color w:val="241C2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 Schatzsuche – barrierefreie Fassung</dc:title>
  <dc:subject>Barrierefreie Textfassung eines Unterrichtsmaterials von praxis.leaschulz.com</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dc:language>de-DE</dc:language>
</cp:coreProperties>
</file>