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Urkunde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Urkunde</w:t>
      </w:r>
    </w:p>
    <w:p>
      <w:r>
        <w:t>Du hast erfolgreich die Ausbildung absolviert!</w:t>
      </w:r>
    </w:p>
    <w:p>
      <w:pPr>
        <w:pStyle w:val="Heading2"/>
      </w:pPr>
      <w:r>
        <w:t>Nun bist du Programmierer*in!</w:t>
      </w:r>
    </w:p>
    <w:p>
      <w:r>
        <w:t>Du hast dem Dash-Roboter auf seiner Reise geholfen</w:t>
      </w:r>
    </w:p>
    <w:p>
      <w:r>
        <w:t>und das Rätsel gelöst!</w:t>
      </w:r>
    </w:p>
    <w:p>
      <w:r>
        <w:t>Danke, dass du so toll mitgemacht hast!</w:t>
      </w:r>
    </w:p>
    <w:p>
      <w:r>
        <w:drawing>
          <wp:inline xmlns:a="http://schemas.openxmlformats.org/drawingml/2006/main" xmlns:pic="http://schemas.openxmlformats.org/drawingml/2006/picture">
            <wp:extent cx="5040000" cy="7042399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042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Urkunde.pdf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Urkunde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