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 Station2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Name: Klasse: Datum:</w:t>
      </w:r>
    </w:p>
    <w:p>
      <w:pPr>
        <w:pStyle w:val="Heading1"/>
      </w:pPr>
      <w:r>
        <w:t>Station 2: Lesen und Schreiben</w:t>
      </w:r>
    </w:p>
    <w:p>
      <w:pPr>
        <w:pStyle w:val="Heading2"/>
      </w:pPr>
      <w:r>
        <w:t>Hinweis:</w:t>
      </w:r>
    </w:p>
    <w:p>
      <w:r>
        <w:t>Versetzt euch in die Lage eines Menschen mit Sehbeeinträchtigung und lest euch alle Schritte gründlich durch, bevor ihr startet!</w:t>
      </w:r>
    </w:p>
    <w:p>
      <w:pPr>
        <w:pStyle w:val="Heading1"/>
      </w:pPr>
      <w:r>
        <w:t>Aufgabe 1</w:t>
      </w:r>
    </w:p>
    <w:p>
      <w:pPr>
        <w:pStyle w:val="ListBullet"/>
      </w:pPr>
      <w:r>
        <w:t>Setze dir eine der Brillen auf, sodass du schlechter siehst.</w:t>
      </w:r>
    </w:p>
    <w:p>
      <w:pPr>
        <w:pStyle w:val="ListBullet"/>
      </w:pPr>
      <w:r>
        <w:t>Nimm dir eine Karte aus der Mitte und lies den Satz auf der Karte durch.</w:t>
      </w:r>
    </w:p>
    <w:p>
      <w:pPr>
        <w:pStyle w:val="ListBullet"/>
      </w:pPr>
      <w:r>
        <w:t>Schreibe den Satz auf ein Blatt aus der Mitte.</w:t>
      </w:r>
    </w:p>
    <w:p>
      <w:pPr>
        <w:pStyle w:val="ListBullet"/>
      </w:pPr>
      <w:r>
        <w:t>Lege deine Karte zurück und wiederhole den Vorgang mit einer weiteren Karte.</w:t>
      </w:r>
    </w:p>
    <w:p>
      <w:pPr>
        <w:pStyle w:val="Heading1"/>
      </w:pPr>
      <w:r>
        <w:t>Zusatzfragen</w:t>
      </w:r>
    </w:p>
    <w:p>
      <w:r>
        <w:t>Wie habt ihr euch bei den Aufgaben gefühlt?</w:t>
      </w:r>
    </w:p>
    <w:p>
      <w:r>
        <w:t>Was fiel euch besonders schwer?</w:t>
      </w:r>
    </w:p>
    <w:p>
      <w:r>
        <w:t>Gab es etwas, das euch nicht schwerer fiel als sonst?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574884"/>
            <wp:docPr id="2" name="Picture 2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74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4 aus dem Original, Seite 1 – Inhalt bitte im Original-PDF ansehen" title="Abbildung 4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Name: Klasse: Datum:</w:t>
      </w:r>
    </w:p>
    <w:p>
      <w:r>
        <w:rPr>
          <w:i/>
        </w:rPr>
        <w:t>Quelle: AB_Station2.pdf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 Station2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