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Kopie von Verlaufsskizze Unterricht 17.01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Verlaufsskizze</w:t>
      </w:r>
    </w:p>
    <w:p>
      <w:r>
        <w:t>Zeit in Minuten Phase Medien/Materialien Sozialform</w:t>
      </w:r>
    </w:p>
    <w:p>
      <w:r>
        <w:t>00 - 10 Begrüßung / Erklärung / Formalia / Gruppeneinteilung</w:t>
      </w:r>
    </w:p>
    <w:p>
      <w:r>
        <w:t>Evtl. Namensschilder für SuS mit Gruppeneinteilung</w:t>
      </w:r>
    </w:p>
    <w:p>
      <w:r>
        <w:t>Plenum</w:t>
      </w:r>
    </w:p>
    <w:p>
      <w:r>
        <w:t>10 - 30 Einführung in Thematik Fake-News (6 Minuten Arbeitszeit) Evaluation der Mindmap + korrekte Definition (Eventuell anhand einer Fake-News)</w:t>
      </w:r>
    </w:p>
    <w:p>
      <w:r>
        <w:t>Oncoo o.ä., Beamer</w:t>
      </w:r>
    </w:p>
    <w:p>
      <w:r>
        <w:t>Formale Definition</w:t>
      </w:r>
    </w:p>
    <w:p>
      <w:r>
        <w:t>Gruppenarbeit Plenum</w:t>
      </w:r>
    </w:p>
    <w:p>
      <w:r>
        <w:t>30 - 45 Fake-News-Quiz (wahr oder falsch?) Kahoot, Beamer Einzelarbeit, Plenum</w:t>
      </w:r>
    </w:p>
    <w:p>
      <w:r>
        <w:t>Pause</w:t>
      </w:r>
    </w:p>
    <w:p>
      <w:r>
        <w:t>Frage ans Plenum: Wie erkennen wir Fake-News?</w:t>
      </w:r>
    </w:p>
    <w:p>
      <w:r>
        <w:t>Austausch mit dem Nachbarn (2-3 Minuten) → (Wortmeldung abfragen),</w:t>
      </w:r>
    </w:p>
    <w:p>
      <w:r>
        <w:t>Ergebnissicherung: Fake-News Checkliste</w:t>
      </w:r>
    </w:p>
    <w:p>
      <w:r>
        <w:t>Beamer</w:t>
      </w:r>
    </w:p>
    <w:p>
      <w:r>
        <w:t>Checkliste “Erkennen von Fake-News”</w:t>
      </w:r>
    </w:p>
    <w:p>
      <w:r>
        <w:t>Einzelund Gruppenarbeit 45 - 55</w:t>
      </w:r>
    </w:p>
    <w:p>
      <w:r>
        <w:t>55 - 70 Gruppenarbeit:</w:t>
      </w:r>
    </w:p>
    <w:p>
      <w:r>
        <w:t>“Handelt es sich um Fake-News?”</w:t>
      </w:r>
    </w:p>
    <w:p>
      <w:r>
        <w:t>Fake-News (eine mehr als Gruppen) Gruppenarbeit</w:t>
      </w:r>
    </w:p>
    <w:p>
      <w:r>
        <w:t>70 - 90 Gruppen stellen Ergebnisse vor</w:t>
      </w:r>
    </w:p>
    <w:p>
      <w:r>
        <w:t>“Wer / Was ist das Ziel der Fake-News?”</w:t>
      </w:r>
    </w:p>
    <w:p>
      <w:r>
        <w:t>Beamer</w:t>
      </w:r>
    </w:p>
    <w:p>
      <w:r>
        <w:rPr>
          <w:i/>
        </w:rPr>
        <w:t>Quelle: Verlaufsskizze.pdf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Kopie von Verlaufsskizze Unterricht 17.01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