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drawing>
          <wp:inline xmlns:a="http://schemas.openxmlformats.org/drawingml/2006/main" xmlns:pic="http://schemas.openxmlformats.org/drawingml/2006/picture">
            <wp:extent cx="5040000" cy="7125517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5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Filmausschnitte 0:00-0:05</w:t>
      </w:r>
    </w:p>
    <w:p>
      <w:r>
        <w:t>0:05-0:11</w:t>
      </w:r>
    </w:p>
    <w:p>
      <w:r>
        <w:t>0:12-0:19</w:t>
      </w:r>
    </w:p>
    <w:p>
      <w:r>
        <w:drawing>
          <wp:inline xmlns:a="http://schemas.openxmlformats.org/drawingml/2006/main" xmlns:pic="http://schemas.openxmlformats.org/drawingml/2006/picture">
            <wp:extent cx="5040000" cy="2853944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539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997054"/>
            <wp:docPr id="3" name="Picture 3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7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24322"/>
            <wp:docPr id="4" name="Picture 4" descr="Abbildung 3 aus dem Original, Seite 2 – Inhalt bitte im Original-PDF ansehen" title="Abbildung 3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43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120535"/>
            <wp:docPr id="5" name="Picture 5" descr="Abbildung 4 aus dem Original, Seite 2 – Inhalt bitte im Original-PDF ansehen" title="Abbildung 4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20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942270"/>
            <wp:docPr id="6" name="Picture 6" descr="Abbildung 5 aus dem Original, Seite 2 – Inhalt bitte im Original-PDF ansehen" title="Abbildung 5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422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24322"/>
            <wp:docPr id="7" name="Picture 7" descr="Abbildung 6 aus dem Original, Seite 2 – Inhalt bitte im Original-PDF ansehen" title="Abbildung 6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43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025658"/>
            <wp:docPr id="8" name="Picture 8" descr="Abbildung 7 aus dem Original, Seite 2 – Inhalt bitte im Original-PDF ansehen" title="Abbildung 7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5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0:19-0:23</w:t>
      </w:r>
    </w:p>
    <w:p>
      <w:r>
        <w:t>0:23-0:26</w:t>
      </w:r>
    </w:p>
    <w:p>
      <w:r>
        <w:t>0:26-0:30</w:t>
      </w:r>
    </w:p>
    <w:p>
      <w:r>
        <w:t>0:30-Ende</w:t>
      </w:r>
    </w:p>
    <w:p>
      <w:r>
        <w:drawing>
          <wp:inline xmlns:a="http://schemas.openxmlformats.org/drawingml/2006/main" xmlns:pic="http://schemas.openxmlformats.org/drawingml/2006/picture">
            <wp:extent cx="5040000" cy="2853944"/>
            <wp:docPr id="9" name="Picture 9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539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997054"/>
            <wp:docPr id="10" name="Picture 10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7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24322"/>
            <wp:docPr id="11" name="Picture 11" descr="Abbildung 3 aus dem Original, Seite 3 – Inhalt bitte im Original-PDF ansehen" title="Abbildung 3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43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120535"/>
            <wp:docPr id="12" name="Picture 12" descr="Abbildung 4 aus dem Original, Seite 3 – Inhalt bitte im Original-PDF ansehen" title="Abbildung 4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20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942270"/>
            <wp:docPr id="13" name="Picture 13" descr="Abbildung 5 aus dem Original, Seite 3 – Inhalt bitte im Original-PDF ansehen" title="Abbildung 5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422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24322"/>
            <wp:docPr id="14" name="Picture 14" descr="Abbildung 6 aus dem Original, Seite 3 – Inhalt bitte im Original-PDF ansehen" title="Abbildung 6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43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025658"/>
            <wp:docPr id="15" name="Picture 15" descr="Abbildung 7 aus dem Original, Seite 3 – Inhalt bitte im Original-PDF ansehen" title="Abbildung 7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5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Ein-neues-Buch.pdf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