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Skript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Skript für Filmsynchronisation</w:t>
      </w:r>
    </w:p>
    <w:p>
      <w:r>
        <w:t>Ooops die Arche ist weg</w:t>
      </w:r>
    </w:p>
    <w:p>
      <w:r>
        <w:t>Figur 1 ( ) gesprochen von: Figur 2 ( ) gesprochen von: Figur 3 ( ) gesprochen von:</w:t>
      </w:r>
    </w:p>
    <w:p>
      <w:r>
        <w:t>Figur 4 ( ) gesprochen von: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Szene 1 (00,00-00,08 min)</w:t>
      </w:r>
    </w:p>
    <w:p>
      <w:r>
        <w:t>Figur 1 ( ):</w:t>
      </w:r>
    </w:p>
    <w:p>
      <w:r>
        <w:t>m: Ken</w:t>
      </w:r>
    </w:p>
    <w:p>
      <w:r>
        <w:t>Frito: Nmm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" name="Picture 3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288330"/>
            <wp:docPr id="4" name="Picture 4" descr="Abbildung 3 aus dem Original, Seite 2 – Inhalt bitte im Original-PDF ansehen" title="Abbildung 3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88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Szene 2 (00,09-00,10 min)</w:t>
      </w:r>
    </w:p>
    <w:p>
      <w:r>
        <w:t>Figur 3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2288330"/>
            <wp:docPr id="7" name="Picture 7" descr="Abbildung 3 aus dem Original, Seite 3 – Inhalt bitte im Original-PDF ansehen" title="Abbildung 3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88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Szene 3 (00,11-00,20 min)</w:t>
      </w:r>
    </w:p>
    <w:p>
      <w:r>
        <w:t>Figur 4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8" name="Picture 8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9" name="Picture 9" descr="Abbildung 2 aus dem Original, Seite 4 – Inhalt bitte im Original-PDF ansehen" title="Abbildung 2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Szene 4 (00,21-00,23 min)</w:t>
      </w:r>
    </w:p>
    <w:p>
      <w:r>
        <w:t>Figur 3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0" name="Picture 10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1" name="Picture 11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Szene 5 (00,24-00,26 min)</w:t>
      </w:r>
    </w:p>
    <w:p>
      <w:r>
        <w:t>Figur 2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2" name="Picture 12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3" name="Picture 13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Szene 6 (00,27-00,30 min)</w:t>
      </w:r>
    </w:p>
    <w:p>
      <w:r>
        <w:t>Figur 3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4" name="Picture 14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5" name="Picture 15" descr="Abbildung 2 aus dem Original, Seite 7 – Inhalt bitte im Original-PDF ansehen" title="Abbildung 2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Szene 7 (00,31-00,35 min)</w:t>
      </w:r>
    </w:p>
    <w:p>
      <w:r>
        <w:t>Figur 4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6" name="Picture 16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7" name="Picture 17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Szene 8 (00,36-00,41 min)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8" name="Picture 18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19" name="Picture 19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Szene 9 (00,42-00,44 min)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0" name="Picture 20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1" name="Picture 21" descr="Abbildung 2 aus dem Original, Seite 10 – Inhalt bitte im Original-PDF ansehen" title="Abbildung 2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r>
        <w:t>Szene 10 (00,45-00,46 min)</w:t>
      </w:r>
    </w:p>
    <w:p>
      <w:r>
        <w:t>Figur 3 ( );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2" name="Picture 22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3" name="Picture 23" descr="Abbildung 2 aus dem Original, Seite 11 – Inhalt bitte im Original-PDF ansehen" title="Abbildung 2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r>
        <w:t>Szene 11 (00,47-00,49 min)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4" name="Picture 24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5" name="Picture 25" descr="Abbildung 2 aus dem Original, Seite 12 – Inhalt bitte im Original-PDF ansehen" title="Abbildung 2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13</w:t>
      </w:r>
    </w:p>
    <w:p>
      <w:r>
        <w:t>Szene 12 (00,50-01,00 min)</w:t>
      </w:r>
    </w:p>
    <w:p>
      <w:r>
        <w:t>Figur 3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6" name="Picture 26" descr="Abbildung 1 aus dem Original, Seite 13 – Inhalt bitte im Original-PDF ansehen" title="Abbildung 1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7" name="Picture 27" descr="Abbildung 2 aus dem Original, Seite 13 – Inhalt bitte im Original-PDF ansehen" title="Abbildung 2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14</w:t>
      </w:r>
    </w:p>
    <w:p>
      <w:r>
        <w:t>Szene 13 (01,01-01,03 min)</w:t>
      </w:r>
    </w:p>
    <w:p>
      <w:r>
        <w:t>Figur 1 ( )E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8" name="Picture 28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29" name="Picture 29" descr="Abbildung 2 aus dem Original, Seite 14 – Inhalt bitte im Original-PDF ansehen" title="Abbildung 2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15</w:t>
      </w:r>
    </w:p>
    <w:p>
      <w:r>
        <w:t>Szene 14 (01,04-01,05 min)</w:t>
      </w:r>
    </w:p>
    <w:p>
      <w:r>
        <w:t>Figur 2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0" name="Picture 30" descr="Abbildung 1 aus dem Original, Seite 15 – Inhalt bitte im Original-PDF ansehen" title="Abbildung 1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1" name="Picture 31" descr="Abbildung 2 aus dem Original, Seite 15 – Inhalt bitte im Original-PDF ansehen" title="Abbildung 2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16</w:t>
      </w:r>
    </w:p>
    <w:p>
      <w:r>
        <w:t>Szene 15 (01,06-01,09 min)</w:t>
      </w:r>
    </w:p>
    <w:p>
      <w:r>
        <w:t>Figur 3 ( ):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2" name="Picture 32" descr="Abbildung 1 aus dem Original, Seite 16 – Inhalt bitte im Original-PDF ansehen" title="Abbildung 1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3" name="Picture 33" descr="Abbildung 2 aus dem Original, Seite 16 – Inhalt bitte im Original-PDF ansehen" title="Abbildung 2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17</w:t>
      </w:r>
    </w:p>
    <w:p>
      <w:r>
        <w:t>Szene 16 (01,10-01,16 min)</w:t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4" name="Picture 34" descr="Abbildung 1 aus dem Original, Seite 17 – Inhalt bitte im Original-PDF ansehen" title="Abbildung 1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19968"/>
            <wp:docPr id="35" name="Picture 35" descr="Abbildung 2 aus dem Original, Seite 17 – Inhalt bitte im Original-PDF ansehen" title="Abbildung 2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199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Skript.pdf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Skript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