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 Figurenwahl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Mein Name: _____________</w:t>
      </w:r>
    </w:p>
    <w:p>
      <w:r>
        <w:t>Bestimme mit den Zahlen 1-3 welche Figur du am liebsten sprechen würdest. Der Figur, die du besonders gerne synchronisieren willst, gibst du eine 1.</w:t>
      </w:r>
    </w:p>
    <w:p>
      <w:pPr>
        <w:pStyle w:val="ListBullet"/>
      </w:pPr>
      <w:r>
        <w:t>Lila Monster</w:t>
      </w:r>
    </w:p>
    <w:p>
      <w:pPr>
        <w:pStyle w:val="ListBullet"/>
      </w:pPr>
      <w:r>
        <w:t>Gorilla 1 / 2</w:t>
      </w:r>
    </w:p>
    <w:p>
      <w:pPr>
        <w:pStyle w:val="ListBullet"/>
      </w:pPr>
      <w:r>
        <w:t>Graubraunes Monster</w:t>
      </w:r>
    </w:p>
    <w:p>
      <w:r>
        <w:t>Mein Name: _____________</w:t>
      </w:r>
    </w:p>
    <w:p>
      <w:r>
        <w:t>Bestimme mit den Zahlen 1-3 welche Figur du am liebsten sprechen würdest. Der Figur, die du besonders gerne synchronisieren willst, gibst du eine 1.</w:t>
      </w:r>
    </w:p>
    <w:p>
      <w:pPr>
        <w:pStyle w:val="ListBullet"/>
      </w:pPr>
      <w:r>
        <w:t>Lila Monster</w:t>
      </w:r>
    </w:p>
    <w:p>
      <w:pPr>
        <w:pStyle w:val="ListBullet"/>
      </w:pPr>
      <w:r>
        <w:t>Gorilla 1 / 2</w:t>
      </w:r>
    </w:p>
    <w:p>
      <w:pPr>
        <w:pStyle w:val="ListBullet"/>
      </w:pPr>
      <w:r>
        <w:t>Graubraunes Monster</w:t>
      </w:r>
    </w:p>
    <w:p>
      <w:r>
        <w:t>Mein Name: _____________</w:t>
      </w:r>
    </w:p>
    <w:p>
      <w:r>
        <w:t>Bestimme mit den Zahlen 1-3 welche Figur du am liebsten sprechen würdest. Der Figur, die du besonders gerne synchronisieren willst, gibst du eine 1.</w:t>
      </w:r>
    </w:p>
    <w:p>
      <w:pPr>
        <w:pStyle w:val="ListBullet"/>
      </w:pPr>
      <w:r>
        <w:t>Lila Monster</w:t>
      </w:r>
    </w:p>
    <w:p>
      <w:pPr>
        <w:pStyle w:val="ListBullet"/>
      </w:pPr>
      <w:r>
        <w:t>Gorilla 1 / 2</w:t>
      </w:r>
    </w:p>
    <w:p>
      <w:pPr>
        <w:pStyle w:val="ListBullet"/>
      </w:pPr>
      <w:r>
        <w:t>Graubraunes Monster</w:t>
      </w:r>
    </w:p>
    <w:p>
      <w:r>
        <w:rPr>
          <w:i/>
        </w:rPr>
        <w:t>Quelle: Projekt_Figurenwahl.pdf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Figurenwahl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