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Steckbrief 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Steckbrief</w:t>
      </w:r>
    </w:p>
    <w:p>
      <w:r>
        <w:t>Stel­le dir vor, dass du eine Figur in der Szene bist und ver­su­- che die Fra­gen zu be­ant­wor­ten.</w:t>
      </w:r>
    </w:p>
    <w:p>
      <w:r>
        <w:t>Tipp</w:t>
      </w:r>
    </w:p>
    <w:p>
      <w:r>
        <w:t>Wahr­schein­lich ist deine Figur ganz an­ders als du selbst. Sie mag an­de­re Dinge und fühlt an­ders.</w:t>
      </w:r>
    </w:p>
    <w:p>
      <w:r>
        <w:t>Name:</w:t>
      </w:r>
    </w:p>
    <w:p>
      <w:r>
        <w:t>Ich würde mein Aus­se­hen so be­schrei­ben:</w:t>
      </w:r>
    </w:p>
    <w:p>
      <w:r>
        <w:t>Meine be­son­de­re Fä­hig­keit ist:</w:t>
      </w:r>
    </w:p>
    <w:p>
      <w:r>
        <w:t>Mein bes­ter Freund ist:</w:t>
      </w:r>
    </w:p>
    <w:p>
      <w:r>
        <w:t>Wenn mein Freund ein­ge­sperrt wird, dann werde ich ...:</w:t>
      </w:r>
    </w:p>
    <w:p>
      <w:r>
        <w:drawing>
          <wp:inline xmlns:a="http://schemas.openxmlformats.org/drawingml/2006/main" xmlns:pic="http://schemas.openxmlformats.org/drawingml/2006/picture">
            <wp:extent cx="5040000" cy="7134545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34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Steckbrief</w:t>
      </w:r>
    </w:p>
    <w:p>
      <w:r>
        <w:t>Stel­le dir vor, dass du eine Figur in der Szene bist und ver­su­- che die Fra­gen zu be­ant­wor­ten.</w:t>
      </w:r>
    </w:p>
    <w:p>
      <w:r>
        <w:t>Tipp</w:t>
      </w:r>
    </w:p>
    <w:p>
      <w:r>
        <w:t>Wahr­schein­lich ist deine Figur ganz an­ders als du selbst. Sie mag an­de­re Dinge und fühlt an­ders.</w:t>
      </w:r>
    </w:p>
    <w:p>
      <w:r>
        <w:t>Name:</w:t>
      </w:r>
    </w:p>
    <w:p>
      <w:r>
        <w:t>Ich würde mein Aus­se­hen so be­schrei­ben:</w:t>
      </w:r>
    </w:p>
    <w:p>
      <w:r>
        <w:t>Meine be­son­de­re Fä­hig­keit ist:</w:t>
      </w:r>
    </w:p>
    <w:p>
      <w:r>
        <w:t>Mein bes­ter Freund ist:</w:t>
      </w:r>
    </w:p>
    <w:p>
      <w:r>
        <w:t>Wenn ich ein­ge­sperrt werde, dann fühle ich mich:</w:t>
      </w:r>
    </w:p>
    <w:p>
      <w:r>
        <w:drawing>
          <wp:inline xmlns:a="http://schemas.openxmlformats.org/drawingml/2006/main" xmlns:pic="http://schemas.openxmlformats.org/drawingml/2006/picture">
            <wp:extent cx="5040000" cy="5781929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781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Steckbrief</w:t>
      </w:r>
    </w:p>
    <w:p>
      <w:r>
        <w:t>Stel­le dir vor, dass du eine Figur in der Szene bist und ver­su­- che die Fra­gen zu be­ant­wor­ten.</w:t>
      </w:r>
    </w:p>
    <w:p>
      <w:r>
        <w:t>Tipp</w:t>
      </w:r>
    </w:p>
    <w:p>
      <w:r>
        <w:t>Wahr­schein­lich ist deine Figur ganz an­ders als du selbst. Sie mag an­de­re Dinge und fühlt an­ders.</w:t>
      </w:r>
    </w:p>
    <w:p>
      <w:r>
        <w:t>Name:</w:t>
      </w:r>
    </w:p>
    <w:p>
      <w:r>
        <w:t>Ich würde mein Aus­se­hen so be­schrei­ben:</w:t>
      </w:r>
    </w:p>
    <w:p>
      <w:r>
        <w:t>Meine be­son­de­re Fä­hig­keit ist:</w:t>
      </w:r>
    </w:p>
    <w:p>
      <w:r>
        <w:t>Mein bes­ter Freund ist:</w:t>
      </w:r>
    </w:p>
    <w:p>
      <w:r>
        <w:t>Auf dem Schiff suche ich:</w:t>
      </w:r>
    </w:p>
    <w:p>
      <w:r>
        <w:drawing>
          <wp:inline xmlns:a="http://schemas.openxmlformats.org/drawingml/2006/main" xmlns:pic="http://schemas.openxmlformats.org/drawingml/2006/picture">
            <wp:extent cx="5040000" cy="4408934"/>
            <wp:docPr id="3" name="Picture 3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089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Steckbrief</w:t>
      </w:r>
    </w:p>
    <w:p>
      <w:r>
        <w:t>Stel­le dir vor, dass du eine Figur in der Szene bist und ver­su­- che die Fra­gen zu be­ant­wor­ten.</w:t>
      </w:r>
    </w:p>
    <w:p>
      <w:r>
        <w:t>Tipp</w:t>
      </w:r>
    </w:p>
    <w:p>
      <w:r>
        <w:t>Wahr­schein­lich ist deine Figur ganz an­ders als du selbst. Sie mag an­de­re Dinge und fühlt an­ders.</w:t>
      </w:r>
    </w:p>
    <w:p>
      <w:r>
        <w:t>Name:</w:t>
      </w:r>
    </w:p>
    <w:p>
      <w:r>
        <w:t>Ich würde mein Aus­se­hen so be­schrei­ben:</w:t>
      </w:r>
    </w:p>
    <w:p>
      <w:r>
        <w:t>Meine be­son­de­re Fä­hig­keit ist:</w:t>
      </w:r>
    </w:p>
    <w:p>
      <w:r>
        <w:t>Mein bes­ter Freund ist:</w:t>
      </w:r>
    </w:p>
    <w:p>
      <w:r>
        <w:t>Große Angst habe ich vor:</w:t>
      </w:r>
    </w:p>
    <w:p>
      <w:r>
        <w:drawing>
          <wp:inline xmlns:a="http://schemas.openxmlformats.org/drawingml/2006/main" xmlns:pic="http://schemas.openxmlformats.org/drawingml/2006/picture">
            <wp:extent cx="5040000" cy="5643077"/>
            <wp:docPr id="4" name="Picture 4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6430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Steckbrief-1.pdf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Steckbrief 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