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Wanderup Recherche Einstieg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1"/>
      </w:pPr>
      <w:r>
        <w:t>Recherche im Internet</w:t>
      </w:r>
    </w:p>
    <w:p>
      <w:pPr>
        <w:pStyle w:val="Heading1"/>
      </w:pPr>
      <w:r>
        <w:t>Wie finde ich die Information,</w:t>
      </w:r>
    </w:p>
    <w:p>
      <w:pPr>
        <w:pStyle w:val="Heading1"/>
      </w:pPr>
      <w:r>
        <w:t>die mir gefehlt hat?</w:t>
      </w:r>
    </w:p>
    <w:p>
      <w:r>
        <w:t>Im Internet gibt es nahezu unendlich viele Informationen. Das ist einerseits gut, da für fast alles eine Lösung vorhanden ist, jedoch ist diese dann leider nicht mehr so einfach für dich zu finden.</w:t>
      </w:r>
    </w:p>
    <w:p>
      <w:r>
        <w:t>Stell dir vor du sollst eine Nadel im Heuhaufen finden. Nur das der Haufen so groß ist wie deine Schule und jeden Tag kommt ein weiterer Klassenraum voller Stroh dazu. Wie soll es möglich sein da etwas zu finden?</w:t>
      </w:r>
    </w:p>
    <w:p>
      <w:r>
        <w:t>Die Antwort sind Suchmaschinen und Plattformen, die sich auf genau dieses Problem spezialisiert haben. Es gibt spezielle Suchmaschinen zum Finden von Büchern oder Bildern oder Videos. Es gibt Suchmaschinen die sehr komplizierte Berechnungen anstellen oder den günstigsten Preis finden. Es gibt Suchmaschinen extra für Kinder oder welche, die dir zuhören können.</w:t>
      </w:r>
    </w:p>
    <w:p>
      <w:r>
        <w:t>So verschieden, wie die Suchmaschine sind, sind aber auch die Ergebnisse, die sie liefern. Wenn du ein Rezept für Pfannkuchen suchst macht es wahrscheinlich keinen Sinn auf einer Plattform zu suchen, die Musik anbietet.</w:t>
      </w:r>
    </w:p>
    <w:p>
      <w:r>
        <w:t>Heute wollen wir herausfinden, welche Suchmaschine für welche Probleme geeignet ist und worauf du achten musst, wenn du dich im Internet auf Informationssuche begeben möchtest.</w:t>
      </w:r>
    </w:p>
    <w:p>
      <w:pPr>
        <w:pStyle w:val="Heading2"/>
      </w:pPr>
      <w:r>
        <w:t>Wir wünsche dir viel Spaß auf dem Weg zum</w:t>
      </w:r>
    </w:p>
    <w:p>
      <w:pPr>
        <w:pStyle w:val="Heading2"/>
      </w:pPr>
      <w:r>
        <w:t>Recherche-Profi und freuen uns auf deine Ergebnisse</w:t>
      </w:r>
    </w:p>
    <w:p>
      <w:r/>
    </w:p>
    <w:p>
      <w:r/>
    </w:p>
    <w:p>
      <w:r/>
    </w:p>
    <w:p>
      <w:r/>
    </w:p>
    <w:p>
      <w:r/>
    </w:p>
    <w:p>
      <w:r/>
    </w:p>
    <w:p>
      <w:r>
        <w:rPr>
          <w:i/>
        </w:rPr>
        <w:t>Quelle: 1-Einstieg-in-die-Recherche-1.pdf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Wanderup Recherche Einstieg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