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Wanderup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Überlege, was die Probleme sind und versuche sie zu beschreiben.</w:t>
      </w:r>
    </w:p>
    <w:p>
      <w:r>
        <w:t>Welche Suchbegriffe könntest du nutzen?</w:t>
      </w:r>
    </w:p>
    <w:p>
      <w:r>
        <w:t>Was für ein Suchergebnis erwartest du?</w:t>
      </w:r>
    </w:p>
    <w:p>
      <w:pPr>
        <w:pStyle w:val="Heading1"/>
      </w:pPr>
      <w:r>
        <w:t>Vor der Suche</w:t>
      </w:r>
    </w:p>
    <w:p>
      <w:r>
        <w:t>Was ist mein</w:t>
      </w:r>
    </w:p>
    <w:p>
      <w:r>
        <w:t>Problem?</w:t>
      </w:r>
    </w:p>
    <w:p>
      <w:r>
        <w:t>Was erwarte</w:t>
      </w:r>
    </w:p>
    <w:p>
      <w:r>
        <w:t>ich von den Ergebnissen?</w:t>
      </w:r>
    </w:p>
    <w:p>
      <w:r>
        <w:t>Gibt es mehr als einen Begriff für</w:t>
      </w:r>
    </w:p>
    <w:p>
      <w:r>
        <w:t>mein Problem?</w:t>
      </w:r>
    </w:p>
    <w:p>
      <w:r>
        <w:t>Gibt es ähnliche</w:t>
      </w:r>
    </w:p>
    <w:p>
      <w:r>
        <w:t>Probleme?</w:t>
      </w:r>
    </w:p>
    <w:p>
      <w:r>
        <w:rPr>
          <w:i/>
        </w:rPr>
        <w:t>Quelle: 2-Arbeitsbogen-Vor-der-Suche-1.pdf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Wanderup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