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Wanderup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Nach der Suche</w:t>
      </w:r>
    </w:p>
    <w:p>
      <w:r>
        <w:t>Notiere welche Suchbegriffe besonders ergiebig waren.</w:t>
      </w:r>
    </w:p>
    <w:p>
      <w:r>
        <w:t>Hat mir die Plattform geholfen das Problem zu lösen? Welche Probleme hast du bei der Recherche auf der Plattform gehabt?</w:t>
      </w:r>
    </w:p>
    <w:p>
      <w:r>
        <w:t>Hat mich</w:t>
      </w:r>
    </w:p>
    <w:p>
      <w:r>
        <w:t>etwas genervt?</w:t>
      </w:r>
    </w:p>
    <w:p>
      <w:r>
        <w:t>Für welche Arten von Probleme ist die Plattform besonders gut oder besonders schlecht geeignet?</w:t>
      </w:r>
    </w:p>
    <w:p>
      <w:r>
        <w:t>Habe ich hilfreiche Ergebnisse erhalten?</w:t>
      </w:r>
    </w:p>
    <w:p>
      <w:r>
        <w:t>Gibt es Themengruppen,</w:t>
      </w:r>
    </w:p>
    <w:p>
      <w:r>
        <w:t>die auf der Plattform</w:t>
      </w:r>
    </w:p>
    <w:p>
      <w:r>
        <w:t>gut vertreten sind?</w:t>
      </w:r>
    </w:p>
    <w:p>
      <w:r>
        <w:rPr>
          <w:i/>
        </w:rPr>
        <w:t>Quelle: 3-Arbeitsbogen-Nach-der-Suche-1.pdf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Wanderup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