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Wanderup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1"/>
      </w:pPr>
      <w:r>
        <w:t>Hilfsfragen zur Bewertung</w:t>
      </w:r>
    </w:p>
    <w:p>
      <w:pPr>
        <w:pStyle w:val="Heading1"/>
      </w:pPr>
      <w:r>
        <w:t>der Plattform</w:t>
      </w:r>
    </w:p>
    <w:p>
      <w:r>
        <w:t>Welche Videos haben dir am meisten geholfen?</w:t>
      </w:r>
    </w:p>
    <w:p>
      <w:r>
        <w:t>Warum waren sie hilfreich?</w:t>
      </w:r>
    </w:p>
    <w:p>
      <w:r>
        <w:t>Welche Ergebnisse hast du erhalten?</w:t>
      </w:r>
    </w:p>
    <w:p>
      <w:r>
        <w:t>Für welche Themen ist die Plattform geeignet?</w:t>
      </w:r>
    </w:p>
    <w:p>
      <w:r>
        <w:t>Woran hast du nicht hilfreiche Videos erkannt und warum waren sie nicht hilfreich?</w:t>
      </w:r>
    </w:p>
    <w:p>
      <w:r>
        <w:t>Ist die Plattform für mein Problem geeignet?</w:t>
      </w:r>
    </w:p>
    <w:p>
      <w:r>
        <w:t>Woran kann ich</w:t>
      </w:r>
    </w:p>
    <w:p>
      <w:r>
        <w:t>hilfreiche Videos</w:t>
      </w:r>
    </w:p>
    <w:p>
      <w:r>
        <w:t>erkennen?</w:t>
      </w:r>
    </w:p>
    <w:p>
      <w:r>
        <w:t>Fiel es dir schwer</w:t>
      </w:r>
    </w:p>
    <w:p>
      <w:r>
        <w:t>dich auf der Plattform nicht ablenken zu lassen?</w:t>
      </w:r>
    </w:p>
    <w:p>
      <w:pPr>
        <w:pStyle w:val="Heading1"/>
      </w:pPr>
      <w:r>
        <w:t>Top</w:t>
      </w:r>
    </w:p>
    <w:p>
      <w:pPr>
        <w:pStyle w:val="Heading1"/>
      </w:pPr>
      <w:r>
        <w:t>oder</w:t>
      </w:r>
    </w:p>
    <w:p>
      <w:pPr>
        <w:pStyle w:val="Heading1"/>
      </w:pPr>
      <w:r>
        <w:t>Flop</w:t>
      </w:r>
    </w:p>
    <w:p>
      <w:pPr>
        <w:pStyle w:val="Heading1"/>
      </w:pPr>
      <w:r>
        <w:t>Google</w:t>
      </w:r>
    </w:p>
    <w:p>
      <w:r>
        <w:t>Wie lange hat es</w:t>
      </w:r>
    </w:p>
    <w:p>
      <w:r>
        <w:t>gedauert, bis du</w:t>
      </w:r>
    </w:p>
    <w:p>
      <w:r>
        <w:t>fündig geworden</w:t>
      </w:r>
    </w:p>
    <w:p>
      <w:r>
        <w:t>bist?</w:t>
      </w:r>
    </w:p>
    <w:p>
      <w:r>
        <w:t>Konntest du die Informationen gut</w:t>
      </w:r>
    </w:p>
    <w:p>
      <w:r>
        <w:t>verstehen?</w:t>
      </w:r>
    </w:p>
    <w:p>
      <w:r/>
    </w:p>
    <w:p>
      <w:r>
        <w:rPr>
          <w:i/>
        </w:rPr>
        <w:t>Quelle: 4-Hilfsfragen-zur-Bewertung-der-Plattform-1.pdf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Wanderup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