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Die Internetdetektive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Medienbildung Ein Projekt zu dem Thema”Internetrecherche”</w:t>
      </w:r>
    </w:p>
    <w:p>
      <w:pPr>
        <w:pStyle w:val="Heading1"/>
      </w:pPr>
      <w:r>
        <w:t>Die</w:t>
      </w:r>
    </w:p>
    <w:p>
      <w:pPr>
        <w:pStyle w:val="Heading1"/>
      </w:pPr>
      <w:r>
        <w:t>Internetdetektive</w:t>
      </w:r>
    </w:p>
    <w:p>
      <w:pPr>
        <w:pStyle w:val="Heading2"/>
      </w:pPr>
      <w:r>
        <w:t>WIR WERDEN PROFIS IN DER</w:t>
      </w:r>
    </w:p>
    <w:p>
      <w:pPr>
        <w:pStyle w:val="Heading2"/>
      </w:pPr>
      <w:r>
        <w:t>INTERNETRECHERCHE!</w:t>
      </w:r>
    </w:p>
    <w:p>
      <w:pPr>
        <w:pStyle w:val="Heading2"/>
      </w:pPr>
      <w:r>
        <w:t>Seite 2</w:t>
      </w:r>
    </w:p>
    <w:p>
      <w:r>
        <w:t>Medienbildung Ein Projekt zu dem Thema”Internetrecherche”</w:t>
      </w:r>
    </w:p>
    <w:p>
      <w:pPr>
        <w:pStyle w:val="Heading1"/>
      </w:pPr>
      <w:r>
        <w:t>Die Internetdetektive</w:t>
      </w:r>
    </w:p>
    <w:p>
      <w:r>
        <w:t>WIR WERDEN PROFIS IN DER INTERNETRECHERCHE!</w:t>
      </w:r>
    </w:p>
    <w:p>
      <w:pPr>
        <w:pStyle w:val="Heading1"/>
      </w:pPr>
      <w:r>
        <w:t>Station 1</w:t>
      </w:r>
    </w:p>
    <w:p>
      <w:pPr>
        <w:pStyle w:val="Heading2"/>
      </w:pPr>
      <w:r>
        <w:t>Seite 3</w:t>
      </w:r>
    </w:p>
    <w:p>
      <w:r>
        <w:t>Die richtige Formulierung: Achte auf die korrekte Rechtschreibung</w:t>
      </w:r>
    </w:p>
    <w:p>
      <w:r>
        <w:t>Präzise Sucheingabe (eher keine vollständigen Sätze)</w:t>
      </w:r>
    </w:p>
    <w:p>
      <w:r>
        <w:t>Die gesuchte Information sollte mit wenigen, aber eindeutigen Begriffen beschrieben werden.</w:t>
      </w:r>
    </w:p>
    <w:p>
      <w:r>
        <w:t>Beispiel: Du möchtest konkret wissen, wie hoch der Eiffelturm ist</w:t>
      </w:r>
    </w:p>
    <w:p>
      <w:r>
        <w:t>Sucheingabe: „Eiffelturm“ - es erscheinen allgemeine Informationen über den Eiffelturm und Sucheingabe: „Höhe Eiffelturm“ - die gesuchte Information steht ganz oben bei den Suchergebnissen</w:t>
      </w:r>
    </w:p>
    <w:p>
      <w:r>
        <w:t>Verständliche Suchergebnisse</w:t>
      </w:r>
    </w:p>
    <w:p>
      <w:r>
        <w:t>Sind die Suchergebnisse für dich schwer verständlich, so kannst du zu deiner Sucheingabe „für Kinder“ oder „einfach erklärt“ hinzufügen. Beispiel: „Wie funktioniert ein Windrad einfach erklärt“</w:t>
      </w:r>
    </w:p>
    <w:p>
      <w:r>
        <w:t>Probiere Einzahl und Mehrzahl der Suchwörter aus und umschreibe das Thema mit Synonymen (gleichbedeutende Wörter) und schaue ob mehr passende Ergebnisse erscheinen. Beispiel: „Haare kämmen„= „Haare bürsten“</w:t>
      </w:r>
    </w:p>
    <w:p>
      <w:r>
        <w:t>Bevor du eine Internetsuche eingibst, musst du dir ganz genau überlegen wonach du suchst. Die Auswahl deiner Suchbegriffe ist sehr wichtig, damit auch die passenden Suchergebnisse erscheinen. In dieser Station lernst du, was zu beachten ist.</w:t>
      </w:r>
    </w:p>
    <w:p>
      <w:pPr>
        <w:pStyle w:val="Heading1"/>
      </w:pPr>
      <w:r>
        <w:t>Vielfältige Suchbegriffe</w:t>
      </w:r>
    </w:p>
    <w:p>
      <w:r>
        <w:t>Aufgabe 1 : Lies dir die Checkliste mit den hilfreichen Tipps für Sucheingaben durch. Diese wirst du auf der nächsten Seite anwenden.</w:t>
      </w:r>
    </w:p>
    <w:p>
      <w:r>
        <w:t>Info: Du wirst während der Stationsarbeit immer wieder auf folgende Abbildungen hinter den Aufgabenstellungen treffen: Das bedeutet, dass du für die Aufgabe ein Tablet benötigt. Das bedeutet, dass du für die Aufgabe kein Tablet benötigt.</w:t>
      </w:r>
    </w:p>
    <w:p>
      <w:pPr>
        <w:pStyle w:val="Heading2"/>
      </w:pPr>
      <w:r>
        <w:t>Seite 4</w:t>
      </w:r>
    </w:p>
    <w:p>
      <w:r>
        <w:t>Aufgabe 2 : Zu jedem Tipp der vorherigen Seite ist hier ein Suchauftrag, welcher noch nicht zu den gewünschten Ergebnissen führt. Schreibe die verbesserte Sucheingabe in die jeweilige Suchleiste. Die Tipps der vorherigen Seite kannst du dir zu Hilfe nehmen. Aufgabe 1 entspricht Tipp 1, Aufgabe 2 entspricht Tipp 2 usw.</w:t>
      </w:r>
    </w:p>
    <w:p>
      <w:pPr>
        <w:pStyle w:val="Heading1"/>
      </w:pPr>
      <w:r>
        <w:t>Vielfältige Suchbegriffe</w:t>
      </w:r>
    </w:p>
    <w:p>
      <w:r>
        <w:t>“Zitranenkuchen Retzept“</w:t>
      </w:r>
    </w:p>
    <w:p>
      <w:r>
        <w:t>“Pullover“ (Du suchst einen gestreiften Pullover in deiner Lieblingsfarbe)</w:t>
      </w:r>
    </w:p>
    <w:p>
      <w:r>
        <w:t>“ Entstehung Regenbogen“</w:t>
      </w:r>
    </w:p>
    <w:p>
      <w:r>
        <w:t>„Baden“ (Du möchtest nach der Sportart suchen“)</w:t>
      </w:r>
    </w:p>
    <w:p>
      <w:pPr>
        <w:pStyle w:val="Heading2"/>
      </w:pPr>
      <w:r>
        <w:t>Seite 5</w:t>
      </w:r>
    </w:p>
    <w:p>
      <w:r>
        <w:t>Medienbildung Ein Projekt zu dem Thema”Internetrecherche”</w:t>
      </w:r>
    </w:p>
    <w:p>
      <w:pPr>
        <w:pStyle w:val="Heading1"/>
      </w:pPr>
      <w:r>
        <w:t>Die Internetdetektive</w:t>
      </w:r>
    </w:p>
    <w:p>
      <w:r>
        <w:t>WIR WERDEN PROFIS IN DER INTERNETRECHERCHE!</w:t>
      </w:r>
    </w:p>
    <w:p>
      <w:pPr>
        <w:pStyle w:val="Heading1"/>
      </w:pPr>
      <w:r>
        <w:t>Station 2</w:t>
      </w:r>
    </w:p>
    <w:p>
      <w:pPr>
        <w:pStyle w:val="Heading2"/>
      </w:pPr>
      <w:r>
        <w:t>Seite 6</w:t>
      </w:r>
    </w:p>
    <w:p>
      <w:r>
        <w:t>Wollt ihr zum Beispiel neue Schuhe kaufen, dann sucht in der Suchleiste im Internet nach „Schuhe“ und drückt auf die Enter-Taste. Nun siehst du ganz oben, wie viele Ergebnisse deine Suche hat. Schreibe sie in die Zeile. Es erscheinen nun die vielen Internetseiten, mit dem kleingedruckten Link und darunter dem Titel und einer kurzen Beschreibung der Internetseite. Beschrifte dies nun auf dem Screenshot.</w:t>
      </w:r>
    </w:p>
    <w:p>
      <w:r>
        <w:t>Wenn ihr im Internet/bei der App Safari auf dem iPad in der Suchleiste etwas eingebt, was ihr sucht, landet ihr meistens direkt bei Google.</w:t>
      </w:r>
    </w:p>
    <w:p>
      <w:r>
        <w:t>1.</w:t>
      </w:r>
    </w:p>
    <w:p>
      <w:r>
        <w:t>2. 3.</w:t>
      </w:r>
    </w:p>
    <w:p>
      <w:pPr>
        <w:pStyle w:val="ListBullet"/>
      </w:pPr>
      <w:r>
        <w:t>Bei den oberen Internetseiten steht vor dem Link das Wort . Dies bedeutet, dass die Inhaber der Internetseite Geld dafür bezahlt haben, dass diese ganz oben erscheint. Meistens ist dies Werbung und nicht für eure Recherche geeignet.</w:t>
      </w:r>
    </w:p>
    <w:p>
      <w:r>
        <w:t>Bei dieser Station lernst du ein paar Suchmaschinen kennen. Du erfährst, was diese zu bieten haben, aber auch was jeweils zu beachten ist. Im Internet gibt es sehr viele verschiedene Suchmaschinen. Ihr habt bestimmt schon oft etwas von der Suchmaschine Google gehört.</w:t>
      </w:r>
    </w:p>
    <w:p>
      <w:r>
        <w:t>Aufgabe: Lies dir die Schritt-für-Schritt Anleitungen der Suchmaschinen durch und führe diese aus.</w:t>
      </w:r>
    </w:p>
    <w:p>
      <w:pPr>
        <w:pStyle w:val="Heading1"/>
      </w:pPr>
      <w:r>
        <w:t>Suchmaschinen</w:t>
      </w:r>
    </w:p>
    <w:p>
      <w:r>
        <w:t>A _ _ _ _ _ E</w:t>
      </w:r>
    </w:p>
    <w:p>
      <w:r>
        <w:t>Suchergebnis für die Suchbegriffe „Schuhe kaufen“: https://www.google.com/search?q=schuhe+kaufen&amp;rlz=1C1VDKB_deDE929DE929&amp;oq=Schuhe+kaufen - Abrufdatum: 05.01.23</w:t>
      </w:r>
    </w:p>
    <w:p>
      <w:r/>
    </w:p>
    <w:p>
      <w:r/>
    </w:p>
    <w:p>
      <w:pPr>
        <w:pStyle w:val="Heading2"/>
      </w:pPr>
      <w:r>
        <w:t>Seite 7</w:t>
      </w:r>
    </w:p>
    <w:p>
      <w:pPr>
        <w:pStyle w:val="ListBullet"/>
      </w:pPr>
      <w:r>
        <w:t>Wenn ihr eine der Internetseiten anklickt, öffnet sich diese. Oben in einer Leiste wird diese als sogenannter Tab angezeigt. Du kannst auch mehrere Tabs zeitgleich geöffnet haben und zwischen diesen wechseln. Sobald eine Internetseite geöffnet wird, kann eine kurze Mitteilung erscheinen, diese nennt man . Nun musst du eine Auswahl treffen und diese bestätigen. Du wirst danach gefragt, ob die Inhaber der Internetseite Informationen über dein Recherche-Verhalten speichern und verwenden dürfen. Wenn du dies erlaubst, kann es sein, dass du zukünftig häufiger Werbung zu Themen erhältst, die du recherchiert hast. Versuche, wenn möglich, entweder eine Auswahl wie: „nur notwendige/essenzielle Cookies“ oder „nicht zustimmen“ anzuklicken.</w:t>
      </w:r>
    </w:p>
    <w:p>
      <w:pPr>
        <w:pStyle w:val="ListBullet"/>
      </w:pPr>
      <w:r>
        <w:t>Google hat noch viele weitere Funktionen: Verbinde die richtige Beschreibung mit der jeweiligen Funktion.</w:t>
      </w:r>
    </w:p>
    <w:p>
      <w:pPr>
        <w:pStyle w:val="Heading1"/>
      </w:pPr>
      <w:r>
        <w:t>Suchmaschinen</w:t>
      </w:r>
    </w:p>
    <w:p>
      <w:r>
        <w:t>Es erscheinen alle Suchergebnisse auf einmal.</w:t>
      </w:r>
    </w:p>
    <w:p>
      <w:r>
        <w:t>Es erscheinen Orte, an denen etwas passendes zu deiner Suche zu finden ist.</w:t>
      </w:r>
    </w:p>
    <w:p>
      <w:r>
        <w:t>Hier findest du Kaufangebote passend zu deiner Suche.</w:t>
      </w:r>
    </w:p>
    <w:p>
      <w:r>
        <w:t>Hier findest du passende Bilder. Klickst du eines an, vergrößert es sich. Klickst du dies erneut an, öffnet sich die Internetseite, auf der das Bild veröffentlicht wurde. Hier findest du Videos, die zu deiner Suche passen können.</w:t>
      </w:r>
    </w:p>
    <w:p>
      <w:r>
        <w:t>Google Fortsetzung</w:t>
      </w:r>
    </w:p>
    <w:p>
      <w:r>
        <w:t>Hier findest du aktuelle Nachrichten zu dem Thema/der Suche.</w:t>
      </w:r>
    </w:p>
    <w:p>
      <w:r>
        <w:t>Dies könnte zum, Beispiel so aussehen:</w:t>
      </w:r>
    </w:p>
    <w:p>
      <w:r>
        <w:t>C _ _ _ _ _ _</w:t>
      </w:r>
    </w:p>
    <w:p>
      <w:r>
        <w:t>Suchergebnis für die Suchbegriffe „Schuhe kaufen“: https://www.google.com/search?q=schuhe+kaufen&amp;rlz=1C1VDKB_deDE929DE929&amp;oq=Schuhe+kaufen - Abrufdatum: 05.01.23</w:t>
      </w:r>
    </w:p>
    <w:p>
      <w:r>
        <w:t>https://www.tessloff.com/was-ist-was/natur-und-tiere/hunde.html - Abrufdatum: 05.01.23</w:t>
      </w:r>
    </w:p>
    <w:p>
      <w:r/>
    </w:p>
    <w:p>
      <w:r/>
    </w:p>
    <w:p>
      <w:r/>
    </w:p>
    <w:p>
      <w:r/>
    </w:p>
    <w:p>
      <w:pPr>
        <w:pStyle w:val="Heading2"/>
      </w:pPr>
      <w:r>
        <w:t>Seite 8</w:t>
      </w:r>
    </w:p>
    <w:p>
      <w:pPr>
        <w:pStyle w:val="Heading1"/>
      </w:pPr>
      <w:r>
        <w:t>Suchmaschinen</w:t>
      </w:r>
    </w:p>
    <w:p>
      <w:pPr>
        <w:pStyle w:val="Heading2"/>
      </w:pPr>
      <w:r>
        <w:t>Blinde Kuh</w:t>
      </w:r>
    </w:p>
    <w:p>
      <w:r>
        <w:t>1._Blinde Kuh ist eine Suchmaschine für Kinder. Öffnet die blinde Kuh auf eurem iPad. Die Suchleiste sticht direkt ins Auge. Wenn ihr auf der Seite weiter nach unten scrollt, dann befinden sich dort mehrere Kategorien. Schaut euch die Kategorien an und füllt die Lücken aus.</w:t>
      </w:r>
    </w:p>
    <w:p>
      <w:pPr>
        <w:pStyle w:val="ListBullet"/>
      </w:pPr>
      <w:r>
        <w:t>Drücke nun auf die Kategorie „Aktuelles“. Es erscheinen die Artikel, die als letztes veröffentlicht wurden und die neuesten Nachrichten aus der Welt. Ihr könnt durch die Punkte nun entscheiden, ob ihr die neuesten Artikel, Podcasts oder Kinderzeitungen anschauen möchtet. Diese könnt ihr euch bei Interesse aber zu Hause genauer durchlesen, anschauen oder anhören und nicht heute, während des Unterrichts.</w:t>
      </w:r>
    </w:p>
    <w:p>
      <w:r>
        <w:t>https://www.blinde-kuh.de/smart-index.html - Abrufdatum: 08.01.23 https://www.blinde-kuh.de/aktuell/smart-index.html - Abrufdatum: 08.01.23</w:t>
      </w:r>
    </w:p>
    <w:p>
      <w:r/>
    </w:p>
    <w:p>
      <w:r/>
    </w:p>
    <w:p>
      <w:r/>
    </w:p>
    <w:p>
      <w:pPr>
        <w:pStyle w:val="Heading2"/>
      </w:pPr>
      <w:r>
        <w:t>Seite 9</w:t>
      </w:r>
    </w:p>
    <w:p>
      <w:pPr>
        <w:pStyle w:val="Heading1"/>
      </w:pPr>
      <w:r>
        <w:t>Suchmaschinen</w:t>
      </w:r>
    </w:p>
    <w:p>
      <w:pPr>
        <w:pStyle w:val="Heading2"/>
      </w:pPr>
      <w:r>
        <w:t>Blinde Kuh Fortsetzung</w:t>
      </w:r>
    </w:p>
    <w:p>
      <w:r>
        <w:t>3._ Geht nun zurück zur Startseite (dafür klickt ihr auf das Haus oben rechts) und schaut euch die nächste Kategorie an: „Videos“. Wenn ihr mal keine Lust zum Lesen habt, dann könnt ihr auch aus Videos eure Informationen herausfinden. Oben auf der Seite sind die verschiedenen Sender zu sehen. Falls ihr beispielsweise nur Videos vom Sender ZDF sehen möchtet, könnt ihr dort raufklicken und es werden nur noch diese Videos angezeigt.</w:t>
      </w:r>
    </w:p>
    <w:p>
      <w:pPr>
        <w:pStyle w:val="ListBullet"/>
      </w:pPr>
      <w:r>
        <w:t>Wieder zurück auf der Startseite klickt ihr auf die Kategorie „Zufallsmaschine“. Dort könnt ihr euch zufällig Artikel, Videos, Geschichten oder mehr ansehen, falls ihr gerade nichts Bestimmtes sucht, aber trotzdem etwas Neues lernen wollt.</w:t>
      </w:r>
    </w:p>
    <w:p>
      <w:pPr>
        <w:pStyle w:val="ListBullet"/>
      </w:pPr>
      <w:r>
        <w:t>Es gibt auf der Startseite ebenfalls die Option der Kategorie der „Online-Spiele“. Dort könnt ihr (zu Hause, nicht jetzt während des Unterrichts) kleine Spiele spielen und auch die Sprache verändern, wenn ihr Lust darauf habt.</w:t>
      </w:r>
    </w:p>
    <w:p>
      <w:r>
        <w:t>https://www.blinde-kuh.de/index.html - Abrufdatum: 08.01.23</w:t>
      </w:r>
    </w:p>
    <w:p>
      <w:r/>
    </w:p>
    <w:p>
      <w:pPr>
        <w:pStyle w:val="Heading2"/>
      </w:pPr>
      <w:r>
        <w:t>Seite 10</w:t>
      </w:r>
    </w:p>
    <w:p>
      <w:pPr>
        <w:pStyle w:val="Heading1"/>
      </w:pPr>
      <w:r>
        <w:t>Suchmaschinen</w:t>
      </w:r>
    </w:p>
    <w:p>
      <w:r>
        <w:t>Wenn ihr im Menü auf die Kategorie „Such-Tipps“ klickt, könnt ihr euch Tipps ansehen, wie ihr auf fragFinn am besten suchen könnt. Es erscheinen viele Kategorien mit einem + davor, die ihr einzeln öffnen könnt. Die Kategorie „Leichte Sprache“ kann euch ebenfalls dabei helfen, die Seite fragFinn besser zu verstehen. Ebenfalls könnt ihr auf der Startseite weiter unten aktuelle Umfragen und beliebte Themen von Kindern sehen.</w:t>
      </w:r>
    </w:p>
    <w:p>
      <w:r>
        <w:t>fragFinn ist ebenfalls eine Suchmaschine für Kinder. Über der Suchleiste könnt ihr euch vor der Suche entscheiden, ob ihr im Web (also zum Beispiel nach Texten oder Videos) oder nach Bildern sucht. Rechts oben auf der Seite befindet sich in orange das Menü.</w:t>
      </w:r>
    </w:p>
    <w:p>
      <w:r>
        <w:t>1.</w:t>
      </w:r>
    </w:p>
    <w:p>
      <w:r>
        <w:t>2.</w:t>
      </w:r>
    </w:p>
    <w:p>
      <w:r>
        <w:t>3.</w:t>
      </w:r>
    </w:p>
    <w:p>
      <w:pPr>
        <w:pStyle w:val="Heading2"/>
      </w:pPr>
      <w:r>
        <w:t>fragFINN.de</w:t>
      </w:r>
    </w:p>
    <w:p>
      <w:r>
        <w:t>https://www.fragfinn.de/ - Abrufdatum: 08.01.23</w:t>
      </w:r>
    </w:p>
    <w:p>
      <w:r/>
    </w:p>
    <w:p>
      <w:pPr>
        <w:pStyle w:val="Heading2"/>
      </w:pPr>
      <w:r>
        <w:t>Seite 11</w:t>
      </w:r>
    </w:p>
    <w:p>
      <w:r>
        <w:t>Medienbildung Ein Projekt zu dem Thema”Internetrecherche”</w:t>
      </w:r>
    </w:p>
    <w:p>
      <w:pPr>
        <w:pStyle w:val="Heading1"/>
      </w:pPr>
      <w:r>
        <w:t>Die Internetdetektive</w:t>
      </w:r>
    </w:p>
    <w:p>
      <w:r>
        <w:t>WIR WERDEN PROFIS IN DER INTERNETRECHERCHE!</w:t>
      </w:r>
    </w:p>
    <w:p>
      <w:pPr>
        <w:pStyle w:val="Heading1"/>
      </w:pPr>
      <w:r>
        <w:t>Station 3</w:t>
      </w:r>
    </w:p>
    <w:p>
      <w:pPr>
        <w:pStyle w:val="Heading2"/>
      </w:pPr>
      <w:r>
        <w:t>Seite 12</w:t>
      </w:r>
    </w:p>
    <w:p>
      <w:r>
        <w:t>Der Link oben in der Suchleiste wird zunächst markiert (siehe unten bei der 1) und kann entweder durch einen rechten Mausklick (falls eine Maus vorhanden ist) oder durch das Tippen der Finger (bei einem Tablet/iPad oder Handy) kopiert und eingesetzt (siehe unten bei der 2) werden. Außerdem kann der Link auch einfach mithilfe der Tastatur eingetippt werden.</w:t>
      </w:r>
    </w:p>
    <w:p>
      <w:r>
        <w:t>Wie gebe ich einen Link ein?</w:t>
      </w:r>
    </w:p>
    <w:p>
      <w:r>
        <w:t>Zwischenüberschriften sind mitten im Text hervorgehobene (zum Beispiel durch die Schriftgröße oder den Zeilenabstand) Überschriften , welche für eine bessere Struktur und Übersichtlichkeit des Textes sorgen. Wenn ihr auf die Zwischenüberschriften achtet, erkennt ihr schneller, ob der Text eure Fragen beantworten könnte.</w:t>
      </w:r>
    </w:p>
    <w:p>
      <w:r>
        <w:t>Was sind Zwischenüberschriften?</w:t>
      </w:r>
    </w:p>
    <w:p>
      <w:r>
        <w:t>Folge dem Link (indem du ihn mit der Tastatur in die Suchleiste eingibst):</w:t>
      </w:r>
    </w:p>
    <w:p>
      <w:r>
        <w:t>Kreuze die richtigen Antworten im grauen Feld an (Die Informationen dazu findest du über den Link)</w:t>
      </w:r>
    </w:p>
    <w:p>
      <w:r>
        <w:t>Aufgabe:</w:t>
      </w:r>
    </w:p>
    <w:p>
      <w:r>
        <w:t>https://www.tierchenwelt.de/raubtiere/100-katze.html</w:t>
      </w:r>
    </w:p>
    <w:p>
      <w:r>
        <w:t>Wie lange leben Katzen durchschnittlich? 10-20 Jahre 12-15 Jahre 15-30 Jahre</w:t>
      </w:r>
    </w:p>
    <w:p>
      <w:r>
        <w:t>Seit wie vielen Jahren werden Katzen als Haustiere gehalten? seit 200 Jahren seit 1.500 Jahren seit 9.500 Jahren</w:t>
      </w:r>
    </w:p>
    <w:p>
      <w:r>
        <w:t>Wie schwer werden Katzen durchschnittlich? 2,5-8kg 3-5kg 4,5-8kg</w:t>
      </w:r>
    </w:p>
    <w:p>
      <w:pPr>
        <w:pStyle w:val="Heading1"/>
      </w:pPr>
      <w:r>
        <w:t>Die Internetrecherche -</w:t>
      </w:r>
    </w:p>
    <w:p>
      <w:pPr>
        <w:pStyle w:val="Heading1"/>
      </w:pPr>
      <w:r>
        <w:t>geeignete Quellen erkennen</w:t>
      </w:r>
    </w:p>
    <w:p>
      <w:r>
        <w:t>1</w:t>
      </w:r>
    </w:p>
    <w:p>
      <w:r>
        <w:t>2</w:t>
      </w:r>
    </w:p>
    <w:p>
      <w:r>
        <w:t>Suche auf der gleichen Webseite wie in der vorherigen Aufgabe nach der Zwischenüberschrift, unter der du folgende Information findest: "An den Vorderpfoten befinden sich fünf Zehen". Schreibe die Zwischenüberschrift in das graue Feld.</w:t>
      </w:r>
    </w:p>
    <w:p>
      <w:r>
        <w:t>Aufgabe:</w:t>
      </w:r>
    </w:p>
    <w:p>
      <w:r>
        <w:t>https://www.peta.de/themen/katzen/ - Abrufdatum: 09.01.23</w:t>
      </w:r>
    </w:p>
    <w:p>
      <w:r/>
    </w:p>
    <w:p>
      <w:pPr>
        <w:pStyle w:val="Heading2"/>
      </w:pPr>
      <w:r>
        <w:t>Seite 13</w:t>
      </w:r>
    </w:p>
    <w:p>
      <w:r>
        <w:t>Eine Quelle ist, woher du eine Information erhalten hast. Informationsquellen können beispielsweise Internetseiten bzw. Webseiten, Bücher, Zeitschriften, Filme, Videos, Podcasts und vieles mehr sein. Quellen gibt man an, damit bekannt ist, wo eine Information herkommt, beziehungsweise wo man sie finden kann. Um eine Internetquelle anzugeben, kopiert man den Link und speichert ihn sich irgendwo ab, wo man ihn später wiederfindet.</w:t>
      </w:r>
    </w:p>
    <w:p>
      <w:r>
        <w:t>Was sind Quellen und wie kann ich Quellen angeben?</w:t>
      </w:r>
    </w:p>
    <w:p>
      <w:r>
        <w:t>Gib in der Suchleiste das Wort "Hamster" ein. Suche eine Webseite zum Suchwort aus und schreibe den Link in das folgende graue Feld.</w:t>
      </w:r>
    </w:p>
    <w:p>
      <w:r>
        <w:t>Aufgabe:</w:t>
      </w:r>
    </w:p>
    <w:p>
      <w:r>
        <w:t>Achte auf die Titel der vorgeschlagenen Webseiten - welcher davon passt zu deiner Suche? Achte auf die Vorschau-Texte unter den Titeln - welcher davon passt zu deiner Suche? Manchmal beantworten die Vorschau-Texte bereits deine Frage. Achte auf das Datum der Webseite - Manche Suchergebnisse sind zu alt, um sie für die Frage nutzen zu können. Überfliege die Webseite, um zu schauen, ob du deine Antwort findest. Achte auf Zwischenüberschriften, um schneller fündig zu werden.</w:t>
      </w:r>
    </w:p>
    <w:p>
      <w:r>
        <w:t>Wie finde ich eine geeignete Quelle für meine Suche?</w:t>
      </w:r>
    </w:p>
    <w:p>
      <w:pPr>
        <w:pStyle w:val="Heading1"/>
      </w:pPr>
      <w:r>
        <w:t>Die Internetrecherche -</w:t>
      </w:r>
    </w:p>
    <w:p>
      <w:pPr>
        <w:pStyle w:val="Heading1"/>
      </w:pPr>
      <w:r>
        <w:t>geeignete Quellen erkennen</w:t>
      </w:r>
    </w:p>
    <w:p>
      <w:r>
        <w:t>1</w:t>
      </w:r>
    </w:p>
    <w:p>
      <w:r>
        <w:t>2</w:t>
      </w:r>
    </w:p>
    <w:p>
      <w:r>
        <w:t>Suchergebnis für die Suchbegriffe „Wie alt wurde der älteste Hund“: https://www.google.com/search?q=wie+alt+wurde+der+%C3%A4lteste+hund&amp;rlz=1CDGOYI_enDE1043DE1043&amp;oq - Abrufdatum: 09.01.23</w:t>
      </w:r>
    </w:p>
    <w:p>
      <w:r>
        <w:t>https://www.peta.de/themen/katzen/ - Abrufdatum: 09.01.23</w:t>
      </w:r>
    </w:p>
    <w:p>
      <w:r/>
    </w:p>
    <w:p>
      <w:r/>
    </w:p>
    <w:p>
      <w:r/>
    </w:p>
    <w:p>
      <w:r/>
    </w:p>
    <w:p>
      <w:pPr>
        <w:pStyle w:val="Heading2"/>
      </w:pPr>
      <w:r>
        <w:t>Seite 14</w:t>
      </w:r>
    </w:p>
    <w:p>
      <w:r>
        <w:t>Medienbildung Ein Projekt zu dem Thema”Internetrecherche”</w:t>
      </w:r>
    </w:p>
    <w:p>
      <w:pPr>
        <w:pStyle w:val="Heading1"/>
      </w:pPr>
      <w:r>
        <w:t>Die Internetdetektive</w:t>
      </w:r>
    </w:p>
    <w:p>
      <w:r>
        <w:t>WIR WERDEN PROFIS IN DER INTERNETRECHERCHE!</w:t>
      </w:r>
    </w:p>
    <w:p>
      <w:pPr>
        <w:pStyle w:val="Heading1"/>
      </w:pPr>
      <w:r>
        <w:t>Akte A</w:t>
      </w:r>
    </w:p>
    <w:p>
      <w:pPr>
        <w:pStyle w:val="Heading2"/>
      </w:pPr>
      <w:r>
        <w:t>Seite 15</w:t>
      </w:r>
    </w:p>
    <w:p>
      <w:pPr>
        <w:pStyle w:val="Heading1"/>
      </w:pPr>
      <w:r>
        <w:t>Person:</w:t>
      </w:r>
    </w:p>
    <w:p>
      <w:r>
        <w:t>Geburtsdatum:</w:t>
      </w:r>
    </w:p>
    <w:p>
      <w:r>
        <w:t>Alter:</w:t>
      </w:r>
    </w:p>
    <w:p>
      <w:r>
        <w:t>Geburtsort:</w:t>
      </w:r>
    </w:p>
    <w:p>
      <w:r>
        <w:t>Aktueller Wohnort:</w:t>
      </w:r>
    </w:p>
    <w:p>
      <w:r>
        <w:t>Grund für Bekanntheit :</w:t>
      </w:r>
    </w:p>
    <w:p>
      <w:pPr>
        <w:pStyle w:val="Heading2"/>
      </w:pPr>
      <w:r>
        <w:t>Akte A</w:t>
      </w:r>
    </w:p>
    <w:p>
      <w:r>
        <w:t>Foto von Greta Thunberg einfügen</w:t>
      </w:r>
    </w:p>
    <w:p>
      <w:pPr>
        <w:pStyle w:val="Heading2"/>
      </w:pPr>
      <w:r>
        <w:t>Seite 16</w:t>
      </w:r>
    </w:p>
    <w:p>
      <w:pPr>
        <w:pStyle w:val="Heading1"/>
      </w:pPr>
      <w:r>
        <w:t>Person:</w:t>
      </w:r>
    </w:p>
    <w:p>
      <w:r>
        <w:t>Letzter gewonnener Preis oder Auszeichnung:</w:t>
      </w:r>
    </w:p>
    <w:p>
      <w:r>
        <w:t>Skandal :</w:t>
      </w:r>
    </w:p>
    <w:p>
      <w:pPr>
        <w:pStyle w:val="Heading2"/>
      </w:pPr>
      <w:r>
        <w:t>Akte A</w:t>
      </w:r>
    </w:p>
    <w:p>
      <w:r>
        <w:t>Recherchiere, welches Plakat sie</w:t>
      </w:r>
    </w:p>
    <w:p>
      <w:r>
        <w:t>als erstes in der Öffentlichkeit</w:t>
      </w:r>
    </w:p>
    <w:p>
      <w:r>
        <w:t>gehalten hat. Was steht drauf?</w:t>
      </w:r>
    </w:p>
    <w:p>
      <w:r>
        <w:t>Schreibe es auf das Plakat.</w:t>
      </w:r>
    </w:p>
    <w:p>
      <w:pPr>
        <w:pStyle w:val="Heading2"/>
      </w:pPr>
      <w:r>
        <w:t>Seite 17</w:t>
      </w:r>
    </w:p>
    <w:p>
      <w:r>
        <w:t>Medienbildung Ein Projekt zu dem Thema”Internetrecherche”</w:t>
      </w:r>
    </w:p>
    <w:p>
      <w:pPr>
        <w:pStyle w:val="Heading1"/>
      </w:pPr>
      <w:r>
        <w:t>Die Internetdetektive</w:t>
      </w:r>
    </w:p>
    <w:p>
      <w:r>
        <w:t>WIR WERDEN PROFIS IN DER INTERNETRECHERCHE!</w:t>
      </w:r>
    </w:p>
    <w:p>
      <w:pPr>
        <w:pStyle w:val="Heading1"/>
      </w:pPr>
      <w:r>
        <w:t>Akte B</w:t>
      </w:r>
    </w:p>
    <w:p>
      <w:pPr>
        <w:pStyle w:val="Heading2"/>
      </w:pPr>
      <w:r>
        <w:t>Seite 18</w:t>
      </w:r>
    </w:p>
    <w:p>
      <w:pPr>
        <w:pStyle w:val="Heading1"/>
      </w:pPr>
      <w:r>
        <w:t>Person:</w:t>
      </w:r>
    </w:p>
    <w:p>
      <w:r>
        <w:t>Geburtsdatum:</w:t>
      </w:r>
    </w:p>
    <w:p>
      <w:r>
        <w:t>Alter:</w:t>
      </w:r>
    </w:p>
    <w:p>
      <w:r>
        <w:t>Geburtsort:</w:t>
      </w:r>
    </w:p>
    <w:p>
      <w:r>
        <w:t>Aktueller Wohnort:</w:t>
      </w:r>
    </w:p>
    <w:p>
      <w:r>
        <w:t>Grund für Bekanntheit :</w:t>
      </w:r>
    </w:p>
    <w:p>
      <w:pPr>
        <w:pStyle w:val="Heading2"/>
      </w:pPr>
      <w:r>
        <w:t>Akte B</w:t>
      </w:r>
    </w:p>
    <w:p>
      <w:r>
        <w:t>Foto von Wincent Weiss einfügen</w:t>
      </w:r>
    </w:p>
    <w:p>
      <w:pPr>
        <w:pStyle w:val="Heading2"/>
      </w:pPr>
      <w:r>
        <w:t>Seite 19</w:t>
      </w:r>
    </w:p>
    <w:p>
      <w:pPr>
        <w:pStyle w:val="Heading1"/>
      </w:pPr>
      <w:r>
        <w:t>Person:</w:t>
      </w:r>
    </w:p>
    <w:p>
      <w:r>
        <w:t>Letzter gewonnener Preis oder Auszeichnung:</w:t>
      </w:r>
    </w:p>
    <w:p>
      <w:r>
        <w:t>Skandal:</w:t>
      </w:r>
    </w:p>
    <w:p>
      <w:pPr>
        <w:pStyle w:val="Heading2"/>
      </w:pPr>
      <w:r>
        <w:t>Akte B</w:t>
      </w:r>
    </w:p>
    <w:p>
      <w:r>
        <w:t>Zeichne hier das Logo des Sängers hinein:</w:t>
      </w:r>
    </w:p>
    <w:p>
      <w:r>
        <w:t>Welche Lieder kennt ihr selbst bereits von ihm? Schreibt diese</w:t>
      </w:r>
    </w:p>
    <w:p>
      <w:r>
        <w:t>in die Musiknote hinein und/oder drum herum.</w:t>
      </w:r>
    </w:p>
    <w:p>
      <w:pPr>
        <w:pStyle w:val="Heading2"/>
      </w:pPr>
      <w:r>
        <w:t>Seite 20</w:t>
      </w:r>
    </w:p>
    <w:p>
      <w:r>
        <w:t>Medienbildung Ein Projekt zu dem Thema”Internetrecherche”</w:t>
      </w:r>
    </w:p>
    <w:p>
      <w:pPr>
        <w:pStyle w:val="Heading1"/>
      </w:pPr>
      <w:r>
        <w:t>Die Internetdetektive</w:t>
      </w:r>
    </w:p>
    <w:p>
      <w:r>
        <w:t>WIR WERDEN PROFIS IN DER INTERNETRECHERCHE!</w:t>
      </w:r>
    </w:p>
    <w:p>
      <w:pPr>
        <w:pStyle w:val="Heading1"/>
      </w:pPr>
      <w:r>
        <w:t>Akte C</w:t>
      </w:r>
    </w:p>
    <w:p>
      <w:pPr>
        <w:pStyle w:val="Heading2"/>
      </w:pPr>
      <w:r>
        <w:t>Seite 21</w:t>
      </w:r>
    </w:p>
    <w:p>
      <w:pPr>
        <w:pStyle w:val="Heading1"/>
      </w:pPr>
      <w:r>
        <w:t>Person:</w:t>
      </w:r>
    </w:p>
    <w:p>
      <w:r>
        <w:t>Geburtsdatum:</w:t>
      </w:r>
    </w:p>
    <w:p>
      <w:r>
        <w:t>Todesdatum:</w:t>
      </w:r>
    </w:p>
    <w:p>
      <w:r>
        <w:t>Geburtsort:</w:t>
      </w:r>
    </w:p>
    <w:p>
      <w:r>
        <w:t>Letzter Wohnort:</w:t>
      </w:r>
    </w:p>
    <w:p>
      <w:r>
        <w:t>Grund für Bekanntheit :</w:t>
      </w:r>
    </w:p>
    <w:p>
      <w:pPr>
        <w:pStyle w:val="Heading2"/>
      </w:pPr>
      <w:r>
        <w:t>Akte C</w:t>
      </w:r>
    </w:p>
    <w:p>
      <w:r>
        <w:t>Wie alt sie wurde:</w:t>
      </w:r>
    </w:p>
    <w:p>
      <w:r>
        <w:t>Letzter gewonnener Preis oder letzte Auszeichnung:</w:t>
      </w:r>
    </w:p>
    <w:p>
      <w:r>
        <w:t>Skandal:</w:t>
      </w:r>
    </w:p>
    <w:p>
      <w:r>
        <w:t>Foto von Astrid Lindgren einfügen</w:t>
      </w:r>
    </w:p>
    <w:p>
      <w:pPr>
        <w:pStyle w:val="Heading2"/>
      </w:pPr>
      <w:r>
        <w:t>Seite 22</w:t>
      </w:r>
    </w:p>
    <w:p>
      <w:pPr>
        <w:pStyle w:val="Heading1"/>
      </w:pPr>
      <w:r>
        <w:t>Person:</w:t>
      </w:r>
    </w:p>
    <w:p>
      <w:pPr>
        <w:pStyle w:val="Heading2"/>
      </w:pPr>
      <w:r>
        <w:t>Akte C</w:t>
      </w:r>
    </w:p>
    <w:p>
      <w:r>
        <w:t>Welche Werke von ihr kennt ihr selbst?</w:t>
      </w:r>
    </w:p>
    <w:p>
      <w:r>
        <w:t>Schreibt sie in das Buch hinein.</w:t>
      </w:r>
    </w:p>
    <w:p>
      <w:r>
        <w:t>Welche Werke habt ihr selbst von ihr zu Hause stehen?</w:t>
      </w:r>
    </w:p>
    <w:p>
      <w:r>
        <w:t>Malt die Buchrücken in das Bücherregal hinein und schreibt die Titel dieser Bücher auf die gemalten</w:t>
      </w:r>
    </w:p>
    <w:p>
      <w:r>
        <w:t>Buchrücken.</w:t>
      </w:r>
    </w:p>
    <w:p>
      <w:pPr>
        <w:pStyle w:val="Heading2"/>
      </w:pPr>
      <w:r>
        <w:t>Seite 23</w:t>
      </w:r>
    </w:p>
    <w:p>
      <w:r>
        <w:t>Medienbildung Ein Projekt zu dem Thema”Internetrecherche”</w:t>
      </w:r>
    </w:p>
    <w:p>
      <w:pPr>
        <w:pStyle w:val="Heading1"/>
      </w:pPr>
      <w:r>
        <w:t>Die Internetdetektive</w:t>
      </w:r>
    </w:p>
    <w:p>
      <w:r>
        <w:t>WIR WERDEN PROFIS IN DER INTERNETRECHERCHE!</w:t>
      </w:r>
    </w:p>
    <w:p>
      <w:pPr>
        <w:pStyle w:val="Heading1"/>
      </w:pPr>
      <w:r>
        <w:t>Akte D</w:t>
      </w:r>
    </w:p>
    <w:p>
      <w:pPr>
        <w:pStyle w:val="Heading2"/>
      </w:pPr>
      <w:r>
        <w:t>Seite 24</w:t>
      </w:r>
    </w:p>
    <w:p>
      <w:pPr>
        <w:pStyle w:val="Heading1"/>
      </w:pPr>
      <w:r>
        <w:t>Person:</w:t>
      </w:r>
    </w:p>
    <w:p>
      <w:r>
        <w:t>Geburtsdatum:</w:t>
      </w:r>
    </w:p>
    <w:p>
      <w:r>
        <w:t>Alter:</w:t>
      </w:r>
    </w:p>
    <w:p>
      <w:r>
        <w:t>Geburtsort:</w:t>
      </w:r>
    </w:p>
    <w:p>
      <w:r>
        <w:t>Aktueller Wohnort:</w:t>
      </w:r>
    </w:p>
    <w:p>
      <w:r>
        <w:t>Grund für Bekanntheit :</w:t>
      </w:r>
    </w:p>
    <w:p>
      <w:pPr>
        <w:pStyle w:val="Heading2"/>
      </w:pPr>
      <w:r>
        <w:t>Akte D</w:t>
      </w:r>
    </w:p>
    <w:p>
      <w:r>
        <w:t>Letzter gewonnener Preis oder Auszeichnung:</w:t>
      </w:r>
    </w:p>
    <w:p>
      <w:r>
        <w:t>Foto von Dirk Nowitzki einfügen</w:t>
      </w:r>
    </w:p>
    <w:p>
      <w:pPr>
        <w:pStyle w:val="Heading2"/>
      </w:pPr>
      <w:r>
        <w:t>Seite 25</w:t>
      </w:r>
    </w:p>
    <w:p>
      <w:pPr>
        <w:pStyle w:val="Heading1"/>
      </w:pPr>
      <w:r>
        <w:t>Person:</w:t>
      </w:r>
    </w:p>
    <w:p>
      <w:r>
        <w:t>Skandale:</w:t>
      </w:r>
    </w:p>
    <w:p>
      <w:pPr>
        <w:pStyle w:val="Heading2"/>
      </w:pPr>
      <w:r>
        <w:t>Akte D</w:t>
      </w:r>
    </w:p>
    <w:p>
      <w:r>
        <w:t>Sucht euch im Internet ein Trikot von ihm aus und bemalt das Shirt (Vorderund Rückseite) ungefähr so, wie es dort aussieht. Auch die Trikotnummer könnt ihr gerne aufmalen. Schreibt außerdem auf die Linie was ihr in die Suchleiste eingegeben habt, um das für das Malen genutzte Trikot zu finden.</w:t>
      </w:r>
    </w:p>
    <w:p>
      <w:r>
        <w:t>CC BY 4.0 international Marie Kristin Brunner, Janice Domann, Saskia Melina Heering,</w:t>
      </w:r>
    </w:p>
    <w:p>
      <w:r>
        <w:t>Kira Polewka</w:t>
      </w:r>
    </w:p>
    <w:p>
      <w:r>
        <w:t>2023</w:t>
      </w:r>
    </w:p>
    <w:p>
      <w:r>
        <w:t>Dieses Dokument ist gemäß §60b, Absatz 3, Satz 1 ein Unterrichtsund Lehrmedium, das nur zu nicht-kommerziellen Zwecken und zur</w:t>
      </w:r>
    </w:p>
    <w:p>
      <w:r>
        <w:t>Veranschaulichung im Unterricht eingesetzt werden darf.</w:t>
      </w:r>
    </w:p>
    <w:p>
      <w:pPr>
        <w:pStyle w:val="Heading2"/>
      </w:pPr>
      <w:r>
        <w:t>Seite 26</w:t>
      </w:r>
    </w:p>
    <w:p>
      <w:pPr>
        <w:pStyle w:val="Heading1"/>
      </w:pPr>
      <w:r>
        <w:t>Sternchen-Station</w:t>
      </w:r>
    </w:p>
    <w:p>
      <w:r>
        <w:t>Gib in die Suchleiste ein: www.youtube.com Gib in der Suchleiste von YouTube ein: Wie funktioniert eine Suchmaschine? Frag Fred Überprüfe anhand des Fotos, ob du das richtige Video gefunden hast. Schaue dir das Video an, indem du es anklickst.</w:t>
      </w:r>
    </w:p>
    <w:p>
      <w:r>
        <w:t>1. 2. 3. 4.</w:t>
      </w:r>
    </w:p>
    <w:p>
      <w:pPr>
        <w:pStyle w:val="Heading1"/>
      </w:pPr>
      <w:r>
        <w:t>Sternchen-Station</w:t>
      </w:r>
    </w:p>
    <w:p>
      <w:r>
        <w:t>Gib in die Suchleiste ein: www.youtube.com Gib in der Suchleiste von YouTube ein: Wie funktioniert eine Suchmaschine? Frag Fred Überprüfe anhand des Fotos, ob du das richtige Video gefunden hast. Schaue dir das Video an, indem du es anklickst.</w:t>
      </w:r>
    </w:p>
    <w:p>
      <w:r>
        <w:t>1. 2. 3. 4.</w:t>
      </w:r>
    </w:p>
    <w:p>
      <w:r>
        <w:t>Suchergebnis für die Suchbegriffe „Wie funktioniert eine Suchmaschine? Frag Fred“ auf YouTube.com: https://www.youtube.com/results?search_query=wie+funktioniert+eine+suchmaschine%3F+frag+fred - Abrufdatum: 09.01.23</w:t>
      </w:r>
    </w:p>
    <w:p>
      <w:r>
        <w:t>Suchergebnis für die Suchbegriffe „Wie funktioniert eine Suchmaschine? Frag Fred“ auf YouTube.com: https://www.youtube.com/results?search_query=wie+funktioniert+eine+suchmaschine%3F+frag+fred - Abrufdatum: 09.01.23</w:t>
      </w:r>
    </w:p>
    <w:p>
      <w:r/>
    </w:p>
    <w:p>
      <w:pPr>
        <w:pStyle w:val="Heading2"/>
      </w:pPr>
      <w:r>
        <w:t>Seite 27</w:t>
      </w:r>
    </w:p>
    <w:p>
      <w:pPr>
        <w:pStyle w:val="Heading1"/>
      </w:pPr>
      <w:r>
        <w:t>Tippkarte</w:t>
      </w:r>
    </w:p>
    <w:p>
      <w:pPr>
        <w:pStyle w:val="Heading1"/>
      </w:pPr>
      <w:r>
        <w:t>Link</w:t>
      </w:r>
    </w:p>
    <w:p>
      <w:pPr>
        <w:pStyle w:val="Heading1"/>
      </w:pPr>
      <w:r>
        <w:t>Ein Link ist eine</w:t>
      </w:r>
    </w:p>
    <w:p>
      <w:pPr>
        <w:pStyle w:val="Heading1"/>
      </w:pPr>
      <w:r>
        <w:t>Verbindung mit einer</w:t>
      </w:r>
    </w:p>
    <w:p>
      <w:pPr>
        <w:pStyle w:val="Heading1"/>
      </w:pPr>
      <w:r>
        <w:t>Internetseite</w:t>
      </w:r>
    </w:p>
    <w:p>
      <w:r>
        <w:t>Beispiel: https://klexikon.zum.de/wiki/Link</w:t>
      </w:r>
    </w:p>
    <w:p>
      <w:pPr>
        <w:pStyle w:val="Heading1"/>
      </w:pPr>
      <w:r>
        <w:t>Tippkarte</w:t>
      </w:r>
    </w:p>
    <w:p>
      <w:pPr>
        <w:pStyle w:val="Heading1"/>
      </w:pPr>
      <w:r>
        <w:t>Podcast</w:t>
      </w:r>
    </w:p>
    <w:p>
      <w:pPr>
        <w:pStyle w:val="Heading1"/>
      </w:pPr>
      <w:r>
        <w:t>Eine Tonaufnahme oder ein</w:t>
      </w:r>
    </w:p>
    <w:p>
      <w:pPr>
        <w:pStyle w:val="Heading1"/>
      </w:pPr>
      <w:r>
        <w:t>Video, die man über das Internet</w:t>
      </w:r>
    </w:p>
    <w:p>
      <w:pPr>
        <w:pStyle w:val="Heading1"/>
      </w:pPr>
      <w:r>
        <w:t>oder auf dem Computer hören,</w:t>
      </w:r>
    </w:p>
    <w:p>
      <w:pPr>
        <w:pStyle w:val="Heading1"/>
      </w:pPr>
      <w:r>
        <w:t>bzw. sehen kann.</w:t>
      </w:r>
    </w:p>
    <w:p>
      <w:pPr>
        <w:pStyle w:val="Heading2"/>
      </w:pPr>
      <w:r>
        <w:t>Seite 28</w:t>
      </w:r>
    </w:p>
    <w:p>
      <w:pPr>
        <w:pStyle w:val="Heading1"/>
      </w:pPr>
      <w:r>
        <w:t>Tippkarte</w:t>
      </w:r>
    </w:p>
    <w:p>
      <w:pPr>
        <w:pStyle w:val="Heading1"/>
      </w:pPr>
      <w:r>
        <w:t>Diktierfunktion</w:t>
      </w:r>
    </w:p>
    <w:p>
      <w:pPr>
        <w:pStyle w:val="Heading1"/>
      </w:pPr>
      <w:r>
        <w:t>Tippkarte</w:t>
      </w:r>
    </w:p>
    <w:p>
      <w:pPr>
        <w:pStyle w:val="Heading1"/>
      </w:pPr>
      <w:r>
        <w:t>Tippkarte</w:t>
      </w:r>
    </w:p>
    <w:p>
      <w:pPr>
        <w:pStyle w:val="Heading1"/>
      </w:pPr>
      <w:r>
        <w:t>Tippkarte</w:t>
      </w:r>
    </w:p>
    <w:p>
      <w:pPr>
        <w:pStyle w:val="Heading1"/>
      </w:pPr>
      <w:r>
        <w:t>Tippkarte</w:t>
      </w:r>
    </w:p>
    <w:p>
      <w:pPr>
        <w:pStyle w:val="Heading1"/>
      </w:pPr>
      <w:r>
        <w:t>Tippkarte</w:t>
      </w:r>
    </w:p>
    <w:p>
      <w:pPr>
        <w:pStyle w:val="Heading1"/>
      </w:pPr>
      <w:r>
        <w:t>Autokorrektur</w:t>
      </w:r>
    </w:p>
    <w:p>
      <w:pPr>
        <w:pStyle w:val="Heading1"/>
      </w:pPr>
      <w:r>
        <w:t>Übersetzung</w:t>
      </w:r>
    </w:p>
    <w:p>
      <w:pPr>
        <w:pStyle w:val="Heading1"/>
      </w:pPr>
      <w:r>
        <w:t>Vorlesefunktion/</w:t>
      </w:r>
    </w:p>
    <w:p>
      <w:pPr>
        <w:pStyle w:val="Heading1"/>
      </w:pPr>
      <w:r>
        <w:t>Sprechen</w:t>
      </w:r>
    </w:p>
    <w:p>
      <w:pPr>
        <w:pStyle w:val="Heading1"/>
      </w:pPr>
      <w:r>
        <w:t>Nachschlagen</w:t>
      </w:r>
    </w:p>
    <w:p>
      <w:pPr>
        <w:pStyle w:val="Heading1"/>
      </w:pPr>
      <w:r>
        <w:t>Kopieren und Einfügen</w:t>
      </w:r>
    </w:p>
    <w:p>
      <w:pPr>
        <w:pStyle w:val="Heading2"/>
      </w:pPr>
      <w:r>
        <w:t>Seite 29</w:t>
      </w:r>
    </w:p>
    <w:p>
      <w:r>
        <w:t>Diktierfunktion Wenn du Schwierigkeiten hast zu tippen oder dir nicht sicher bist, wie ein Wort richtig geschrieben wird, kannst du diese Funktion nutzen. Dafür gehst du bei der Tastatur auf das Mikrofon-Symbol. Wenn</w:t>
      </w:r>
    </w:p>
    <w:p>
      <w:r>
        <w:t>du nun sprichst, werden die Wörter automatisch</w:t>
      </w:r>
    </w:p>
    <w:p>
      <w:r>
        <w:t>abgetippt.</w:t>
      </w:r>
    </w:p>
    <w:p>
      <w:r>
        <w:t>Autokorrektur Wenn du Wörte eintippst erscheinen auf der Tastatur ganz oben immer mögliche Wörter, die du eintippst. Damit kannst</w:t>
      </w:r>
    </w:p>
    <w:p>
      <w:r>
        <w:t>du teilweise schneller tippen oder kontrollieren, ob die</w:t>
      </w:r>
    </w:p>
    <w:p>
      <w:r>
        <w:t>Rechtschreibung korrekt ist.</w:t>
      </w:r>
    </w:p>
    <w:p>
      <w:r>
        <w:t>Übersetzung Wenn ein Text nicht in deiner Sprache verfasst ist, kannst du diesen übersetzen lassen. Halte das Wort/ die</w:t>
      </w:r>
    </w:p>
    <w:p>
      <w:r>
        <w:t>Worte gedrückt. Es erscheint eine schwarze Leiste mit</w:t>
      </w:r>
    </w:p>
    <w:p>
      <w:r>
        <w:t>Optionen, wähle nun „Übersetzen“.</w:t>
      </w:r>
    </w:p>
    <w:p>
      <w:r>
        <w:t>Vorlesefunktion/ Sprechen Hast du Schwierigkeiten den Text zu lesen oder fällt es</w:t>
      </w:r>
    </w:p>
    <w:p>
      <w:r>
        <w:t>dir leichter die Inhalte zu hören, um sie zu verstehen? Markiere den Text und wähle bei der schwarzen Leiste</w:t>
      </w:r>
    </w:p>
    <w:p>
      <w:r>
        <w:t>mit den Optionen „Sprechen“ aus.</w:t>
      </w:r>
    </w:p>
    <w:p>
      <w:r>
        <w:t>Nachschlagen Wenn du einen Text ließt und dir die Bedeutung eines Wortes nicht klar ist, kannst du die Funktion „Nachschlagen„</w:t>
      </w:r>
    </w:p>
    <w:p>
      <w:r>
        <w:t>nutzen. Dafür hältst du das Wort länger gedrückt und es öffnet</w:t>
      </w:r>
    </w:p>
    <w:p>
      <w:r>
        <w:t>sich eine Leiste mit Optionen. Wähle die Option „Nachschlagen“. Das Wort wird dir nun von einem Lexikon</w:t>
      </w:r>
    </w:p>
    <w:p>
      <w:r>
        <w:t>erklärt.</w:t>
      </w:r>
    </w:p>
    <w:p>
      <w:r>
        <w:t>Kopieren und Einfügen Du kannst ein Wort, Text oder Link markieren und kopieren und anschließend an einer anderen Stelle wieder einfügen, Markiere</w:t>
      </w:r>
    </w:p>
    <w:p>
      <w:r>
        <w:t>den gewünschten Ausschnitt, indem du die Worte/Zeichen länger gedrückt hältst. Es öffnet sich eine schwarze Leiste mit</w:t>
      </w:r>
    </w:p>
    <w:p>
      <w:r>
        <w:t>Optionen. Auch der Option „Kopieren“. Wenn du dies angeklickt hast, kannst du den markierten Bereich an einer anderen Stelle,</w:t>
      </w:r>
    </w:p>
    <w:p>
      <w:r>
        <w:t>zum Beispiel in einem Schreibprogramm einfügen oder einen</w:t>
      </w:r>
    </w:p>
    <w:p>
      <w:r>
        <w:t>Link im Internet einfügen und aufrufen. Dafür hältst du die gewünschte Stelle, wo deine kopierten Worte/Zeichen eingefügt</w:t>
      </w:r>
    </w:p>
    <w:p>
      <w:r>
        <w:t>werden sollen gedrückt und wählst die Option „Einfügen“.</w:t>
      </w:r>
    </w:p>
    <w:p>
      <w:r/>
    </w:p>
    <w:p>
      <w:r/>
    </w:p>
    <w:p>
      <w:r/>
    </w:p>
    <w:p>
      <w:r/>
    </w:p>
    <w:p>
      <w:pPr>
        <w:pStyle w:val="Heading2"/>
      </w:pPr>
      <w:r>
        <w:t>Seite 30</w:t>
      </w:r>
    </w:p>
    <w:p>
      <w:pPr>
        <w:pStyle w:val="Heading1"/>
      </w:pPr>
      <w:r>
        <w:t>Was macht eine gute Sucherin und einen guten</w:t>
      </w:r>
    </w:p>
    <w:p>
      <w:pPr>
        <w:pStyle w:val="Heading1"/>
      </w:pPr>
      <w:r>
        <w:t>Sucher aus?</w:t>
      </w:r>
    </w:p>
    <w:p>
      <w:r>
        <w:t>Überlegt euch 5 Tipps, die bei einer erfolgreichen Suche im Internet hilfreich sind. Beachtet sowohl verschiedene</w:t>
      </w:r>
    </w:p>
    <w:p>
      <w:r>
        <w:t>Suchmaschinen als auch die passenden Sucheingaben und die richtige Auswahl der Quellen. Gestaltet dafür in der Gruppe ein Buch mit Hilfe des Bookcreators! Fügt passende Texte, Screenshots und/oder</w:t>
      </w:r>
    </w:p>
    <w:p>
      <w:r>
        <w:t>Audioaufnahmen ein, wenn ihr mögt. Die Gestaltung ist euch überlassen!</w:t>
      </w:r>
    </w:p>
    <w:p>
      <w:pPr>
        <w:pStyle w:val="Heading1"/>
      </w:pPr>
      <w:r>
        <w:t>Was macht eine gute Sucherin und einen guten</w:t>
      </w:r>
    </w:p>
    <w:p>
      <w:pPr>
        <w:pStyle w:val="Heading1"/>
      </w:pPr>
      <w:r>
        <w:t>Sucher aus?</w:t>
      </w:r>
    </w:p>
    <w:p>
      <w:r>
        <w:t>Überlegt euch 5 Tipps, die bei einer erfolgreichen Suche im Internet hilfreich sind. Beachtet sowohl verschiedene</w:t>
      </w:r>
    </w:p>
    <w:p>
      <w:r>
        <w:t>Suchmaschinen als auch die passenden Sucheingaben und die richtige Auswahl der Quellen. Gestaltet dafür in der Gruppe ein Buch mit Hilfe des Bookcreators! Fügt passende Texte, Screenshots und/oder</w:t>
      </w:r>
    </w:p>
    <w:p>
      <w:r>
        <w:t>Audioaufnahmen ein, wenn ihr mögt. Die Gestaltung ist euch überlassen!</w:t>
      </w:r>
    </w:p>
    <w:p>
      <w:r>
        <w:rPr>
          <w:i/>
        </w:rPr>
        <w:t>Quelle: Die-Internetdetektive_Vorlage.pdf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Internetdetektive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