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Internetsuche Stationsarbeit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Gruppe: ________________ Namen: ____________________________________________________________________________</w:t>
      </w:r>
    </w:p>
    <w:p>
      <w:r>
        <w:t>Internetsuche</w:t>
      </w:r>
    </w:p>
    <w:p>
      <w:r>
        <w:t>Wie suche ich richtig?</w:t>
      </w:r>
    </w:p>
    <w:p>
      <w:r>
        <w:t>(CC BY 4.0 international, Namensnennung nicht notwendig)</w:t>
      </w:r>
    </w:p>
    <w:p>
      <w:r>
        <w:drawing>
          <wp:inline xmlns:a="http://schemas.openxmlformats.org/drawingml/2006/main" xmlns:pic="http://schemas.openxmlformats.org/drawingml/2006/picture">
            <wp:extent cx="5040000" cy="333648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3336480"/>
                    </a:xfrm>
                    <a:prstGeom prst="rect"/>
                  </pic:spPr>
                </pic:pic>
              </a:graphicData>
            </a:graphic>
          </wp:inline>
        </w:drawing>
      </w:r>
    </w:p>
    <w:p>
      <w:r>
        <w:drawing>
          <wp:inline xmlns:a="http://schemas.openxmlformats.org/drawingml/2006/main" xmlns:pic="http://schemas.openxmlformats.org/drawingml/2006/picture">
            <wp:extent cx="5040000" cy="5040000"/>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1152701"/>
            <wp:docPr id="3" name="Picture 3"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152701"/>
                    </a:xfrm>
                    <a:prstGeom prst="rect"/>
                  </pic:spPr>
                </pic:pic>
              </a:graphicData>
            </a:graphic>
          </wp:inline>
        </w:drawing>
      </w:r>
    </w:p>
    <w:p>
      <w:r>
        <w:drawing>
          <wp:inline xmlns:a="http://schemas.openxmlformats.org/drawingml/2006/main" xmlns:pic="http://schemas.openxmlformats.org/drawingml/2006/picture">
            <wp:extent cx="5040000" cy="836332"/>
            <wp:docPr id="4" name="Picture 4" descr="Abbildung 4 aus dem Original, Seite 1 – Inhalt bitte im Original-PDF ansehen" title="Abbildung 4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836332"/>
                    </a:xfrm>
                    <a:prstGeom prst="rect"/>
                  </pic:spPr>
                </pic:pic>
              </a:graphicData>
            </a:graphic>
          </wp:inline>
        </w:drawing>
      </w:r>
    </w:p>
    <w:p>
      <w:r>
        <w:drawing>
          <wp:inline xmlns:a="http://schemas.openxmlformats.org/drawingml/2006/main" xmlns:pic="http://schemas.openxmlformats.org/drawingml/2006/picture">
            <wp:extent cx="5040000" cy="5040000"/>
            <wp:docPr id="5" name="Picture 5" descr="Abbildung 5 aus dem Original, Seite 1 – Inhalt bitte im Original-PDF ansehen" title="Abbildung 5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5040000"/>
                    </a:xfrm>
                    <a:prstGeom prst="rect"/>
                  </pic:spPr>
                </pic:pic>
              </a:graphicData>
            </a:graphic>
          </wp:inline>
        </w:drawing>
      </w:r>
    </w:p>
    <w:p>
      <w:pPr>
        <w:pStyle w:val="Heading2"/>
      </w:pPr>
      <w:r>
        <w:t>Seite 2</w:t>
      </w:r>
    </w:p>
    <w:p>
      <w:r>
        <w:t>Station 1</w:t>
      </w:r>
    </w:p>
    <w:p>
      <w:r>
        <w:t>| Aufgabe Sucht in den zwei verschiedenen Suchmaschinen nach dem Suchbegriff, um die Frage "Wie alt können Elefanten werden?" zu beantworten. Messt hierbei die Zeit, die ihr hierfür braucht.</w:t>
      </w:r>
    </w:p>
    <w:p>
      <w:r>
        <w:t>Suchbegriff Suchmaschine Antwort Antwort Zeit % &gt;) Elefant Blinde Kuh Suchmaschine f&amp;.... &amp; Elefant Google</w:t>
      </w:r>
    </w:p>
    <w:p>
      <w:r>
        <w:t>Google</w:t>
      </w:r>
    </w:p>
    <w:p>
      <w:r>
        <w:drawing>
          <wp:inline xmlns:a="http://schemas.openxmlformats.org/drawingml/2006/main" xmlns:pic="http://schemas.openxmlformats.org/drawingml/2006/picture">
            <wp:extent cx="5040000" cy="3908077"/>
            <wp:docPr id="6" name="Picture 6"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3908077"/>
                    </a:xfrm>
                    <a:prstGeom prst="rect"/>
                  </pic:spPr>
                </pic:pic>
              </a:graphicData>
            </a:graphic>
          </wp:inline>
        </w:drawing>
      </w:r>
    </w:p>
    <w:p>
      <w:r>
        <w:drawing>
          <wp:inline xmlns:a="http://schemas.openxmlformats.org/drawingml/2006/main" xmlns:pic="http://schemas.openxmlformats.org/drawingml/2006/picture">
            <wp:extent cx="5040000" cy="5040000"/>
            <wp:docPr id="7" name="Picture 7"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8" name="Picture 8"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p>
    <w:p>
      <w:r>
        <w:drawing>
          <wp:inline xmlns:a="http://schemas.openxmlformats.org/drawingml/2006/main" xmlns:pic="http://schemas.openxmlformats.org/drawingml/2006/picture">
            <wp:extent cx="5040000" cy="5040000"/>
            <wp:docPr id="9" name="Picture 9"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pPr>
        <w:pStyle w:val="Heading2"/>
      </w:pPr>
      <w:r>
        <w:t>Seite 3</w:t>
      </w:r>
    </w:p>
    <w:p>
      <w:r>
        <w:t>Station 1</w:t>
      </w:r>
    </w:p>
    <w:p>
      <w:r>
        <w:t>Zusatzaufgabe IV) Frage: Wie alt können Pinguine werden?</w:t>
      </w:r>
    </w:p>
    <w:p>
      <w:r>
        <w:t>Suchbegriff Suchmaschine Antwort Antwort Zeit Pinguin Blinde Kuh Suchmaschine f&amp;... &amp; I. Pinguin Google</w:t>
      </w:r>
    </w:p>
    <w:p>
      <w:r>
        <w:t>Google</w:t>
      </w:r>
    </w:p>
    <w:p>
      <w:r>
        <w:drawing>
          <wp:inline xmlns:a="http://schemas.openxmlformats.org/drawingml/2006/main" xmlns:pic="http://schemas.openxmlformats.org/drawingml/2006/picture">
            <wp:extent cx="5040000" cy="1858723"/>
            <wp:docPr id="10" name="Picture 10"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1858723"/>
                    </a:xfrm>
                    <a:prstGeom prst="rect"/>
                  </pic:spPr>
                </pic:pic>
              </a:graphicData>
            </a:graphic>
          </wp:inline>
        </w:drawing>
      </w:r>
    </w:p>
    <w:p>
      <w:r>
        <w:drawing>
          <wp:inline xmlns:a="http://schemas.openxmlformats.org/drawingml/2006/main" xmlns:pic="http://schemas.openxmlformats.org/drawingml/2006/picture">
            <wp:extent cx="5040000" cy="5040000"/>
            <wp:docPr id="11" name="Picture 11"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2" name="Picture 12"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p>
    <w:p>
      <w:r>
        <w:drawing>
          <wp:inline xmlns:a="http://schemas.openxmlformats.org/drawingml/2006/main" xmlns:pic="http://schemas.openxmlformats.org/drawingml/2006/picture">
            <wp:extent cx="5040000" cy="5040000"/>
            <wp:docPr id="13" name="Picture 13" descr="Abbildung 5 aus dem Original, Seite 3 – Inhalt bitte im Original-PDF ansehen" title="Abbildung 5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352193"/>
            <wp:docPr id="14" name="Picture 14" descr="Abbildung 6 aus dem Original, Seite 3 – Inhalt bitte im Original-PDF ansehen" title="Abbildung 6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40000" cy="352193"/>
                    </a:xfrm>
                    <a:prstGeom prst="rect"/>
                  </pic:spPr>
                </pic:pic>
              </a:graphicData>
            </a:graphic>
          </wp:inline>
        </w:drawing>
      </w:r>
    </w:p>
    <w:p>
      <w:r>
        <w:drawing>
          <wp:inline xmlns:a="http://schemas.openxmlformats.org/drawingml/2006/main" xmlns:pic="http://schemas.openxmlformats.org/drawingml/2006/picture">
            <wp:extent cx="5040000" cy="3178378"/>
            <wp:docPr id="15" name="Picture 15" descr="Abbildung 7 aus dem Original, Seite 3 – Inhalt bitte im Original-PDF ansehen" title="Abbildung 7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3178378"/>
                    </a:xfrm>
                    <a:prstGeom prst="rect"/>
                  </pic:spPr>
                </pic:pic>
              </a:graphicData>
            </a:graphic>
          </wp:inline>
        </w:drawing>
      </w:r>
    </w:p>
    <w:p>
      <w:pPr>
        <w:pStyle w:val="Heading2"/>
      </w:pPr>
      <w:r>
        <w:t>Seite 4</w:t>
      </w:r>
    </w:p>
    <w:p>
      <w:r>
        <w:t>Station 2</w:t>
      </w:r>
    </w:p>
    <w:p>
      <w:r>
        <w:t>Von grob zu fein - Suchergebnisse filtern</w:t>
      </w:r>
    </w:p>
    <w:p>
      <w:r>
        <w:t>FRE Das ist ein Eisbär. Der Eisbär ist ein besonderer Bär. Er hat helles Fell RT und wird sehr groß. Eisbären leben in der Arktis, also am Nordpol.</w:t>
      </w:r>
    </w:p>
    <w:p>
      <w:r>
        <w:t>https://kurzelinks.de/p06z</w:t>
      </w:r>
    </w:p>
    <w:p>
      <w:r>
        <w:t>sollst jetzt herausfinden welche Farbe die Haut von Eisbären hat. Dafür helfen verschied Suchanfragen.</w:t>
      </w:r>
    </w:p>
    <w:p>
      <w:r>
        <w:t>Wenn man nach etwas Bestimmten sucht, ist es manchmal besser die Suche einzugrenzen. Dafür muss man in das Suchfeld mehr Informationen eintragen und genau beschreiben wonach man sucht.</w:t>
      </w:r>
    </w:p>
    <w:p>
      <w:r>
        <w:t>Du bist auf der Internetseite „Blinde Kuh“ (www.blinde-kuh.de).</w:t>
      </w:r>
    </w:p>
    <w:p>
      <w:r>
        <w:t>1. Tippe in die Suchzeile das Wort „Bär“ ein.</w:t>
      </w:r>
    </w:p>
    <w:p>
      <w:r>
        <w:t>Gucke dir jetzt die Ergebnisse an. Siehst du irgendwo ein Foto von einem Eisbären? Scrolle oder wische herunter. JA NEIN</w:t>
      </w:r>
    </w:p>
    <w:p>
      <w:r>
        <w:drawing>
          <wp:inline xmlns:a="http://schemas.openxmlformats.org/drawingml/2006/main" xmlns:pic="http://schemas.openxmlformats.org/drawingml/2006/picture">
            <wp:extent cx="5040000" cy="1909091"/>
            <wp:docPr id="16" name="Picture 16"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1909091"/>
                    </a:xfrm>
                    <a:prstGeom prst="rect"/>
                  </pic:spPr>
                </pic:pic>
              </a:graphicData>
            </a:graphic>
          </wp:inline>
        </w:drawing>
      </w:r>
    </w:p>
    <w:p>
      <w:r>
        <w:drawing>
          <wp:inline xmlns:a="http://schemas.openxmlformats.org/drawingml/2006/main" xmlns:pic="http://schemas.openxmlformats.org/drawingml/2006/picture">
            <wp:extent cx="5040000" cy="3946905"/>
            <wp:docPr id="17" name="Picture 17"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040000" cy="3946905"/>
                    </a:xfrm>
                    <a:prstGeom prst="rect"/>
                  </pic:spPr>
                </pic:pic>
              </a:graphicData>
            </a:graphic>
          </wp:inline>
        </w:drawing>
      </w:r>
    </w:p>
    <w:p>
      <w:r>
        <w:drawing>
          <wp:inline xmlns:a="http://schemas.openxmlformats.org/drawingml/2006/main" xmlns:pic="http://schemas.openxmlformats.org/drawingml/2006/picture">
            <wp:extent cx="5040000" cy="723038"/>
            <wp:docPr id="18" name="Picture 18"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723038"/>
                    </a:xfrm>
                    <a:prstGeom prst="rect"/>
                  </pic:spPr>
                </pic:pic>
              </a:graphicData>
            </a:graphic>
          </wp:inline>
        </w:drawing>
      </w:r>
    </w:p>
    <w:p>
      <w:pPr>
        <w:pStyle w:val="Heading2"/>
      </w:pPr>
      <w:r>
        <w:t>Seite 5</w:t>
      </w:r>
    </w:p>
    <w:p>
      <w:r>
        <w:t>Station 2</w:t>
      </w:r>
    </w:p>
    <w:p>
      <w:r>
        <w:t>2. Gibin die Suchzeile das Wort „Eisbär“ ein.</w:t>
      </w:r>
    </w:p>
    <w:p>
      <w:r>
        <w:t>Wie viele Treffer gibt es?</w:t>
      </w:r>
    </w:p>
    <w:p>
      <w:r>
        <w:t>Findest du die Antwort auf die Frage? Lasse dir die Seite vorlesen. Stelle eine Stoppuhr und höre mit dem Vorlesen nach 3 Minuten auf. ©</w:t>
      </w:r>
    </w:p>
    <w:p>
      <w:r>
        <w:t>Wird die Antwort gesagt? JA NEIN</w:t>
      </w:r>
    </w:p>
    <w:p>
      <w:r>
        <w:t>3. Gib in das Suchfeld die Wörter „Eisbär Haut“ ein.</w:t>
      </w:r>
    </w:p>
    <w:p>
      <w:r>
        <w:t>Wie viele Treffer gibt es?</w:t>
      </w:r>
    </w:p>
    <w:p>
      <w:r>
        <w:t>Suche in den Ergebnissen die Antwort oder lass dir die Ergebnisse wieder vorlesen.</w:t>
      </w:r>
    </w:p>
    <w:p>
      <w:r>
        <w:t>Welche Farbe hat die Haut von Eisbären? Die Haut von Eisbären ist</w:t>
      </w:r>
    </w:p>
    <w:p>
      <w:r>
        <w:drawing>
          <wp:inline xmlns:a="http://schemas.openxmlformats.org/drawingml/2006/main" xmlns:pic="http://schemas.openxmlformats.org/drawingml/2006/picture">
            <wp:extent cx="5040000" cy="1909091"/>
            <wp:docPr id="19" name="Picture 19"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1909091"/>
                    </a:xfrm>
                    <a:prstGeom prst="rect"/>
                  </pic:spPr>
                </pic:pic>
              </a:graphicData>
            </a:graphic>
          </wp:inline>
        </w:drawing>
      </w:r>
    </w:p>
    <w:p>
      <w:r>
        <w:drawing>
          <wp:inline xmlns:a="http://schemas.openxmlformats.org/drawingml/2006/main" xmlns:pic="http://schemas.openxmlformats.org/drawingml/2006/picture">
            <wp:extent cx="5040000" cy="2061086"/>
            <wp:docPr id="20" name="Picture 20"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040000" cy="2061086"/>
                    </a:xfrm>
                    <a:prstGeom prst="rect"/>
                  </pic:spPr>
                </pic:pic>
              </a:graphicData>
            </a:graphic>
          </wp:inline>
        </w:drawing>
      </w:r>
    </w:p>
    <w:p>
      <w:r>
        <w:drawing>
          <wp:inline xmlns:a="http://schemas.openxmlformats.org/drawingml/2006/main" xmlns:pic="http://schemas.openxmlformats.org/drawingml/2006/picture">
            <wp:extent cx="5040000" cy="1369315"/>
            <wp:docPr id="21" name="Picture 21" descr="Abbildung 3 aus dem Original, Seite 5 – Inhalt bitte im Original-PDF ansehen" title="Abbildung 3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040000" cy="1369315"/>
                    </a:xfrm>
                    <a:prstGeom prst="rect"/>
                  </pic:spPr>
                </pic:pic>
              </a:graphicData>
            </a:graphic>
          </wp:inline>
        </w:drawing>
      </w:r>
    </w:p>
    <w:p>
      <w:pPr>
        <w:pStyle w:val="Heading2"/>
      </w:pPr>
      <w:r>
        <w:t>Seite 6</w:t>
      </w:r>
    </w:p>
    <w:p>
      <w:r>
        <w:t>Station 2</w:t>
      </w:r>
    </w:p>
    <w:p>
      <w:r>
        <w:t>1. Was ist dir bei der Suche aufgefallen? Worauf muss ich bei der Suche achten? Wann bin ich ein guter Sucher, eine gute Sucherin? Nutze die Diktierfunktion.</w:t>
      </w:r>
    </w:p>
    <w:p>
      <w:r>
        <w:drawing>
          <wp:inline xmlns:a="http://schemas.openxmlformats.org/drawingml/2006/main" xmlns:pic="http://schemas.openxmlformats.org/drawingml/2006/picture">
            <wp:extent cx="5040000" cy="1909091"/>
            <wp:docPr id="22" name="Picture 22"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1909091"/>
                    </a:xfrm>
                    <a:prstGeom prst="rect"/>
                  </pic:spPr>
                </pic:pic>
              </a:graphicData>
            </a:graphic>
          </wp:inline>
        </w:drawing>
      </w:r>
    </w:p>
    <w:p>
      <w:r>
        <w:drawing>
          <wp:inline xmlns:a="http://schemas.openxmlformats.org/drawingml/2006/main" xmlns:pic="http://schemas.openxmlformats.org/drawingml/2006/picture">
            <wp:extent cx="5040000" cy="2311518"/>
            <wp:docPr id="23" name="Picture 23"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040000" cy="2311518"/>
                    </a:xfrm>
                    <a:prstGeom prst="rect"/>
                  </pic:spPr>
                </pic:pic>
              </a:graphicData>
            </a:graphic>
          </wp:inline>
        </w:drawing>
      </w:r>
    </w:p>
    <w:p>
      <w:pPr>
        <w:pStyle w:val="Heading2"/>
      </w:pPr>
      <w:r>
        <w:t>Seite 7</w:t>
      </w:r>
    </w:p>
    <w:p>
      <w:r>
        <w:t>Station 2 Z. zusatzaufgabe MAY</w:t>
      </w:r>
    </w:p>
    <w:p>
      <w:r>
        <w:t>Du interessierst dich auch für den Goldfisch. Goldfische sind eine Art der Fische und Fische gehören zu den Tieren.</w:t>
      </w:r>
    </w:p>
    <w:p>
      <w:r>
        <w:t>Welcher von den Suchbegriffen ist allgemein und bringt viele Suchergebnisse und welcher Begriff istsehr genau?</w:t>
      </w:r>
    </w:p>
    <w:p>
      <w:r>
        <w:t>Ordne die Begriffe der Reihe nach und notiere die Anzahl der Treffer.</w:t>
      </w:r>
    </w:p>
    <w:p>
      <w:r>
        <w:t>Benutze dafür wieder „Blinde Kuh“. Fische - Tiere - Goldfisch ör Allgemein:</w:t>
      </w:r>
    </w:p>
    <w:p>
      <w:r>
        <w:t>Genauer: Ganz genau:</w:t>
      </w:r>
    </w:p>
    <w:p>
      <w:r>
        <w:drawing>
          <wp:inline xmlns:a="http://schemas.openxmlformats.org/drawingml/2006/main" xmlns:pic="http://schemas.openxmlformats.org/drawingml/2006/picture">
            <wp:extent cx="5040000" cy="1909091"/>
            <wp:docPr id="24" name="Picture 24"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1909091"/>
                    </a:xfrm>
                    <a:prstGeom prst="rect"/>
                  </pic:spPr>
                </pic:pic>
              </a:graphicData>
            </a:graphic>
          </wp:inline>
        </w:drawing>
      </w:r>
    </w:p>
    <w:p>
      <w:r>
        <w:drawing>
          <wp:inline xmlns:a="http://schemas.openxmlformats.org/drawingml/2006/main" xmlns:pic="http://schemas.openxmlformats.org/drawingml/2006/picture">
            <wp:extent cx="5040000" cy="3101222"/>
            <wp:docPr id="25" name="Picture 25"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040000" cy="3101222"/>
                    </a:xfrm>
                    <a:prstGeom prst="rect"/>
                  </pic:spPr>
                </pic:pic>
              </a:graphicData>
            </a:graphic>
          </wp:inline>
        </w:drawing>
      </w:r>
    </w:p>
    <w:p>
      <w:pPr>
        <w:pStyle w:val="Heading2"/>
      </w:pPr>
      <w:r>
        <w:t>Seite 8</w:t>
      </w:r>
    </w:p>
    <w:p>
      <w:r>
        <w:t>Station 3</w:t>
      </w:r>
    </w:p>
    <w:p>
      <w:r>
        <w:t>Finde die passende Webseite</w:t>
      </w:r>
    </w:p>
    <w:p>
      <w:r>
        <w:t>Aufgabe:</w:t>
      </w:r>
    </w:p>
    <w:p>
      <w:r>
        <w:t>Stell dir vor, du bekommst den Auftrag einen Steckbrief über das Tier der Löwe zu erstellen. Bei der Suchanfrage der Löwe erhältst du verschiedene Vorschläge und Webseiten. Du sollst nun anhand der vorgegebenen Webseiten (Screenshots) entscheiden, welche von diesen Webseiten geeignet für deine Recherche und welche eher ungeeignet ist. Begründe deine Entscheidung!</w:t>
      </w:r>
    </w:p>
    <w:p>
      <w:r>
        <w:t>Warnzeichen für ungeeignete Webseiten: + Zuviel Werbung « Rechtschreibfehler + Unübersichtliches / verwirrendes Layout « Unpassende Bilder</w:t>
      </w:r>
    </w:p>
    <w:p>
      <w:r>
        <w:t>U) + Thema passt nicht ® «Ist der Text angemessen?</w:t>
      </w:r>
    </w:p>
    <w:p>
      <w:r>
        <w:t>Hier könnt ihr eure Antwort einsprechen!</w:t>
      </w:r>
    </w:p>
    <w:p>
      <w:r>
        <w:t>https://kurzelinks.de/517m By Alexandra Koch</w:t>
      </w:r>
    </w:p>
    <w:p>
      <w:r>
        <w:drawing>
          <wp:inline xmlns:a="http://schemas.openxmlformats.org/drawingml/2006/main" xmlns:pic="http://schemas.openxmlformats.org/drawingml/2006/picture">
            <wp:extent cx="5040000" cy="2129158"/>
            <wp:docPr id="26" name="Picture 26"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040000" cy="2129158"/>
                    </a:xfrm>
                    <a:prstGeom prst="rect"/>
                  </pic:spPr>
                </pic:pic>
              </a:graphicData>
            </a:graphic>
          </wp:inline>
        </w:drawing>
      </w:r>
    </w:p>
    <w:p>
      <w:r>
        <w:drawing>
          <wp:inline xmlns:a="http://schemas.openxmlformats.org/drawingml/2006/main" xmlns:pic="http://schemas.openxmlformats.org/drawingml/2006/picture">
            <wp:extent cx="5040000" cy="2198024"/>
            <wp:docPr id="27" name="Picture 27"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040000" cy="2198024"/>
                    </a:xfrm>
                    <a:prstGeom prst="rect"/>
                  </pic:spPr>
                </pic:pic>
              </a:graphicData>
            </a:graphic>
          </wp:inline>
        </w:drawing>
      </w:r>
    </w:p>
    <w:p>
      <w:r>
        <w:drawing>
          <wp:inline xmlns:a="http://schemas.openxmlformats.org/drawingml/2006/main" xmlns:pic="http://schemas.openxmlformats.org/drawingml/2006/picture">
            <wp:extent cx="5040000" cy="12001076"/>
            <wp:docPr id="28" name="Picture 28" descr="Abbildung 3 aus dem Original, Seite 8 – Inhalt bitte im Original-PDF ansehen" title="Abbildung 3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040000" cy="12001076"/>
                    </a:xfrm>
                    <a:prstGeom prst="rect"/>
                  </pic:spPr>
                </pic:pic>
              </a:graphicData>
            </a:graphic>
          </wp:inline>
        </w:drawing>
      </w:r>
    </w:p>
    <w:p>
      <w:r>
        <w:drawing>
          <wp:inline xmlns:a="http://schemas.openxmlformats.org/drawingml/2006/main" xmlns:pic="http://schemas.openxmlformats.org/drawingml/2006/picture">
            <wp:extent cx="5040000" cy="6521159"/>
            <wp:docPr id="29" name="Picture 29" descr="Abbildung 4 aus dem Original, Seite 8 – Inhalt bitte im Original-PDF ansehen" title="Abbildung 4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040000" cy="6521159"/>
                    </a:xfrm>
                    <a:prstGeom prst="rect"/>
                  </pic:spPr>
                </pic:pic>
              </a:graphicData>
            </a:graphic>
          </wp:inline>
        </w:drawing>
      </w:r>
    </w:p>
    <w:p>
      <w:r>
        <w:drawing>
          <wp:inline xmlns:a="http://schemas.openxmlformats.org/drawingml/2006/main" xmlns:pic="http://schemas.openxmlformats.org/drawingml/2006/picture">
            <wp:extent cx="5040000" cy="1904230"/>
            <wp:docPr id="30" name="Picture 30" descr="Abbildung 5 aus dem Original, Seite 8 – Inhalt bitte im Original-PDF ansehen" title="Abbildung 5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040000" cy="1904230"/>
                    </a:xfrm>
                    <a:prstGeom prst="rect"/>
                  </pic:spPr>
                </pic:pic>
              </a:graphicData>
            </a:graphic>
          </wp:inline>
        </w:drawing>
      </w:r>
    </w:p>
    <w:p>
      <w:pPr>
        <w:pStyle w:val="Heading2"/>
      </w:pPr>
      <w:r>
        <w:t>Seite 9</w:t>
      </w:r>
    </w:p>
    <w:p>
      <w:r>
        <w:t>Hier bitte ein Screenshot zu der Yoga-Figur der Löwe einfügen.</w:t>
      </w:r>
    </w:p>
    <w:p>
      <w:r>
        <w:drawing>
          <wp:inline xmlns:a="http://schemas.openxmlformats.org/drawingml/2006/main" xmlns:pic="http://schemas.openxmlformats.org/drawingml/2006/picture">
            <wp:extent cx="5040000" cy="1963373"/>
            <wp:docPr id="31" name="Picture 31"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10</w:t>
      </w:r>
    </w:p>
    <w:p>
      <w:r>
        <w:t>Hier bitte ein Screenshot mit Informationen zu dem Film "Der Wolf und der Löwe" einfügen.</w:t>
      </w:r>
    </w:p>
    <w:p>
      <w:r>
        <w:drawing>
          <wp:inline xmlns:a="http://schemas.openxmlformats.org/drawingml/2006/main" xmlns:pic="http://schemas.openxmlformats.org/drawingml/2006/picture">
            <wp:extent cx="5040000" cy="1963373"/>
            <wp:docPr id="32" name="Picture 32"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11</w:t>
      </w:r>
    </w:p>
    <w:p>
      <w:r>
        <w:t>Hier bitte ein Screenshot von der Website "SWR Kindernetz" und dem Artikel "Steckbrief: Löwe" einfügen.</w:t>
      </w:r>
    </w:p>
    <w:p>
      <w:r>
        <w:drawing>
          <wp:inline xmlns:a="http://schemas.openxmlformats.org/drawingml/2006/main" xmlns:pic="http://schemas.openxmlformats.org/drawingml/2006/picture">
            <wp:extent cx="5040000" cy="1963373"/>
            <wp:docPr id="33" name="Picture 33" descr="Abbildung 1 aus dem Original, Seite 11 – Inhalt bitte im Original-PDF ansehen" title="Abbildung 1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12</w:t>
      </w:r>
    </w:p>
    <w:p>
      <w:r>
        <w:t>Hier bitte den Klexikon Beitrag zum Thema Löwe einfügen</w:t>
      </w:r>
    </w:p>
    <w:p>
      <w:r>
        <w:drawing>
          <wp:inline xmlns:a="http://schemas.openxmlformats.org/drawingml/2006/main" xmlns:pic="http://schemas.openxmlformats.org/drawingml/2006/picture">
            <wp:extent cx="5040000" cy="1963373"/>
            <wp:docPr id="34" name="Picture 34" descr="Abbildung 1 aus dem Original, Seite 12 – Inhalt bitte im Original-PDF ansehen" title="Abbildung 1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13</w:t>
      </w:r>
    </w:p>
    <w:p>
      <w:r>
        <w:t>Hier bitte ein Screenshot der Steiff-Website von dem Stofftier "Leo Löwe" einfügen.</w:t>
      </w:r>
    </w:p>
    <w:p>
      <w:r>
        <w:drawing>
          <wp:inline xmlns:a="http://schemas.openxmlformats.org/drawingml/2006/main" xmlns:pic="http://schemas.openxmlformats.org/drawingml/2006/picture">
            <wp:extent cx="5040000" cy="1963373"/>
            <wp:docPr id="35" name="Picture 35" descr="Abbildung 1 aus dem Original, Seite 13 – Inhalt bitte im Original-PDF ansehen" title="Abbildung 1 aus dem Original, Seite 1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14</w:t>
      </w:r>
    </w:p>
    <w:p>
      <w:r>
        <w:t>Hier bitte ein Screenshot von der Wikipedia-Website zum Thema "Löwe" einfügen.</w:t>
      </w:r>
    </w:p>
    <w:p>
      <w:r>
        <w:drawing>
          <wp:inline xmlns:a="http://schemas.openxmlformats.org/drawingml/2006/main" xmlns:pic="http://schemas.openxmlformats.org/drawingml/2006/picture">
            <wp:extent cx="5040000" cy="1963373"/>
            <wp:docPr id="36" name="Picture 36" descr="Abbildung 1 aus dem Original, Seite 14 – Inhalt bitte im Original-PDF ansehen" title="Abbildung 1 aus dem Original, Seite 1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15</w:t>
      </w:r>
    </w:p>
    <w:p>
      <w:r>
        <w:t>Hier bitte ein Screenshot von der Instagram-Suche "#löwe" einfügen.</w:t>
      </w:r>
    </w:p>
    <w:p>
      <w:r>
        <w:drawing>
          <wp:inline xmlns:a="http://schemas.openxmlformats.org/drawingml/2006/main" xmlns:pic="http://schemas.openxmlformats.org/drawingml/2006/picture">
            <wp:extent cx="5040000" cy="1963373"/>
            <wp:docPr id="37" name="Picture 37" descr="Abbildung 1 aus dem Original, Seite 15 – Inhalt bitte im Original-PDF ansehen" title="Abbildung 1 aus dem Original, Seite 1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16</w:t>
      </w:r>
    </w:p>
    <w:p>
      <w:r>
        <w:t>Hier bitte ein Screenshot von der Website "SWR Kindernetz" und dem Artikel "Steckbrief: Hund" einfügen.</w:t>
      </w:r>
    </w:p>
    <w:p>
      <w:r>
        <w:t>Stell dir nun vor einen Steckbrief von einem Hund zu erstellen. Welche Website kann dir helfen?</w:t>
      </w:r>
    </w:p>
    <w:p>
      <w:r>
        <w:drawing>
          <wp:inline xmlns:a="http://schemas.openxmlformats.org/drawingml/2006/main" xmlns:pic="http://schemas.openxmlformats.org/drawingml/2006/picture">
            <wp:extent cx="5040000" cy="1963373"/>
            <wp:docPr id="38" name="Picture 38" descr="Abbildung 1 aus dem Original, Seite 16 – Inhalt bitte im Original-PDF ansehen" title="Abbildung 1 aus dem Original, Seite 1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r>
        <w:drawing>
          <wp:inline xmlns:a="http://schemas.openxmlformats.org/drawingml/2006/main" xmlns:pic="http://schemas.openxmlformats.org/drawingml/2006/picture">
            <wp:extent cx="5040000" cy="1293451"/>
            <wp:docPr id="39" name="Picture 39" descr="Abbildung 2 aus dem Original, Seite 16 – Inhalt bitte im Original-PDF ansehen" title="Abbildung 2 aus dem Original, Seite 1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040000" cy="1293451"/>
                    </a:xfrm>
                    <a:prstGeom prst="rect"/>
                  </pic:spPr>
                </pic:pic>
              </a:graphicData>
            </a:graphic>
          </wp:inline>
        </w:drawing>
      </w:r>
    </w:p>
    <w:p>
      <w:pPr>
        <w:pStyle w:val="Heading2"/>
      </w:pPr>
      <w:r>
        <w:t>Seite 17</w:t>
      </w:r>
    </w:p>
    <w:p>
      <w:r>
        <w:t>Hier bitte ein Screenshot von der Amazon Website einfügen. In die Suchleiste wird der Begriff "Und eingefügt.</w:t>
      </w:r>
    </w:p>
    <w:p>
      <w:r>
        <w:drawing>
          <wp:inline xmlns:a="http://schemas.openxmlformats.org/drawingml/2006/main" xmlns:pic="http://schemas.openxmlformats.org/drawingml/2006/picture">
            <wp:extent cx="5040000" cy="1963373"/>
            <wp:docPr id="40" name="Picture 40" descr="Abbildung 1 aus dem Original, Seite 17 – Inhalt bitte im Original-PDF ansehen" title="Abbildung 1 aus dem Original, Seite 1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18</w:t>
      </w:r>
    </w:p>
    <w:p>
      <w:r>
        <w:t>Hier bitte ein Screenshot von der Website "der Hund" einfügen.</w:t>
      </w:r>
    </w:p>
    <w:p>
      <w:r>
        <w:drawing>
          <wp:inline xmlns:a="http://schemas.openxmlformats.org/drawingml/2006/main" xmlns:pic="http://schemas.openxmlformats.org/drawingml/2006/picture">
            <wp:extent cx="5040000" cy="1963373"/>
            <wp:docPr id="41" name="Picture 41" descr="Abbildung 1 aus dem Original, Seite 18 – Inhalt bitte im Original-PDF ansehen" title="Abbildung 1 aus dem Original, Seite 1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040000" cy="1963373"/>
                    </a:xfrm>
                    <a:prstGeom prst="rect"/>
                  </pic:spPr>
                </pic:pic>
              </a:graphicData>
            </a:graphic>
          </wp:inline>
        </w:drawing>
      </w:r>
    </w:p>
    <w:p>
      <w:pPr>
        <w:pStyle w:val="Heading2"/>
      </w:pPr>
      <w:r>
        <w:t>Seite 19</w:t>
      </w:r>
    </w:p>
    <w:p>
      <w:r>
        <w:t>Station 4</w:t>
      </w:r>
    </w:p>
    <w:p>
      <w:r>
        <w:t>Fotofunktionen Aufgabe: Beantworte Folgende Fragen und nutze das angegebene Tool um die Antwort zu bekommen. Bei jeder Frage kannst du die Vorlesefunktion zum</w:t>
      </w:r>
    </w:p>
    <w:p>
      <w:r>
        <w:t>Lesen der Frage benutzen</w:t>
      </w:r>
    </w:p>
    <w:p>
      <w:r>
        <w:t>Welches Tier siehst du ? Benutze die Foto Funktion um das herauszufinden.</w:t>
      </w:r>
    </w:p>
    <w:p>
      <w:r>
        <w:t>https://pxhere.com/de/phot0/753117? utm_content=shareClip&amp;utm_mediumsreferral&amp;utm_source=pxhere</w:t>
      </w:r>
    </w:p>
    <w:p>
      <w:r>
        <w:t>Welches ist euer Lieblingstier, suche ein Bild und kopiere dies in den Bookcreator.</w:t>
      </w:r>
    </w:p>
    <w:p>
      <w:r>
        <w:drawing>
          <wp:inline xmlns:a="http://schemas.openxmlformats.org/drawingml/2006/main" xmlns:pic="http://schemas.openxmlformats.org/drawingml/2006/picture">
            <wp:extent cx="5040000" cy="1719763"/>
            <wp:docPr id="42" name="Picture 42" descr="Abbildung 1 aus dem Original, Seite 19 – Inhalt bitte im Original-PDF ansehen" title="Abbildung 1 aus dem Original, Seite 1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040000" cy="1719763"/>
                    </a:xfrm>
                    <a:prstGeom prst="rect"/>
                  </pic:spPr>
                </pic:pic>
              </a:graphicData>
            </a:graphic>
          </wp:inline>
        </w:drawing>
      </w:r>
    </w:p>
    <w:p>
      <w:r>
        <w:drawing>
          <wp:inline xmlns:a="http://schemas.openxmlformats.org/drawingml/2006/main" xmlns:pic="http://schemas.openxmlformats.org/drawingml/2006/picture">
            <wp:extent cx="5040000" cy="2937794"/>
            <wp:docPr id="43" name="Picture 43" descr="Abbildung 2 aus dem Original, Seite 19 – Inhalt bitte im Original-PDF ansehen" title="Abbildung 2 aus dem Original, Seite 1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040000" cy="2937794"/>
                    </a:xfrm>
                    <a:prstGeom prst="rect"/>
                  </pic:spPr>
                </pic:pic>
              </a:graphicData>
            </a:graphic>
          </wp:inline>
        </w:drawing>
      </w:r>
    </w:p>
    <w:p>
      <w:r>
        <w:drawing>
          <wp:inline xmlns:a="http://schemas.openxmlformats.org/drawingml/2006/main" xmlns:pic="http://schemas.openxmlformats.org/drawingml/2006/picture">
            <wp:extent cx="5040000" cy="4374545"/>
            <wp:docPr id="44" name="Picture 44" descr="Abbildung 3 aus dem Original, Seite 19 – Inhalt bitte im Original-PDF ansehen" title="Abbildung 3 aus dem Original, Seite 1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5040000" cy="4374545"/>
                    </a:xfrm>
                    <a:prstGeom prst="rect"/>
                  </pic:spPr>
                </pic:pic>
              </a:graphicData>
            </a:graphic>
          </wp:inline>
        </w:drawing>
      </w:r>
    </w:p>
    <w:p>
      <w:r>
        <w:drawing>
          <wp:inline xmlns:a="http://schemas.openxmlformats.org/drawingml/2006/main" xmlns:pic="http://schemas.openxmlformats.org/drawingml/2006/picture">
            <wp:extent cx="5040000" cy="3355887"/>
            <wp:docPr id="45" name="Picture 45" descr="Abbildung 4 aus dem Original, Seite 19 – Inhalt bitte im Original-PDF ansehen" title="Abbildung 4 aus dem Original, Seite 1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040000" cy="3355887"/>
                    </a:xfrm>
                    <a:prstGeom prst="rect"/>
                  </pic:spPr>
                </pic:pic>
              </a:graphicData>
            </a:graphic>
          </wp:inline>
        </w:drawing>
      </w:r>
    </w:p>
    <w:p>
      <w:r>
        <w:drawing>
          <wp:inline xmlns:a="http://schemas.openxmlformats.org/drawingml/2006/main" xmlns:pic="http://schemas.openxmlformats.org/drawingml/2006/picture">
            <wp:extent cx="5040000" cy="436154"/>
            <wp:docPr id="46" name="Picture 46" descr="Abbildung 5 aus dem Original, Seite 19 – Inhalt bitte im Original-PDF ansehen" title="Abbildung 5 aus dem Original, Seite 1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040000" cy="436154"/>
                    </a:xfrm>
                    <a:prstGeom prst="rect"/>
                  </pic:spPr>
                </pic:pic>
              </a:graphicData>
            </a:graphic>
          </wp:inline>
        </w:drawing>
      </w:r>
    </w:p>
    <w:p>
      <w:pPr>
        <w:pStyle w:val="Heading2"/>
      </w:pPr>
      <w:r>
        <w:t>Seite 20</w:t>
      </w:r>
    </w:p>
    <w:p>
      <w:r>
        <w:t>Station 4</w:t>
      </w:r>
    </w:p>
    <w:p>
      <w:r>
        <w:t>Welches Tier frisst Heu, suche zwei. Gebe die Frage in die Suchleiste ein und finde mithilfe der Vorlese- und Diktierfunktion zwei Tiere und füge jeweils ein Bild mit dem Namen des Tieres ein.</w:t>
      </w:r>
    </w:p>
    <w:p>
      <w:r>
        <w:drawing>
          <wp:inline xmlns:a="http://schemas.openxmlformats.org/drawingml/2006/main" xmlns:pic="http://schemas.openxmlformats.org/drawingml/2006/picture">
            <wp:extent cx="5040000" cy="1719763"/>
            <wp:docPr id="47" name="Picture 47" descr="Abbildung 1 aus dem Original, Seite 20 – Inhalt bitte im Original-PDF ansehen" title="Abbildung 1 aus dem Original, Seite 2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040000" cy="1719763"/>
                    </a:xfrm>
                    <a:prstGeom prst="rect"/>
                  </pic:spPr>
                </pic:pic>
              </a:graphicData>
            </a:graphic>
          </wp:inline>
        </w:drawing>
      </w:r>
    </w:p>
    <w:p>
      <w:r>
        <w:drawing>
          <wp:inline xmlns:a="http://schemas.openxmlformats.org/drawingml/2006/main" xmlns:pic="http://schemas.openxmlformats.org/drawingml/2006/picture">
            <wp:extent cx="5040000" cy="655238"/>
            <wp:docPr id="48" name="Picture 48" descr="Abbildung 2 aus dem Original, Seite 20 – Inhalt bitte im Original-PDF ansehen" title="Abbildung 2 aus dem Original, Seite 2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040000" cy="655238"/>
                    </a:xfrm>
                    <a:prstGeom prst="rect"/>
                  </pic:spPr>
                </pic:pic>
              </a:graphicData>
            </a:graphic>
          </wp:inline>
        </w:drawing>
      </w:r>
    </w:p>
    <w:p>
      <w:pPr>
        <w:pStyle w:val="Heading2"/>
      </w:pPr>
      <w:r>
        <w:t>Seite 21</w:t>
      </w:r>
    </w:p>
    <w:p>
      <w:r>
        <w:t>Hier könnt ihr eure Antwort einsprechen!</w:t>
      </w:r>
    </w:p>
    <w:p>
      <w:r>
        <w:drawing>
          <wp:inline xmlns:a="http://schemas.openxmlformats.org/drawingml/2006/main" xmlns:pic="http://schemas.openxmlformats.org/drawingml/2006/picture">
            <wp:extent cx="5040000" cy="1719763"/>
            <wp:docPr id="49" name="Picture 49" descr="Abbildung 1 aus dem Original, Seite 21 – Inhalt bitte im Original-PDF ansehen" title="Abbildung 1 aus dem Original, Seite 2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040000" cy="1719763"/>
                    </a:xfrm>
                    <a:prstGeom prst="rect"/>
                  </pic:spPr>
                </pic:pic>
              </a:graphicData>
            </a:graphic>
          </wp:inline>
        </w:drawing>
      </w:r>
    </w:p>
    <w:p>
      <w:r>
        <w:drawing>
          <wp:inline xmlns:a="http://schemas.openxmlformats.org/drawingml/2006/main" xmlns:pic="http://schemas.openxmlformats.org/drawingml/2006/picture">
            <wp:extent cx="5040000" cy="2049524"/>
            <wp:docPr id="50" name="Picture 50" descr="Abbildung 2 aus dem Original, Seite 21 – Inhalt bitte im Original-PDF ansehen" title="Abbildung 2 aus dem Original, Seite 2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040000" cy="2049524"/>
                    </a:xfrm>
                    <a:prstGeom prst="rect"/>
                  </pic:spPr>
                </pic:pic>
              </a:graphicData>
            </a:graphic>
          </wp:inline>
        </w:drawing>
      </w:r>
    </w:p>
    <w:p>
      <w:r>
        <w:rPr>
          <w:i/>
        </w:rPr>
        <w:t>Hinweis: Teile des Textes wurden per automatischer Texterkennung aus Bildern übernommen und können Fehler enthalten.</w:t>
      </w:r>
    </w:p>
    <w:p>
      <w:r>
        <w:rPr>
          <w:i/>
        </w:rPr>
        <w:t>Quelle: Internetsuche-Stationsarbeit.pdf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jpg"/><Relationship Id="rId19" Type="http://schemas.openxmlformats.org/officeDocument/2006/relationships/image" Target="media/image11.pn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pn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pn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Internetsuche Stationsarbeit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