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Wanderup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pPr>
        <w:pStyle w:val="Heading2"/>
      </w:pPr>
      <w:r>
        <w:t>Top</w:t>
      </w:r>
    </w:p>
    <w:p>
      <w:pPr>
        <w:pStyle w:val="Heading2"/>
      </w:pPr>
      <w:r>
        <w:t>oder</w:t>
      </w:r>
    </w:p>
    <w:p>
      <w:pPr>
        <w:pStyle w:val="Heading2"/>
      </w:pPr>
      <w:r>
        <w:t>Flop</w:t>
      </w:r>
    </w:p>
    <w:p>
      <w:r>
        <w:t>Was hat dir gut gefallen, was nicht?</w:t>
      </w:r>
    </w:p>
    <w:p>
      <w:r>
        <w:t>Was ist dir aufgefallen?</w:t>
      </w:r>
    </w:p>
    <w:p>
      <w:r>
        <w:t>______________</w:t>
      </w:r>
    </w:p>
    <w:p>
      <w:r>
        <w:t>____________ ______________</w:t>
      </w:r>
    </w:p>
    <w:p>
      <w:pPr>
        <w:pStyle w:val="Heading1"/>
      </w:pPr>
      <w:r>
        <w:t>YouTube</w:t>
      </w:r>
    </w:p>
    <w:p>
      <w:r>
        <w:t>______________</w:t>
      </w:r>
    </w:p>
    <w:p>
      <w:r>
        <w:t>____________ ______________</w:t>
      </w:r>
    </w:p>
    <w:p>
      <w:r>
        <w:t>___________ ___________</w:t>
      </w:r>
    </w:p>
    <w:p>
      <w:r>
        <w:t>______________</w:t>
      </w:r>
    </w:p>
    <w:p>
      <w:r>
        <w:t>____________ ______________</w:t>
      </w:r>
    </w:p>
    <w:p>
      <w:r>
        <w:t>_____________ _____________ _____________</w:t>
      </w:r>
    </w:p>
    <w:p>
      <w:r/>
    </w:p>
    <w:p>
      <w:pPr>
        <w:pStyle w:val="Heading2"/>
      </w:pPr>
      <w:r>
        <w:t>Seite 2</w:t>
      </w:r>
    </w:p>
    <w:p>
      <w:pPr>
        <w:pStyle w:val="Heading2"/>
      </w:pPr>
      <w:r>
        <w:t>Top</w:t>
      </w:r>
    </w:p>
    <w:p>
      <w:pPr>
        <w:pStyle w:val="Heading2"/>
      </w:pPr>
      <w:r>
        <w:t>oder</w:t>
      </w:r>
    </w:p>
    <w:p>
      <w:pPr>
        <w:pStyle w:val="Heading2"/>
      </w:pPr>
      <w:r>
        <w:t>Flop</w:t>
      </w:r>
    </w:p>
    <w:p>
      <w:r>
        <w:t>Was hat dir gut gefallen, was nicht?</w:t>
      </w:r>
    </w:p>
    <w:p>
      <w:r>
        <w:t>Was ist dir aufgefallen?</w:t>
      </w:r>
    </w:p>
    <w:p>
      <w:r>
        <w:t>______________</w:t>
      </w:r>
    </w:p>
    <w:p>
      <w:r>
        <w:t>____________ ______________</w:t>
      </w:r>
    </w:p>
    <w:p>
      <w:pPr>
        <w:pStyle w:val="Heading1"/>
      </w:pPr>
      <w:r>
        <w:t>Google</w:t>
      </w:r>
    </w:p>
    <w:p>
      <w:r>
        <w:t>______________</w:t>
      </w:r>
    </w:p>
    <w:p>
      <w:r>
        <w:t>____________ ______________</w:t>
      </w:r>
    </w:p>
    <w:p>
      <w:r>
        <w:t>___________ ___________</w:t>
      </w:r>
    </w:p>
    <w:p>
      <w:r>
        <w:t>______________</w:t>
      </w:r>
    </w:p>
    <w:p>
      <w:r>
        <w:t>____________ ______________</w:t>
      </w:r>
    </w:p>
    <w:p>
      <w:r>
        <w:t>_____________ _____________ _____________</w:t>
      </w:r>
    </w:p>
    <w:p>
      <w:r/>
    </w:p>
    <w:p>
      <w:pPr>
        <w:pStyle w:val="Heading2"/>
      </w:pPr>
      <w:r>
        <w:t>Seite 3</w:t>
      </w:r>
    </w:p>
    <w:p>
      <w:pPr>
        <w:pStyle w:val="Heading2"/>
      </w:pPr>
      <w:r>
        <w:t>Top</w:t>
      </w:r>
    </w:p>
    <w:p>
      <w:pPr>
        <w:pStyle w:val="Heading2"/>
      </w:pPr>
      <w:r>
        <w:t>oder</w:t>
      </w:r>
    </w:p>
    <w:p>
      <w:pPr>
        <w:pStyle w:val="Heading2"/>
      </w:pPr>
      <w:r>
        <w:t>Flop</w:t>
      </w:r>
    </w:p>
    <w:p>
      <w:r>
        <w:t>Was hat dir gut gefallen, was nicht?</w:t>
      </w:r>
    </w:p>
    <w:p>
      <w:r>
        <w:t>Was ist dir aufgefallen?</w:t>
      </w:r>
    </w:p>
    <w:p>
      <w:r>
        <w:t>______________</w:t>
      </w:r>
    </w:p>
    <w:p>
      <w:r>
        <w:t>____________ ______________</w:t>
      </w:r>
    </w:p>
    <w:p>
      <w:pPr>
        <w:pStyle w:val="Heading1"/>
      </w:pPr>
      <w:r>
        <w:t>FragFinn</w:t>
      </w:r>
    </w:p>
    <w:p>
      <w:r>
        <w:t>______________</w:t>
      </w:r>
    </w:p>
    <w:p>
      <w:r>
        <w:t>____________ ______________</w:t>
      </w:r>
    </w:p>
    <w:p>
      <w:r>
        <w:t>___________ ___________</w:t>
      </w:r>
    </w:p>
    <w:p>
      <w:r>
        <w:t>______________</w:t>
      </w:r>
    </w:p>
    <w:p>
      <w:r>
        <w:t>____________ ______________</w:t>
      </w:r>
    </w:p>
    <w:p>
      <w:r>
        <w:t>_____________ _____________ _____________</w:t>
      </w:r>
    </w:p>
    <w:p>
      <w:r/>
    </w:p>
    <w:p>
      <w:r>
        <w:rPr>
          <w:i/>
        </w:rPr>
        <w:t>Quelle: Reflexion-der-Stationen-1.pdf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Wanderup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