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KI_Stationsarbeit_Klasse 4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25.01.2023</w:t>
      </w:r>
    </w:p>
    <w:p>
      <w:r>
        <w:t>Name: __________</w:t>
      </w:r>
    </w:p>
    <w:p>
      <w:pPr>
        <w:pStyle w:val="Heading1"/>
      </w:pPr>
      <w:r>
        <w:t>◌</w:t>
      </w:r>
    </w:p>
    <w:p>
      <w:pPr>
        <w:pStyle w:val="Heading1"/>
      </w:pPr>
      <w:r>
        <w:t>AUFGABE: Schreibt</w:t>
      </w:r>
    </w:p>
    <w:p>
      <w:pPr>
        <w:pStyle w:val="Heading1"/>
      </w:pPr>
      <w:r>
        <w:t>mit Hilfe der KI eine</w:t>
      </w:r>
    </w:p>
    <w:p>
      <w:pPr>
        <w:pStyle w:val="Heading1"/>
      </w:pPr>
      <w:r>
        <w:t>Postkarte an einen</w:t>
      </w:r>
    </w:p>
    <w:p>
      <w:pPr>
        <w:pStyle w:val="Heading1"/>
      </w:pPr>
      <w:r>
        <w:t>Freund oder eine</w:t>
      </w:r>
    </w:p>
    <w:p>
      <w:pPr>
        <w:pStyle w:val="Heading1"/>
      </w:pPr>
      <w:r>
        <w:t>Freundin.</w:t>
      </w:r>
    </w:p>
    <w:p>
      <w:pPr>
        <w:pStyle w:val="Heading1"/>
      </w:pPr>
      <w:r>
        <w:t>Noch ein paar Informationen für Euch</w:t>
      </w:r>
    </w:p>
    <w:p>
      <w:pPr>
        <w:pStyle w:val="Heading1"/>
      </w:pPr>
      <w:r>
        <w:t>und die KI: Du bist im Urlaub mit deiner</w:t>
      </w:r>
    </w:p>
    <w:p>
      <w:pPr>
        <w:pStyle w:val="Heading1"/>
      </w:pPr>
      <w:r>
        <w:t>Familie und möchtest von einem</w:t>
      </w:r>
    </w:p>
    <w:p>
      <w:pPr>
        <w:pStyle w:val="Heading1"/>
      </w:pPr>
      <w:r>
        <w:t>schönen Erlebnis aus dem Urlaub</w:t>
      </w:r>
    </w:p>
    <w:p>
      <w:pPr>
        <w:pStyle w:val="Heading1"/>
      </w:pPr>
      <w:r>
        <w:t>erzählen.</w:t>
      </w:r>
    </w:p>
    <w:p>
      <w:pPr>
        <w:pStyle w:val="Heading2"/>
      </w:pPr>
      <w:r>
        <w:t>Seite 2</w:t>
      </w:r>
    </w:p>
    <w:p>
      <w:r>
        <w:t>25.01.2023</w:t>
      </w:r>
    </w:p>
    <w:p>
      <w:r>
        <w:t>Name: __________</w:t>
      </w:r>
    </w:p>
    <w:p>
      <w:pPr>
        <w:pStyle w:val="Heading1"/>
      </w:pPr>
      <w:r>
        <w:t>◊</w:t>
      </w:r>
    </w:p>
    <w:p>
      <w:pPr>
        <w:pStyle w:val="Heading1"/>
      </w:pPr>
      <w:r>
        <w:t>AUFGABE:</w:t>
      </w:r>
    </w:p>
    <w:p>
      <w:pPr>
        <w:pStyle w:val="Heading1"/>
      </w:pPr>
      <w:r>
        <w:t>Versucht mit der KI eure Schule zu</w:t>
      </w:r>
    </w:p>
    <w:p>
      <w:pPr>
        <w:pStyle w:val="Heading1"/>
      </w:pPr>
      <w:r>
        <w:t>zeichnen und werdet hierbei kreativ!</w:t>
      </w:r>
    </w:p>
    <w:p>
      <w:pPr>
        <w:pStyle w:val="Heading1"/>
      </w:pPr>
      <w:r>
        <w:t>Sichere die Werke mit Hilfe vom Book</w:t>
      </w:r>
    </w:p>
    <w:p>
      <w:pPr>
        <w:pStyle w:val="Heading1"/>
      </w:pPr>
      <w:r>
        <w:t>Creator.</w:t>
      </w:r>
    </w:p>
    <w:p>
      <w:pPr>
        <w:pStyle w:val="Heading1"/>
      </w:pPr>
      <w:r>
        <w:t>Schreibt eure Erfahrungen auf.</w:t>
      </w:r>
    </w:p>
    <w:p>
      <w:pPr>
        <w:pStyle w:val="Heading2"/>
      </w:pPr>
      <w:r>
        <w:t>Seite 3</w:t>
      </w:r>
    </w:p>
    <w:p>
      <w:r>
        <w:t>25.01.2023</w:t>
      </w:r>
    </w:p>
    <w:p>
      <w:r>
        <w:t>Name: __________</w:t>
      </w:r>
    </w:p>
    <w:p>
      <w:pPr>
        <w:pStyle w:val="Heading1"/>
      </w:pPr>
      <w:r>
        <w:t>◊</w:t>
      </w:r>
    </w:p>
    <w:p>
      <w:pPr>
        <w:pStyle w:val="Heading2"/>
      </w:pPr>
      <w:r>
        <w:t>Hier einige Hilfen für dich…</w:t>
      </w:r>
    </w:p>
    <w:p>
      <w:r>
        <w:t>Wie kann man zeichnen/</w:t>
      </w:r>
    </w:p>
    <w:p>
      <w:r>
        <w:t>malen?</w:t>
      </w:r>
    </w:p>
    <w:p>
      <w:pPr>
        <w:pStyle w:val="ListBullet"/>
      </w:pPr>
      <w:r>
        <w:t>Schwarz-weiß</w:t>
      </w:r>
    </w:p>
    <w:p>
      <w:pPr>
        <w:pStyle w:val="ListBullet"/>
      </w:pPr>
      <w:r>
        <w:t>Bunt-zeichnen</w:t>
      </w:r>
    </w:p>
    <w:p>
      <w:pPr>
        <w:pStyle w:val="ListBullet"/>
      </w:pPr>
      <w:r>
        <w:t>Cartoon</w:t>
      </w:r>
    </w:p>
    <w:p>
      <w:pPr>
        <w:pStyle w:val="ListBullet"/>
      </w:pPr>
      <w:r>
        <w:t>Digital</w:t>
      </w:r>
    </w:p>
    <w:p>
      <w:pPr>
        <w:pStyle w:val="ListBullet"/>
      </w:pPr>
      <w:r>
        <w:t>Fotorealistisch</w:t>
      </w:r>
    </w:p>
    <w:p>
      <w:pPr>
        <w:pStyle w:val="ListBullet"/>
      </w:pPr>
      <w:r>
        <w:t>Van Gogh Stil</w:t>
      </w:r>
    </w:p>
    <w:p>
      <w:r>
        <w:t>7. David Hockney Stil</w:t>
      </w:r>
    </w:p>
    <w:p>
      <w:pPr>
        <w:pStyle w:val="ListBullet"/>
      </w:pPr>
      <w:r>
        <w:t>Andy Warhol</w:t>
      </w:r>
    </w:p>
    <w:p>
      <w:pPr>
        <w:pStyle w:val="ListBullet"/>
      </w:pPr>
      <w:r>
        <w:t>Altes Polaroid</w:t>
      </w:r>
    </w:p>
    <w:p>
      <w:pPr>
        <w:pStyle w:val="ListBullet"/>
      </w:pPr>
      <w:r>
        <w:t>Neo-futurism</w:t>
      </w:r>
    </w:p>
    <w:p>
      <w:pPr>
        <w:pStyle w:val="ListBullet"/>
      </w:pPr>
      <w:r>
        <w:t>Hankok Stil</w:t>
      </w:r>
    </w:p>
    <w:p>
      <w:pPr>
        <w:pStyle w:val="ListBullet"/>
      </w:pPr>
      <w:r>
        <w:t>Minimalistisch</w:t>
      </w:r>
    </w:p>
    <w:p>
      <w:r>
        <w:t>Was eignet sich gut um zu</w:t>
      </w:r>
    </w:p>
    <w:p>
      <w:r>
        <w:t>zeichnen?</w:t>
      </w:r>
    </w:p>
    <w:p>
      <w:pPr>
        <w:pStyle w:val="ListBullet"/>
      </w:pPr>
      <w:r>
        <w:t>Flugzeug</w:t>
      </w:r>
    </w:p>
    <w:p>
      <w:pPr>
        <w:pStyle w:val="ListBullet"/>
      </w:pPr>
      <w:r>
        <w:t>Auto</w:t>
      </w:r>
    </w:p>
    <w:p>
      <w:pPr>
        <w:pStyle w:val="ListBullet"/>
      </w:pPr>
      <w:r>
        <w:t>Fahrrad</w:t>
      </w:r>
    </w:p>
    <w:p>
      <w:pPr>
        <w:pStyle w:val="ListBullet"/>
      </w:pPr>
      <w:r>
        <w:t>Schneemann</w:t>
      </w:r>
    </w:p>
    <w:p>
      <w:pPr>
        <w:pStyle w:val="ListBullet"/>
      </w:pPr>
      <w:r>
        <w:t>Essen: Pommes, Burger…</w:t>
      </w:r>
    </w:p>
    <w:p>
      <w:pPr>
        <w:pStyle w:val="ListBullet"/>
      </w:pPr>
      <w:r>
        <w:t>Superman</w:t>
      </w:r>
    </w:p>
    <w:p>
      <w:r>
        <w:t>7. Fußballer</w:t>
      </w:r>
    </w:p>
    <w:p>
      <w:pPr>
        <w:pStyle w:val="ListBullet"/>
      </w:pPr>
      <w:r>
        <w:t>Zwerg</w:t>
      </w:r>
    </w:p>
    <w:p>
      <w:pPr>
        <w:pStyle w:val="ListBullet"/>
      </w:pPr>
      <w:r>
        <w:t>Tiere: Hund, Katze…</w:t>
      </w:r>
    </w:p>
    <w:p>
      <w:pPr>
        <w:pStyle w:val="ListBullet"/>
      </w:pPr>
      <w:r>
        <w:t>Blumenwiese</w:t>
      </w:r>
    </w:p>
    <w:p>
      <w:pPr>
        <w:pStyle w:val="ListBullet"/>
      </w:pPr>
      <w:r>
        <w:t>Sterne</w:t>
      </w:r>
    </w:p>
    <w:p>
      <w:pPr>
        <w:pStyle w:val="ListBullet"/>
      </w:pPr>
      <w:r>
        <w:t>Motorrad</w:t>
      </w:r>
    </w:p>
    <w:p>
      <w:pPr>
        <w:pStyle w:val="Heading2"/>
      </w:pPr>
      <w:r>
        <w:t>Seite 4</w:t>
      </w:r>
    </w:p>
    <w:p>
      <w:r>
        <w:t>25.01.2023</w:t>
      </w:r>
    </w:p>
    <w:p>
      <w:r>
        <w:t>Name: __________</w:t>
      </w:r>
    </w:p>
    <w:p>
      <w:pPr>
        <w:pStyle w:val="Heading1"/>
      </w:pPr>
      <w:r>
        <w:t>◺</w:t>
      </w:r>
    </w:p>
    <w:p>
      <w:pPr>
        <w:pStyle w:val="Heading1"/>
      </w:pPr>
      <w:r>
        <w:t>Aufgabe:</w:t>
      </w:r>
    </w:p>
    <w:p>
      <w:pPr>
        <w:pStyle w:val="Heading1"/>
      </w:pPr>
      <w:r>
        <w:t>Informiert euch</w:t>
      </w:r>
    </w:p>
    <w:p>
      <w:pPr>
        <w:pStyle w:val="Heading1"/>
      </w:pPr>
      <w:r>
        <w:t>mit Hilfe von der</w:t>
      </w:r>
    </w:p>
    <w:p>
      <w:pPr>
        <w:pStyle w:val="Heading1"/>
      </w:pPr>
      <w:r>
        <w:t>KI über das Tier</w:t>
      </w:r>
    </w:p>
    <w:p>
      <w:pPr>
        <w:pStyle w:val="Heading1"/>
      </w:pPr>
      <w:r>
        <w:t>den Elefanten.</w:t>
      </w:r>
    </w:p>
    <w:p>
      <w:pPr>
        <w:pStyle w:val="Heading1"/>
      </w:pPr>
      <w:r>
        <w:t>Notiert hierbei die</w:t>
      </w:r>
    </w:p>
    <w:p>
      <w:pPr>
        <w:pStyle w:val="Heading1"/>
      </w:pPr>
      <w:r>
        <w:t>wichtigsten</w:t>
      </w:r>
    </w:p>
    <w:p>
      <w:pPr>
        <w:pStyle w:val="Heading1"/>
      </w:pPr>
      <w:r>
        <w:t>Merkmale im Book</w:t>
      </w:r>
    </w:p>
    <w:p>
      <w:pPr>
        <w:pStyle w:val="Heading1"/>
      </w:pPr>
      <w:r>
        <w:t>Creator.</w:t>
      </w:r>
    </w:p>
    <w:p>
      <w:r>
        <w:drawing>
          <wp:inline xmlns:a="http://schemas.openxmlformats.org/drawingml/2006/main" xmlns:pic="http://schemas.openxmlformats.org/drawingml/2006/picture">
            <wp:extent cx="5040000" cy="3360000"/>
            <wp:docPr id="1" name="Picture 1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KI_Stationsarbeit_Klasse-4.pdf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KI_Stationsarbeit_Klasse 4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