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Künstliche Intelligenz kindegerecht erklärt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KÜNSTLICHE</w:t>
      </w:r>
    </w:p>
    <w:p>
      <w:pPr>
        <w:pStyle w:val="Heading1"/>
      </w:pPr>
      <w:r>
        <w:t>INTELLIGENZ</w:t>
      </w:r>
    </w:p>
    <w:p>
      <w:pPr>
        <w:pStyle w:val="Heading1"/>
      </w:pPr>
      <w:r>
        <w:t>kurz: KI</w:t>
      </w:r>
    </w:p>
    <w:p>
      <w:r>
        <w:t>Künstliche Intelligenz ist ein Computerprogramm, das von alleine Aufgaben lösen kann, oder ein Sprachassistent wie Siri oder Alexa.</w:t>
      </w:r>
    </w:p>
    <w:p>
      <w:r>
        <w:t>Auch Roboter funktionieren mit KI, die Autos bauen können.</w:t>
      </w:r>
    </w:p>
    <w:p>
      <w:r>
        <w:t>Was die KI jedoch tun soll, entscheidet immer ein Mensch.</w:t>
      </w:r>
    </w:p>
    <w:p>
      <w:r>
        <w:t>Eine KI kann zwar ziemlich viel, aber trotzdem kann sie keine eigenen Entscheidungen treffen oder über ihr Verhalten nachdenken.</w:t>
      </w:r>
    </w:p>
    <w:p>
      <w:r>
        <w:drawing>
          <wp:inline xmlns:a="http://schemas.openxmlformats.org/drawingml/2006/main" xmlns:pic="http://schemas.openxmlformats.org/drawingml/2006/picture">
            <wp:extent cx="5040000" cy="336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Kuenstliche-Intelligenz-kindegerecht-erklaert.pdf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Künstliche Intelligenz kindegerecht erklärt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