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Warm-Up Fragen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Warm-Up Fragen:</w:t>
      </w:r>
    </w:p>
    <w:p>
      <w:r>
        <w:t>„Alle Kinder suchen sich einen neuen Platz, die…“</w:t>
      </w:r>
    </w:p>
    <w:p>
      <w:r>
        <w:t>1. … eine Alexa zuhause haben. 2. … Künstliche Intelligenz bereits benutzt haben, wie Alexa oder Siri. 3. … ein Smartphone besitzen. 4. … sich schon einmal mit Siri unterhalten haben. 5. … weniger als eine Stunde online sind. 6. … mehr als eine Stunde online sind. 7. … ein Tablet besitzen. 8. … die Tablets nur für Videos gucken nutzen. 9. … die bereits Schach im Internet gespielt haben.</w:t>
      </w:r>
    </w:p>
    <w:p>
      <w:pPr>
        <w:pStyle w:val="ListBullet"/>
      </w:pPr>
      <w:r>
        <w:t>… die bereits Spiele auf dem Tablet oder Computer online gespielt haben.</w:t>
      </w:r>
    </w:p>
    <w:p>
      <w:pPr>
        <w:pStyle w:val="ListBullet"/>
      </w:pPr>
      <w:r>
        <w:t>… die bereits eine Gesichtserkennung verwendet haben.</w:t>
      </w:r>
    </w:p>
    <w:p>
      <w:pPr>
        <w:pStyle w:val="ListBullet"/>
      </w:pPr>
      <w:r>
        <w:t>… wissen was künstliche Intelligenz ist.</w:t>
      </w:r>
    </w:p>
    <w:p>
      <w:r>
        <w:rPr>
          <w:i/>
        </w:rPr>
        <w:t>Quelle: Warm-Up-Fragen.pdf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 Fragen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