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Umgang mit Alexa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1"/>
      </w:pPr>
      <w:r>
        <w:t>Umgang mit Fobizz</w:t>
      </w:r>
    </w:p>
    <w:p>
      <w:r>
        <w:t>Fobizz ist eine Internetseite auf der ihr viele spannende Dinge über Technik, Computer und die Welt der Künstlichen Intelligenz (KI) lernen könnt. Mit Fobizz</w:t>
      </w:r>
    </w:p>
    <w:p>
      <w:r>
        <w:t>könnt ihr Quizfragen beantworten, Videos anschauen und sogar eure eigenen</w:t>
      </w:r>
    </w:p>
    <w:p>
      <w:r>
        <w:t>Kunstwerke mit einer KI erstellen! Darum soll es heute gehen.</w:t>
      </w:r>
    </w:p>
    <w:p>
      <w:pPr>
        <w:pStyle w:val="Heading2"/>
      </w:pPr>
      <w:r>
        <w:t>Anleitung für das KI-Bilder-Tool</w:t>
      </w:r>
    </w:p>
    <w:p>
      <w:r>
        <w:t>1.QR-Code scannen Dafür nimmt sich jeder von euch ein IPad. Öffne die Kamera-App und halte sie über den QR-Code. Wenn ein Link erscheint, tippe darauf, um zum KI-Bilder-Tool von Fobizz zu kommen.</w:t>
      </w:r>
    </w:p>
    <w:p>
      <w:r>
        <w:t>2.Willkommen im KI-Bilder-Tool! Du siehst jetzt eine Seite mit deiner Aufgabe. Zuerst musst du auf „KI für Bilder“ drücken. Jetzt kannst du mit der KI deine eigenen Bilder erstellen. Die KI kann dir dabei helfen, deine Ideen zu zeichnen.</w:t>
      </w:r>
    </w:p>
    <w:p>
      <w:r>
        <w:t>3.Deine Idee eingeben Die KI soll jetzt ein Bild zu deinem gemalten Bild erstellen. Wenn du zum Beispiel einen Baum mit Blumen und Vögeln gemalt hast, kannst du zu ihr sagen „Male mir einen großen Baum mit vielen Blättern. Unter dem Baum wachsen bunte Blumen. Es gibt auch Vögel.“ Die KI liest deinen Text und erstellt ein Bild nach deiner Beschreibung! Dafür kannst du die Diktierfunktion benutzen. Wenn du auf das Textfeld drückst, öffnet sich die Tastatur vom IPad. Auf der Tastatur siehst du ein kleines Mikrofon-Symbol, das ist meistens unten links. Wenn du auf das Symbol drückst, hört das IPad dir zu. Damit es dich gut versteht, musst du deutlich und langsam sprechen. Wenn du fertig gesprochen hast, musst du noch einmal auf das Symbol drücken, um die Funktion zu beenden.</w:t>
      </w:r>
    </w:p>
    <w:p>
      <w:r>
        <w:t>4.Bild generieren Nachdem du deine Idee eingegeben hast, tippe auf „Bild erstellen“. Die KI braucht ein paar Sekunden und zeigt dir dann dein Bild.</w:t>
      </w:r>
    </w:p>
    <w:p>
      <w:pPr>
        <w:pStyle w:val="ListBullet"/>
      </w:pPr>
      <w:r>
        <w:t>Dein Bild anschauen Nun siehst du das Bild, das die KI für dich gezeichnet hat.</w:t>
      </w:r>
    </w:p>
    <w:p>
      <w:r>
        <w:t>CC-0</w:t>
      </w:r>
    </w:p>
    <w:p>
      <w:r>
        <w:drawing>
          <wp:inline xmlns:a="http://schemas.openxmlformats.org/drawingml/2006/main" xmlns:pic="http://schemas.openxmlformats.org/drawingml/2006/picture">
            <wp:extent cx="5040000" cy="1764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64000"/>
                    </a:xfrm>
                    <a:prstGeom prst="rect"/>
                  </pic:spPr>
                </pic:pic>
              </a:graphicData>
            </a:graphic>
          </wp:inline>
        </w:drawing>
      </w:r>
    </w:p>
    <w:p>
      <w:r>
        <w:rPr>
          <w:i/>
        </w:rPr>
        <w:t>Quelle: 3-Erklaerung-zum-Umgang-mit-Fobizz.pdf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Umgang mit Alexa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