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Ein neues Buch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Datenschutz Aufgabe 3.</w:t>
      </w:r>
    </w:p>
    <w:p>
      <w:r>
        <w:drawing>
          <wp:inline xmlns:a="http://schemas.openxmlformats.org/drawingml/2006/main" xmlns:pic="http://schemas.openxmlformats.org/drawingml/2006/picture">
            <wp:extent cx="5040000" cy="7872941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8729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2</w:t>
      </w:r>
    </w:p>
    <w:p>
      <w:pPr>
        <w:pStyle w:val="Heading1"/>
      </w:pPr>
      <w:r>
        <w:t>Daten-Schutz-Detektive</w:t>
      </w:r>
    </w:p>
    <w:p>
      <w:r>
        <w:t>Ich teile meinen Namen und meine Adresse auf einer SpieleApp.</w:t>
      </w:r>
    </w:p>
    <w:p>
      <w:r>
        <w:t>Gute Idee Schlechte Idee</w:t>
      </w:r>
    </w:p>
    <w:p>
      <w:r>
        <w:t>…………….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2" name="Picture 2" descr="Abbildung 1 aus dem Original, Seite 2 – Inhalt bitte im Original-PDF ansehen" title="Abbildung 1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3</w:t>
      </w:r>
    </w:p>
    <w:p>
      <w:r>
        <w:t>Lösung!!</w:t>
      </w:r>
    </w:p>
    <w:p>
      <w:r>
        <w:t>Daten-Schutz-Detektive</w:t>
      </w:r>
    </w:p>
    <w:p>
      <w:r>
        <w:t>Ich teile meinen Namen und meine Adresse auf einer Spiele-</w:t>
      </w:r>
    </w:p>
    <w:p>
      <w:r>
        <w:t>APP.</w:t>
      </w:r>
    </w:p>
    <w:p>
      <w:r>
        <w:t>Gute Idee Schlechte Idee</w:t>
      </w:r>
    </w:p>
    <w:p>
      <w:r>
        <w:drawing>
          <wp:inline xmlns:a="http://schemas.openxmlformats.org/drawingml/2006/main" xmlns:pic="http://schemas.openxmlformats.org/drawingml/2006/picture">
            <wp:extent cx="5040000" cy="3761516"/>
            <wp:docPr id="3" name="Picture 3" descr="Abbildung 1 aus dem Original, Seite 3 – Inhalt bitte im Original-PDF ansehen" title="Abbildung 1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615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176216"/>
            <wp:docPr id="4" name="Picture 4" descr="Abbildung 2 aus dem Original, Seite 3 – Inhalt bitte im Original-PDF ansehen" title="Abbildung 2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1762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4</w:t>
      </w:r>
    </w:p>
    <w:p>
      <w:pPr>
        <w:pStyle w:val="Heading1"/>
      </w:pPr>
      <w:r>
        <w:t>Daten-Schutz-Detektive</w:t>
      </w:r>
    </w:p>
    <w:p>
      <w:r>
        <w:t>Ich sage meinen Namen und meine Adresse meiner Lehrerin.</w:t>
      </w:r>
    </w:p>
    <w:p>
      <w:r>
        <w:t>Gute Idee Schlechte Idee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5" name="Picture 5" descr="Abbildung 1 aus dem Original, Seite 4 – Inhalt bitte im Original-PDF ansehen" title="Abbildung 1 aus dem Original, Seite 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5</w:t>
      </w:r>
    </w:p>
    <w:p>
      <w:r>
        <w:t>Lösung!! Daten-Schutz-Detektive</w:t>
      </w:r>
    </w:p>
    <w:p>
      <w:r>
        <w:t>Ich sage meinen Namen und meine Adresse meiner Lehrerin.</w:t>
      </w:r>
    </w:p>
    <w:p>
      <w:r>
        <w:t>Gute Idee Schlechte Idee</w:t>
      </w:r>
    </w:p>
    <w:p>
      <w:r>
        <w:t>x ©</w:t>
      </w:r>
    </w:p>
    <w:p>
      <w:r>
        <w:drawing>
          <wp:inline xmlns:a="http://schemas.openxmlformats.org/drawingml/2006/main" xmlns:pic="http://schemas.openxmlformats.org/drawingml/2006/picture">
            <wp:extent cx="5040000" cy="3756139"/>
            <wp:docPr id="6" name="Picture 6" descr="Abbildung 1 aus dem Original, Seite 5 – Inhalt bitte im Original-PDF ansehen" title="Abbildung 1 aus dem Original, Seite 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56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4645565"/>
            <wp:docPr id="7" name="Picture 7" descr="Abbildung 2 aus dem Original, Seite 5 – Inhalt bitte im Original-PDF ansehen" title="Abbildung 2 aus dem Original, Seite 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6455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6</w:t>
      </w:r>
    </w:p>
    <w:p>
      <w:pPr>
        <w:pStyle w:val="Heading1"/>
      </w:pPr>
      <w:r>
        <w:t>Daten-Schutz-Detektive</w:t>
      </w:r>
    </w:p>
    <w:p>
      <w:r>
        <w:t>Ich frage meine Eltern, bevor ich etwas online ausfülle</w:t>
      </w:r>
    </w:p>
    <w:p>
      <w:r>
        <w:t>Gute Idee Schlechte Idee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8" name="Picture 8" descr="Abbildung 1 aus dem Original, Seite 6 – Inhalt bitte im Original-PDF ansehen" title="Abbildung 1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7</w:t>
      </w:r>
    </w:p>
    <w:p>
      <w:r>
        <w:t>Lösung!!</w:t>
      </w:r>
    </w:p>
    <w:p>
      <w:r>
        <w:t>Daten-Schutz-Detektive</w:t>
      </w:r>
    </w:p>
    <w:p>
      <w:r>
        <w:t>Ich frage meine Eltern, bevor ich etwas online ausfülle</w:t>
      </w:r>
    </w:p>
    <w:p>
      <w:r>
        <w:t>Gute Idee Schlechte Idee</w:t>
      </w:r>
    </w:p>
    <w:p>
      <w:r>
        <w:drawing>
          <wp:inline xmlns:a="http://schemas.openxmlformats.org/drawingml/2006/main" xmlns:pic="http://schemas.openxmlformats.org/drawingml/2006/picture">
            <wp:extent cx="5040000" cy="3662967"/>
            <wp:docPr id="9" name="Picture 9" descr="Abbildung 1 aus dem Original, Seite 7 – Inhalt bitte im Original-PDF ansehen" title="Abbildung 1 aus dem Original, Seite 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6629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79070"/>
            <wp:docPr id="10" name="Picture 10" descr="Abbildung 2 aus dem Original, Seite 7 – Inhalt bitte im Original-PDF ansehen" title="Abbildung 2 aus dem Original, Seite 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790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8</w:t>
      </w:r>
    </w:p>
    <w:p>
      <w:pPr>
        <w:pStyle w:val="Heading1"/>
      </w:pPr>
      <w:r>
        <w:t>Daten-Schutz-Detektive</w:t>
      </w:r>
    </w:p>
    <w:p>
      <w:r>
        <w:t>Ich gebe mein Passwort an meine Freunde weiter.</w:t>
      </w:r>
    </w:p>
    <w:p>
      <w:r>
        <w:t>Gute Idee schlechte Idee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1" name="Picture 11" descr="Abbildung 1 aus dem Original, Seite 8 – Inhalt bitte im Original-PDF ansehen" title="Abbildung 1 aus dem Original, Seite 8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9</w:t>
      </w:r>
    </w:p>
    <w:p>
      <w:r>
        <w:t>Lösung!!</w:t>
      </w:r>
    </w:p>
    <w:p>
      <w:r>
        <w:t>Daten-Schutz-Detektive</w:t>
      </w:r>
    </w:p>
    <w:p>
      <w:r>
        <w:t>Ich gebe mein Passwort an meine Freunde weiter.</w:t>
      </w:r>
    </w:p>
    <w:p>
      <w:r>
        <w:t>Gute Idee schlechte Idee</w:t>
      </w:r>
    </w:p>
    <w:p>
      <w:r>
        <w:drawing>
          <wp:inline xmlns:a="http://schemas.openxmlformats.org/drawingml/2006/main" xmlns:pic="http://schemas.openxmlformats.org/drawingml/2006/picture">
            <wp:extent cx="5040000" cy="3690709"/>
            <wp:docPr id="12" name="Picture 12" descr="Abbildung 1 aus dem Original, Seite 9 – Inhalt bitte im Original-PDF ansehen" title="Abbildung 1 aus dem Original, Seite 9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6907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887059"/>
            <wp:docPr id="13" name="Picture 13" descr="Abbildung 2 aus dem Original, Seite 9 – Inhalt bitte im Original-PDF ansehen" title="Abbildung 2 aus dem Original, Seite 9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887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Datenschutz-Detektive.pdf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pn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pn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pn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 neues Buch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