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Fake News durch die KI Station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Station Fake News durch die KI</w:t>
      </w:r>
    </w:p>
    <w:p>
      <w:r>
        <w:t>Aufgabe 1: Bilder sor2eren In diesem Material beﬁnden sich:</w:t>
      </w:r>
    </w:p>
    <w:p>
      <w:r>
        <w:t>- Bilder/Fotograﬁen (Für die Lösung sollten diese mit einem Kreis auf der Rückseite markiert sein) - KI generierte Bilder (Für die Lösung sollten diese mit einem Dreieck auf der Rückseite markiert sein - Zuordnungsfelder Fotograﬁen</w:t>
      </w:r>
    </w:p>
    <w:p>
      <w:r>
        <w:t>Quelle: henk bogaard – Adobe Stock (Geo 2023)</w:t>
      </w:r>
    </w:p>
    <w:p>
      <w:r>
        <w:t>Quelle: ninelutsk /iStockphoto/GePyImages (Spiegel 2023)</w:t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362625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2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Quelle: michalsanca – Adobe Stock (Geo 2023)</w:t>
      </w:r>
    </w:p>
    <w:p>
      <w:r>
        <w:t>Quelle: Francois Roux – Adobe Stock (Geo 2023)</w:t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4" name="Picture 4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KI generierte Bilder</w:t>
      </w:r>
    </w:p>
    <w:p>
      <w:r>
        <w:t>Quelle: Avel – Adobe Stock (Geo 2023)</w:t>
      </w:r>
    </w:p>
    <w:p>
      <w:r>
        <w:t>Quelle: Patrick – Adobe Stock (Geo 2023)</w:t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5" name="Picture 5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6" name="Picture 6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Quelle: Viktoriia – Adobe Stock (Geo 2023)</w:t>
      </w:r>
    </w:p>
    <w:p>
      <w:r>
        <w:t>Quelle: BotTas2c– Adobe Stock (Geo 2023)</w:t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7" name="Picture 7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835000"/>
            <wp:docPr id="8" name="Picture 8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Quelle: Andy Dean/imagebroker/IMAGO (Spiegel 2023)</w:t>
      </w:r>
    </w:p>
    <w:p>
      <w:r>
        <w:t>Quelle: CC-0 (Chat-GPT 2024)</w:t>
      </w:r>
    </w:p>
    <w:p>
      <w:r>
        <w:drawing>
          <wp:inline xmlns:a="http://schemas.openxmlformats.org/drawingml/2006/main" xmlns:pic="http://schemas.openxmlformats.org/drawingml/2006/picture">
            <wp:extent cx="5040000" cy="2827125"/>
            <wp:docPr id="9" name="Picture 9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7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0" name="Picture 10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Die Graﬁken wurden von folgenden Quellen bezogen: Geo. (2023). Reales Foto oder Bild einer Intelligenz: erkennen Sie den Unterschied? Abgerufen am 28.10.2024 von hPps://www.geo.de/wissen/quiz/bilder-quiz--ki-bild-oder-fotograﬁe-- 33364744.html Spiegel Netzwelt. (2023). Quiz zu künstlicher Intelligenz: können Sie KI-Bilder von echten Fotos unterscheiden? Abgerufen am 28.10.2024 von hPps://www.spiegel.de/netzwelt/web/quizzu-kuenstlicher-intelligenz-koennen-sie-ki-bilder-von-echten-fotos-unterscheiden-a5b2d7cb4-d26f-4a5b-b2bf-c2a2ea98485d Impressum Dieses Material wurde von Studierenden im Rahmen des Seminares „Diklusion“ der EuropaUniversität Flensburg für eine Sta2onsarbeit erstellt und darf nur für Bildungszwecke genutzt werden. Dieses Dokument steht – ausgenommen der Graﬁken (Geo 2023,© G+J Medien GmbH/ Spiegel 2023, ©DER SPIEGEL GmbH/ Fla2con, ©2010-2025 Freepik Company S.L.) – unter einer CC BY-4.0 Lizenz.</w:t>
      </w:r>
    </w:p>
    <w:p>
      <w:r>
        <w:t>Europa-Universität Flensburg</w:t>
      </w:r>
    </w:p>
    <w:p>
      <w:r>
        <w:drawing>
          <wp:inline xmlns:a="http://schemas.openxmlformats.org/drawingml/2006/main" xmlns:pic="http://schemas.openxmlformats.org/drawingml/2006/picture">
            <wp:extent cx="5040000" cy="1802384"/>
            <wp:docPr id="11" name="Picture 11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02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Fake-News-durch-die-KI-Station-1.pdf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Fake News durch die KI Station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