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Geschichten schreiben mit KI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2"/>
      </w:pPr>
      <w:r>
        <w:t>Willkommen bei unserer</w:t>
      </w:r>
    </w:p>
    <w:p>
      <w:pPr>
        <w:pStyle w:val="Heading2"/>
      </w:pPr>
      <w:r>
        <w:t>Geschichten Station!</w:t>
      </w:r>
    </w:p>
    <w:p>
      <w:pPr>
        <w:pStyle w:val="Heading2"/>
      </w:pPr>
      <w:r>
        <w:t>Hier lernst du etwas darüber,</w:t>
      </w:r>
    </w:p>
    <w:p>
      <w:pPr>
        <w:pStyle w:val="Heading2"/>
      </w:pPr>
      <w:r>
        <w:t>wie du mit Hilfe deines</w:t>
      </w:r>
    </w:p>
    <w:p>
      <w:pPr>
        <w:pStyle w:val="Heading2"/>
      </w:pPr>
      <w:r>
        <w:t>schlauen Helfers - der KI -</w:t>
      </w:r>
    </w:p>
    <w:p>
      <w:pPr>
        <w:pStyle w:val="Heading2"/>
      </w:pPr>
      <w:r>
        <w:t>eine tolle Geschichte</w:t>
      </w:r>
    </w:p>
    <w:p>
      <w:pPr>
        <w:pStyle w:val="Heading2"/>
      </w:pPr>
      <w:r>
        <w:t>schreiben kannst. Du</w:t>
      </w:r>
    </w:p>
    <w:p>
      <w:pPr>
        <w:pStyle w:val="Heading2"/>
      </w:pPr>
      <w:r>
        <w:t>brauchst nur eine Idee und</w:t>
      </w:r>
    </w:p>
    <w:p>
      <w:pPr>
        <w:pStyle w:val="Heading2"/>
      </w:pPr>
      <w:r>
        <w:t>die KI macht daraus eine</w:t>
      </w:r>
    </w:p>
    <w:p>
      <w:pPr>
        <w:pStyle w:val="Heading2"/>
      </w:pPr>
      <w:r>
        <w:t>Geschichte.</w:t>
      </w:r>
    </w:p>
    <w:p>
      <w:r>
        <w:drawing>
          <wp:inline xmlns:a="http://schemas.openxmlformats.org/drawingml/2006/main" xmlns:pic="http://schemas.openxmlformats.org/drawingml/2006/picture">
            <wp:extent cx="5040000" cy="6293854"/>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40000" cy="6293854"/>
                    </a:xfrm>
                    <a:prstGeom prst="rect"/>
                  </pic:spPr>
                </pic:pic>
              </a:graphicData>
            </a:graphic>
          </wp:inline>
        </w:drawing>
      </w:r>
    </w:p>
    <w:p>
      <w:pPr>
        <w:pStyle w:val="Heading2"/>
      </w:pPr>
      <w:r>
        <w:t>Seite 2</w:t>
      </w:r>
    </w:p>
    <w:p>
      <w:pPr>
        <w:pStyle w:val="Heading2"/>
      </w:pPr>
      <w:r>
        <w:t>Was ist eine KI?</w:t>
      </w:r>
    </w:p>
    <w:p>
      <w:r>
        <w:t>Eine KI, das ist eine Abkürzung und steht für Künstliche Intelligenz, ist wie ein sehr schlauer Computer. Du erzählst der KI, was du schreiben möchtest, und sie denkt sich eine ganze Geschichte aus. Aber wichtig ist: du entscheidest, worum es geht.</w:t>
      </w:r>
    </w:p>
    <w:p>
      <w:r>
        <w:drawing>
          <wp:inline xmlns:a="http://schemas.openxmlformats.org/drawingml/2006/main" xmlns:pic="http://schemas.openxmlformats.org/drawingml/2006/picture">
            <wp:extent cx="5040000" cy="6301538"/>
            <wp:docPr id="2" name="Picture 2"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6301538"/>
                    </a:xfrm>
                    <a:prstGeom prst="rect"/>
                  </pic:spPr>
                </pic:pic>
              </a:graphicData>
            </a:graphic>
          </wp:inline>
        </w:drawing>
      </w:r>
    </w:p>
    <w:p>
      <w:pPr>
        <w:pStyle w:val="Heading2"/>
      </w:pPr>
      <w:r>
        <w:t>Seite 3</w:t>
      </w:r>
    </w:p>
    <w:p>
      <w:pPr>
        <w:pStyle w:val="Heading2"/>
      </w:pPr>
      <w:r>
        <w:t>Das bleibt geheim!</w:t>
      </w:r>
    </w:p>
    <w:p>
      <w:pPr>
        <w:pStyle w:val="Heading2"/>
      </w:pPr>
      <w:r>
        <w:t>Diese Sachen darfst du nicht</w:t>
      </w:r>
    </w:p>
    <w:p>
      <w:pPr>
        <w:pStyle w:val="Heading2"/>
      </w:pPr>
      <w:r>
        <w:t>ins Internet schreiben:</w:t>
      </w:r>
    </w:p>
    <w:p>
      <w:pPr>
        <w:pStyle w:val="Heading2"/>
      </w:pPr>
      <w:r>
        <w:t>•</w:t>
        <w:tab/>
        <w:t xml:space="preserve"> Deinen Namen</w:t>
      </w:r>
    </w:p>
    <w:p>
      <w:pPr>
        <w:pStyle w:val="Heading2"/>
      </w:pPr>
      <w:r>
        <w:t>•</w:t>
        <w:tab/>
        <w:t xml:space="preserve"> Deine Adresse</w:t>
      </w:r>
    </w:p>
    <w:p>
      <w:pPr>
        <w:pStyle w:val="Heading2"/>
      </w:pPr>
      <w:r>
        <w:t>•</w:t>
        <w:tab/>
        <w:t xml:space="preserve"> Fotos von dir</w:t>
      </w:r>
    </w:p>
    <w:p>
      <w:pPr>
        <w:pStyle w:val="Heading2"/>
      </w:pPr>
      <w:r>
        <w:t>•</w:t>
        <w:tab/>
        <w:t xml:space="preserve"> Passwörter</w:t>
      </w:r>
    </w:p>
    <w:p>
      <w:pPr>
        <w:pStyle w:val="Heading2"/>
      </w:pPr>
      <w:r>
        <w:t>•</w:t>
        <w:tab/>
        <w:t xml:space="preserve"> Telefonnummer</w:t>
      </w:r>
    </w:p>
    <w:p>
      <w:pPr>
        <w:pStyle w:val="Heading2"/>
      </w:pPr>
      <w:r>
        <w:t>•</w:t>
        <w:tab/>
        <w:t xml:space="preserve"> Geheimnisse</w:t>
      </w:r>
    </w:p>
    <w:p>
      <w:r>
        <w:drawing>
          <wp:inline xmlns:a="http://schemas.openxmlformats.org/drawingml/2006/main" xmlns:pic="http://schemas.openxmlformats.org/drawingml/2006/picture">
            <wp:extent cx="5040000" cy="6303081"/>
            <wp:docPr id="3" name="Picture 3"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6303081"/>
                    </a:xfrm>
                    <a:prstGeom prst="rect"/>
                  </pic:spPr>
                </pic:pic>
              </a:graphicData>
            </a:graphic>
          </wp:inline>
        </w:drawing>
      </w:r>
    </w:p>
    <w:p>
      <w:pPr>
        <w:pStyle w:val="Heading2"/>
      </w:pPr>
      <w:r>
        <w:t>Seite 4</w:t>
      </w:r>
    </w:p>
    <w:p>
      <w:pPr>
        <w:pStyle w:val="Heading2"/>
      </w:pPr>
      <w:r>
        <w:t>Wie funktioniert</w:t>
      </w:r>
    </w:p>
    <w:p>
      <w:pPr>
        <w:pStyle w:val="Heading2"/>
      </w:pPr>
      <w:r>
        <w:t>diese Station?</w:t>
      </w:r>
    </w:p>
    <w:p>
      <w:pPr>
        <w:pStyle w:val="ListBullet"/>
      </w:pPr>
      <w:r>
        <w:t>Nimm dir alleine ein iPad.</w:t>
      </w:r>
    </w:p>
    <w:p>
      <w:r>
        <w:drawing>
          <wp:inline xmlns:a="http://schemas.openxmlformats.org/drawingml/2006/main" xmlns:pic="http://schemas.openxmlformats.org/drawingml/2006/picture">
            <wp:extent cx="5040000" cy="6293854"/>
            <wp:docPr id="4" name="Picture 4" descr="Abbildung 1 aus dem Original, Seite 4 – Inhalt bitte im Original-PDF ansehen" title="Abbildung 1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6293854"/>
                    </a:xfrm>
                    <a:prstGeom prst="rect"/>
                  </pic:spPr>
                </pic:pic>
              </a:graphicData>
            </a:graphic>
          </wp:inline>
        </w:drawing>
      </w:r>
    </w:p>
    <w:p>
      <w:pPr>
        <w:pStyle w:val="Heading2"/>
      </w:pPr>
      <w:r>
        <w:t>Seite 5</w:t>
      </w:r>
    </w:p>
    <w:p>
      <w:pPr>
        <w:pStyle w:val="Heading2"/>
      </w:pPr>
      <w:r>
        <w:t>Wie funktioniert</w:t>
      </w:r>
    </w:p>
    <w:p>
      <w:pPr>
        <w:pStyle w:val="Heading2"/>
      </w:pPr>
      <w:r>
        <w:t>diese Station?</w:t>
      </w:r>
    </w:p>
    <w:p>
      <w:pPr>
        <w:pStyle w:val="ListBullet"/>
      </w:pPr>
      <w:r>
        <w:t>Nimm dir alleine ein iPad.</w:t>
      </w:r>
    </w:p>
    <w:p>
      <w:pPr>
        <w:pStyle w:val="ListBullet"/>
      </w:pPr>
      <w:r>
        <w:t>Öffne die Kamera auf deinem iPad.</w:t>
      </w:r>
    </w:p>
    <w:p>
      <w:r>
        <w:drawing>
          <wp:inline xmlns:a="http://schemas.openxmlformats.org/drawingml/2006/main" xmlns:pic="http://schemas.openxmlformats.org/drawingml/2006/picture">
            <wp:extent cx="5040000" cy="6300000"/>
            <wp:docPr id="5" name="Picture 5" descr="Abbildung 1 aus dem Original, Seite 5 – Inhalt bitte im Original-PDF ansehen" title="Abbildung 1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040000" cy="6300000"/>
                    </a:xfrm>
                    <a:prstGeom prst="rect"/>
                  </pic:spPr>
                </pic:pic>
              </a:graphicData>
            </a:graphic>
          </wp:inline>
        </w:drawing>
      </w:r>
    </w:p>
    <w:p>
      <w:pPr>
        <w:pStyle w:val="Heading2"/>
      </w:pPr>
      <w:r>
        <w:t>Seite 6</w:t>
      </w:r>
    </w:p>
    <w:p>
      <w:pPr>
        <w:pStyle w:val="Heading2"/>
      </w:pPr>
      <w:r>
        <w:t>Wie funktioniert</w:t>
      </w:r>
    </w:p>
    <w:p>
      <w:pPr>
        <w:pStyle w:val="Heading2"/>
      </w:pPr>
      <w:r>
        <w:t>diese Station?</w:t>
      </w:r>
    </w:p>
    <w:p>
      <w:pPr>
        <w:pStyle w:val="ListBullet"/>
      </w:pPr>
      <w:r>
        <w:t>Nimm dir alleine ein iPad.</w:t>
      </w:r>
    </w:p>
    <w:p>
      <w:pPr>
        <w:pStyle w:val="ListBullet"/>
      </w:pPr>
      <w:r>
        <w:t>Öffne die Kamera auf deinem iPad.</w:t>
      </w:r>
    </w:p>
    <w:p>
      <w:pPr>
        <w:pStyle w:val="ListBullet"/>
      </w:pPr>
      <w:r>
        <w:t>Scanne den QR-Code mit der Kamera.</w:t>
      </w:r>
    </w:p>
    <w:p>
      <w:r>
        <w:drawing>
          <wp:inline xmlns:a="http://schemas.openxmlformats.org/drawingml/2006/main" xmlns:pic="http://schemas.openxmlformats.org/drawingml/2006/picture">
            <wp:extent cx="5040000" cy="6300000"/>
            <wp:docPr id="6" name="Picture 6" descr="Abbildung 1 aus dem Original, Seite 6 – Inhalt bitte im Original-PDF ansehen" title="Abbildung 1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040000" cy="6300000"/>
                    </a:xfrm>
                    <a:prstGeom prst="rect"/>
                  </pic:spPr>
                </pic:pic>
              </a:graphicData>
            </a:graphic>
          </wp:inline>
        </w:drawing>
      </w:r>
    </w:p>
    <w:p>
      <w:pPr>
        <w:pStyle w:val="Heading2"/>
      </w:pPr>
      <w:r>
        <w:t>Seite 7</w:t>
      </w:r>
    </w:p>
    <w:p>
      <w:pPr>
        <w:pStyle w:val="Heading2"/>
      </w:pPr>
      <w:r>
        <w:t>Wie funktioniert</w:t>
      </w:r>
    </w:p>
    <w:p>
      <w:pPr>
        <w:pStyle w:val="Heading2"/>
      </w:pPr>
      <w:r>
        <w:t>diese Station?</w:t>
      </w:r>
    </w:p>
    <w:p>
      <w:pPr>
        <w:pStyle w:val="ListBullet"/>
      </w:pPr>
      <w:r>
        <w:t>Nimm dir alleine ein iPad.</w:t>
      </w:r>
    </w:p>
    <w:p>
      <w:pPr>
        <w:pStyle w:val="ListBullet"/>
      </w:pPr>
      <w:r>
        <w:t>Öffne die Kamera auf deinem iPad.</w:t>
      </w:r>
    </w:p>
    <w:p>
      <w:pPr>
        <w:pStyle w:val="ListBullet"/>
      </w:pPr>
      <w:r>
        <w:t>Scanne den QR-Code mit der Kamera.</w:t>
      </w:r>
    </w:p>
    <w:p>
      <w:pPr>
        <w:pStyle w:val="ListBullet"/>
      </w:pPr>
      <w:r>
        <w:t>Klicke auf „Chat starten“.</w:t>
      </w:r>
    </w:p>
    <w:p>
      <w:r>
        <w:drawing>
          <wp:inline xmlns:a="http://schemas.openxmlformats.org/drawingml/2006/main" xmlns:pic="http://schemas.openxmlformats.org/drawingml/2006/picture">
            <wp:extent cx="5040000" cy="6300000"/>
            <wp:docPr id="7" name="Picture 7" descr="Abbildung 1 aus dem Original, Seite 7 – Inhalt bitte im Original-PDF ansehen" title="Abbildung 1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040000" cy="6300000"/>
                    </a:xfrm>
                    <a:prstGeom prst="rect"/>
                  </pic:spPr>
                </pic:pic>
              </a:graphicData>
            </a:graphic>
          </wp:inline>
        </w:drawing>
      </w:r>
    </w:p>
    <w:p>
      <w:pPr>
        <w:pStyle w:val="Heading2"/>
      </w:pPr>
      <w:r>
        <w:t>Seite 8</w:t>
      </w:r>
    </w:p>
    <w:p>
      <w:pPr>
        <w:pStyle w:val="Heading2"/>
      </w:pPr>
      <w:r>
        <w:t>Wie funktioniert</w:t>
      </w:r>
    </w:p>
    <w:p>
      <w:pPr>
        <w:pStyle w:val="Heading2"/>
      </w:pPr>
      <w:r>
        <w:t>diese Station?</w:t>
      </w:r>
    </w:p>
    <w:p>
      <w:pPr>
        <w:pStyle w:val="ListBullet"/>
      </w:pPr>
      <w:r>
        <w:t>Nimm dir alleine ein iPad.</w:t>
      </w:r>
    </w:p>
    <w:p>
      <w:pPr>
        <w:pStyle w:val="ListBullet"/>
      </w:pPr>
      <w:r>
        <w:t>Öffne die Kamera auf deinem iPad.</w:t>
      </w:r>
    </w:p>
    <w:p>
      <w:pPr>
        <w:pStyle w:val="ListBullet"/>
      </w:pPr>
      <w:r>
        <w:t>Scanne den QR-Code mit der Kamera.</w:t>
      </w:r>
    </w:p>
    <w:p>
      <w:pPr>
        <w:pStyle w:val="ListBullet"/>
      </w:pPr>
      <w:r>
        <w:t>Klicke auf „Chat starten“.</w:t>
      </w:r>
    </w:p>
    <w:p>
      <w:pPr>
        <w:pStyle w:val="ListBullet"/>
      </w:pPr>
      <w:r>
        <w:t>Gib in die Chatleiste folgende Aufgabe ein: „Schreibe eine kurze Kindergeschichte über folgendes Thema: Der Weihnachtsmann besucht mit seinen Elfen die Grundschule Wanderup.“ Tippe dann auf das markierte Symbol.</w:t>
      </w:r>
    </w:p>
    <w:p>
      <w:r>
        <w:drawing>
          <wp:inline xmlns:a="http://schemas.openxmlformats.org/drawingml/2006/main" xmlns:pic="http://schemas.openxmlformats.org/drawingml/2006/picture">
            <wp:extent cx="5040000" cy="6300000"/>
            <wp:docPr id="8" name="Picture 8" descr="Abbildung 1 aus dem Original, Seite 8 – Inhalt bitte im Original-PDF ansehen" title="Abbildung 1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040000" cy="6300000"/>
                    </a:xfrm>
                    <a:prstGeom prst="rect"/>
                  </pic:spPr>
                </pic:pic>
              </a:graphicData>
            </a:graphic>
          </wp:inline>
        </w:drawing>
      </w:r>
    </w:p>
    <w:p>
      <w:pPr>
        <w:pStyle w:val="Heading2"/>
      </w:pPr>
      <w:r>
        <w:t>Seite 9</w:t>
      </w:r>
    </w:p>
    <w:p>
      <w:pPr>
        <w:pStyle w:val="Heading2"/>
      </w:pPr>
      <w:r>
        <w:t>Wie funktioniert</w:t>
      </w:r>
    </w:p>
    <w:p>
      <w:pPr>
        <w:pStyle w:val="Heading2"/>
      </w:pPr>
      <w:r>
        <w:t>diese Station?</w:t>
      </w:r>
    </w:p>
    <w:p>
      <w:pPr>
        <w:pStyle w:val="ListBullet"/>
      </w:pPr>
      <w:r>
        <w:t>Nimm dir alleine ein iPad.</w:t>
      </w:r>
    </w:p>
    <w:p>
      <w:pPr>
        <w:pStyle w:val="ListBullet"/>
      </w:pPr>
      <w:r>
        <w:t>Öffne die Kamera auf deinem iPad.</w:t>
      </w:r>
    </w:p>
    <w:p>
      <w:pPr>
        <w:pStyle w:val="ListBullet"/>
      </w:pPr>
      <w:r>
        <w:t>Scanne den QR-Code mit der Kamera.</w:t>
      </w:r>
    </w:p>
    <w:p>
      <w:pPr>
        <w:pStyle w:val="ListBullet"/>
      </w:pPr>
      <w:r>
        <w:t>Klicke auf „Chat starten“.</w:t>
      </w:r>
    </w:p>
    <w:p>
      <w:pPr>
        <w:pStyle w:val="ListBullet"/>
      </w:pPr>
      <w:r>
        <w:t>Gib in die Chatleiste folgende Aufgabe ein: „Schreibe eine kurze Kindergeschichte über folgendes Thema: Der Weihnachtsmann besucht mit seinen Elfen die Grundschule Wanderup.“ Tippe dann auf das markierte Symbol.</w:t>
      </w:r>
    </w:p>
    <w:p>
      <w:pPr>
        <w:pStyle w:val="ListBullet"/>
      </w:pPr>
      <w:r>
        <w:t>Halte die Antwort gedrückt und lass sie dir vorlesen.</w:t>
      </w:r>
    </w:p>
    <w:p>
      <w:r>
        <w:drawing>
          <wp:inline xmlns:a="http://schemas.openxmlformats.org/drawingml/2006/main" xmlns:pic="http://schemas.openxmlformats.org/drawingml/2006/picture">
            <wp:extent cx="5040000" cy="6300000"/>
            <wp:docPr id="9" name="Picture 9" descr="Abbildung 1 aus dem Original, Seite 9 – Inhalt bitte im Original-PDF ansehen" title="Abbildung 1 aus dem Original, Seite 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040000" cy="6300000"/>
                    </a:xfrm>
                    <a:prstGeom prst="rect"/>
                  </pic:spPr>
                </pic:pic>
              </a:graphicData>
            </a:graphic>
          </wp:inline>
        </w:drawing>
      </w:r>
    </w:p>
    <w:p>
      <w:pPr>
        <w:pStyle w:val="Heading2"/>
      </w:pPr>
      <w:r>
        <w:t>Seite 10</w:t>
      </w:r>
    </w:p>
    <w:p>
      <w:pPr>
        <w:pStyle w:val="Heading2"/>
      </w:pPr>
      <w:r>
        <w:t>Wie funktioniert</w:t>
      </w:r>
    </w:p>
    <w:p>
      <w:pPr>
        <w:pStyle w:val="Heading2"/>
      </w:pPr>
      <w:r>
        <w:t>diese Station?</w:t>
      </w:r>
    </w:p>
    <w:p>
      <w:pPr>
        <w:pStyle w:val="ListBullet"/>
      </w:pPr>
      <w:r>
        <w:t>Nimm dir alleine ein iPad.</w:t>
      </w:r>
    </w:p>
    <w:p>
      <w:pPr>
        <w:pStyle w:val="ListBullet"/>
      </w:pPr>
      <w:r>
        <w:t>Öffne die Kamera auf deinem iPad.</w:t>
      </w:r>
    </w:p>
    <w:p>
      <w:pPr>
        <w:pStyle w:val="ListBullet"/>
      </w:pPr>
      <w:r>
        <w:t>Scanne den QR-Code mit der Kamera.</w:t>
      </w:r>
    </w:p>
    <w:p>
      <w:pPr>
        <w:pStyle w:val="ListBullet"/>
      </w:pPr>
      <w:r>
        <w:t>Klicke auf „Chat starten“.</w:t>
      </w:r>
    </w:p>
    <w:p>
      <w:pPr>
        <w:pStyle w:val="ListBullet"/>
      </w:pPr>
      <w:r>
        <w:t>Gib in die Chatleiste folgende Aufgabe ein: „Schreibe eine kurze Kindergeschichte über folgendes Thema: Der Weihnachtsmann besucht mit seinen Elfen die Grundschule Wanderup.“ Tippe dann auf das markierte Symbol.</w:t>
      </w:r>
    </w:p>
    <w:p>
      <w:pPr>
        <w:pStyle w:val="ListBullet"/>
      </w:pPr>
      <w:r>
        <w:t>Halte die Antwort gedrückt und lass sie dir vorlesen.</w:t>
      </w:r>
    </w:p>
    <w:p>
      <w:pPr>
        <w:pStyle w:val="ListBullet"/>
      </w:pPr>
      <w:r>
        <w:t>Vergleiche mit den anderen Kindern. Was fällt dir auf?</w:t>
      </w:r>
    </w:p>
    <w:p>
      <w:r>
        <w:drawing>
          <wp:inline xmlns:a="http://schemas.openxmlformats.org/drawingml/2006/main" xmlns:pic="http://schemas.openxmlformats.org/drawingml/2006/picture">
            <wp:extent cx="5040000" cy="6293854"/>
            <wp:docPr id="10" name="Picture 10" descr="Abbildung 1 aus dem Original, Seite 10 – Inhalt bitte im Original-PDF ansehen" title="Abbildung 1 aus dem Original, Seite 1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040000" cy="6293854"/>
                    </a:xfrm>
                    <a:prstGeom prst="rect"/>
                  </pic:spPr>
                </pic:pic>
              </a:graphicData>
            </a:graphic>
          </wp:inline>
        </w:drawing>
      </w:r>
    </w:p>
    <w:p>
      <w:pPr>
        <w:pStyle w:val="Heading2"/>
      </w:pPr>
      <w:r>
        <w:t>Seite 11</w:t>
      </w:r>
    </w:p>
    <w:p>
      <w:pPr>
        <w:pStyle w:val="Heading2"/>
      </w:pPr>
      <w:r>
        <w:t>Jede Geschichte ist</w:t>
      </w:r>
    </w:p>
    <w:p>
      <w:pPr>
        <w:pStyle w:val="Heading2"/>
      </w:pPr>
      <w:r>
        <w:t>einzigartig!</w:t>
      </w:r>
    </w:p>
    <w:p>
      <w:r>
        <w:t>Ihr habt alle dieselbe Aufgabe eingegeben, aber die Geschichten sind trotzdem anders. Das liegt daran, dass die KI jedes Mal neue Ideen hat. Sie wählt jedes Mal andere Wörter und entwickelt daraus verschiedene Geschichten.</w:t>
      </w:r>
    </w:p>
    <w:p>
      <w:r>
        <w:drawing>
          <wp:inline xmlns:a="http://schemas.openxmlformats.org/drawingml/2006/main" xmlns:pic="http://schemas.openxmlformats.org/drawingml/2006/picture">
            <wp:extent cx="5040000" cy="6293854"/>
            <wp:docPr id="11" name="Picture 11" descr="Abbildung 1 aus dem Original, Seite 11 – Inhalt bitte im Original-PDF ansehen" title="Abbildung 1 aus dem Original, Seite 1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040000" cy="6293854"/>
                    </a:xfrm>
                    <a:prstGeom prst="rect"/>
                  </pic:spPr>
                </pic:pic>
              </a:graphicData>
            </a:graphic>
          </wp:inline>
        </w:drawing>
      </w:r>
    </w:p>
    <w:p>
      <w:pPr>
        <w:pStyle w:val="Heading2"/>
      </w:pPr>
      <w:r>
        <w:t>Seite 12</w:t>
      </w:r>
    </w:p>
    <w:p>
      <w:pPr>
        <w:pStyle w:val="Heading2"/>
      </w:pPr>
      <w:r>
        <w:t>Jetzt ist deine Kreativität</w:t>
      </w:r>
    </w:p>
    <w:p>
      <w:pPr>
        <w:pStyle w:val="Heading2"/>
      </w:pPr>
      <w:r>
        <w:t>gefragt!</w:t>
      </w:r>
    </w:p>
    <w:p>
      <w:r>
        <w:t>Gib jetzt der KI eine Idee für eine Geschichte, die du dir selbst ausgedacht hast und schaue was für eine tolle Geschichte sie daraus macht. Wichtig: Denke immer daran, was du im Internet schreiben darfst und was nicht. Falls du es nicht mehr genau weißt, gehe zurück zu Seite 3. Hilfe: Wenn du keine Idee für eine Geschichte hast, nimm dir aus jedem der drei Gläser genau einen Zettel. Sie ergeben eine Idee für eine Geschichte, die du dir schreiben lassen kannst.</w:t>
      </w:r>
    </w:p>
    <w:p>
      <w:r>
        <w:drawing>
          <wp:inline xmlns:a="http://schemas.openxmlformats.org/drawingml/2006/main" xmlns:pic="http://schemas.openxmlformats.org/drawingml/2006/picture">
            <wp:extent cx="5040000" cy="6293854"/>
            <wp:docPr id="12" name="Picture 12" descr="Abbildung 1 aus dem Original, Seite 12 – Inhalt bitte im Original-PDF ansehen" title="Abbildung 1 aus dem Original, Seite 1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040000" cy="6293854"/>
                    </a:xfrm>
                    <a:prstGeom prst="rect"/>
                  </pic:spPr>
                </pic:pic>
              </a:graphicData>
            </a:graphic>
          </wp:inline>
        </w:drawing>
      </w:r>
    </w:p>
    <w:p>
      <w:r>
        <w:rPr>
          <w:i/>
        </w:rPr>
        <w:t>Quelle: Geschichten-schreiben-mit-KI.pdf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Geschichten schreiben mit KI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