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HilfszettelKI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t>Ein Drache löst ein Rätsel in einem Zauberwald.</w:t>
      </w:r>
    </w:p>
    <w:p>
      <w:r>
        <w:t>Eine Katze ﬁndet einen Schatz in der Schule.</w:t>
      </w:r>
    </w:p>
    <w:p>
      <w:r>
        <w:t>Ein Hund sucht einen Freund in einer Höhle.</w:t>
      </w:r>
    </w:p>
    <w:p>
      <w:r>
        <w:t>Ein Zauberer baut ein Versteck auf einem Schloss.</w:t>
      </w:r>
    </w:p>
    <w:p>
      <w:r>
        <w:t>Eine Piratin entdeckt eine geheime Tür auf einem SchiF.</w:t>
      </w:r>
    </w:p>
    <w:p>
      <w:r>
        <w:t>Ein Roboter baut ein Baumhaus auf einem Regenbogen.</w:t>
      </w:r>
    </w:p>
    <w:p>
      <w:r>
        <w:t>Ein Gespenst schmiedet einen Plan auf einer Insel.</w:t>
      </w:r>
    </w:p>
    <w:p>
      <w:r>
        <w:t>Eine Fee ﬁndet eine Flaschenpost in einem Turm.</w:t>
      </w:r>
    </w:p>
    <w:p>
      <w:r>
        <w:t>Ein Astronaut pﬂanzt einen Zauberbaum auf einem hohen Berg.</w:t>
      </w:r>
    </w:p>
    <w:p>
      <w:r>
        <w:t>Eine Eule entdeckt eine Schatzkarte in einer Wüste.</w:t>
      </w:r>
    </w:p>
    <w:p>
      <w:r>
        <w:t>Ein Zwerg bewacht etwas Wichtiges in einem Tunnel.</w:t>
      </w:r>
    </w:p>
    <w:p>
      <w:r>
        <w:rPr>
          <w:i/>
        </w:rPr>
        <w:t>Quelle: HilfszettelKI.pdf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HilfszettelKI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