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Karten komprimiert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Ich gebe meinen</w:t>
      </w:r>
    </w:p>
    <w:p>
      <w:pPr>
        <w:pStyle w:val="Heading2"/>
      </w:pPr>
      <w:r>
        <w:t>vollen Namen</w:t>
      </w:r>
    </w:p>
    <w:p>
      <w:r>
        <w:t>preis</w:t>
      </w:r>
    </w:p>
    <w:p>
      <w:r>
        <w:t>Ich gebe meine</w:t>
      </w:r>
    </w:p>
    <w:p>
      <w:pPr>
        <w:pStyle w:val="Heading2"/>
      </w:pPr>
      <w:r>
        <w:t>Wohnadresse</w:t>
      </w:r>
    </w:p>
    <w:p>
      <w:r>
        <w:t>preis</w:t>
      </w:r>
    </w:p>
    <w:p>
      <w:r>
        <w:t>Ich gebe mein</w:t>
      </w:r>
    </w:p>
    <w:p>
      <w:pPr>
        <w:pStyle w:val="Heading2"/>
      </w:pPr>
      <w:r>
        <w:t>Geburtsdatum</w:t>
      </w:r>
    </w:p>
    <w:p>
      <w:r>
        <w:t>preis</w:t>
      </w:r>
    </w:p>
    <w:p>
      <w:r>
        <w:t>Ich gebe meine</w:t>
      </w:r>
    </w:p>
    <w:p>
      <w:pPr>
        <w:pStyle w:val="Heading2"/>
      </w:pPr>
      <w:r>
        <w:t>Telefonnummer</w:t>
      </w:r>
    </w:p>
    <w:p>
      <w:r>
        <w:t>preis</w:t>
      </w:r>
    </w:p>
    <w:p>
      <w:r>
        <w:t>Ich gebe meine</w:t>
      </w:r>
    </w:p>
    <w:p>
      <w:pPr>
        <w:pStyle w:val="Heading2"/>
      </w:pPr>
      <w:r>
        <w:t>E-Mail-Adresse</w:t>
      </w:r>
    </w:p>
    <w:p>
      <w:r>
        <w:t>preis</w:t>
      </w:r>
    </w:p>
    <w:p>
      <w:r>
        <w:t>Ich gebe</w:t>
      </w:r>
    </w:p>
    <w:p>
      <w:pPr>
        <w:pStyle w:val="Heading2"/>
      </w:pPr>
      <w:r>
        <w:t>Fotos von mir</w:t>
      </w:r>
    </w:p>
    <w:p>
      <w:r>
        <w:t>preis</w:t>
      </w:r>
    </w:p>
    <w:p>
      <w:r>
        <w:t>Ich gebe Informationen über meine</w:t>
      </w:r>
    </w:p>
    <w:p>
      <w:r>
        <w:t>Familie</w:t>
      </w:r>
    </w:p>
    <w:p>
      <w:r>
        <w:t>preis</w:t>
      </w:r>
    </w:p>
    <w:p>
      <w:r>
        <w:t>Ich gebe mein</w:t>
      </w:r>
    </w:p>
    <w:p>
      <w:pPr>
        <w:pStyle w:val="Heading2"/>
      </w:pPr>
      <w:r>
        <w:t>Passwort</w:t>
      </w:r>
    </w:p>
    <w:p>
      <w:r>
        <w:t>preis</w:t>
      </w:r>
    </w:p>
    <w:p>
      <w:r>
        <w:t>Ich teile wann</w:t>
      </w:r>
    </w:p>
    <w:p>
      <w:r>
        <w:t>ich mich wo befinde</w:t>
      </w:r>
    </w:p>
    <w:p>
      <w:r>
        <w:t>Ich gebe preis</w:t>
      </w:r>
    </w:p>
    <w:p>
      <w:pPr>
        <w:pStyle w:val="Heading2"/>
      </w:pPr>
      <w:r>
        <w:t>welche Schule</w:t>
      </w:r>
    </w:p>
    <w:p>
      <w:r>
        <w:t>ich besuche</w:t>
      </w:r>
    </w:p>
    <w:p>
      <w:r>
        <w:t>3.5.2015</w:t>
      </w:r>
    </w:p>
    <w:p>
      <w:r>
        <w:t>Max Mustermann</w:t>
      </w:r>
    </w:p>
    <w:p>
      <w:r>
        <w:t>CC BY-NC-SA 4.0 CC BY-NC-SA 4.0</w:t>
      </w:r>
    </w:p>
    <w:p>
      <w:r>
        <w:t>CC BY-NC-SA 4.0 CC BY-NC-SA 4.0</w:t>
      </w:r>
    </w:p>
    <w:p>
      <w:r>
        <w:t>CC BY-NC-SA 4.0 CC BY-NC-SA 4.0</w:t>
      </w:r>
    </w:p>
    <w:p>
      <w:r>
        <w:t>CC BY-NC-SA 4.0 CC BY-NC-SA 4.0</w:t>
      </w:r>
    </w:p>
    <w:p>
      <w:r>
        <w:t>CC BY-NC-SA 4.0 CC BY-NC-SA 4.0</w:t>
      </w:r>
    </w:p>
    <w:p>
      <w:r>
        <w:t>Unsichere Daten:</w:t>
      </w:r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pPr>
        <w:pStyle w:val="Heading2"/>
      </w:pPr>
      <w:r>
        <w:t>Seite 2</w:t>
      </w:r>
    </w:p>
    <w:p>
      <w:r>
        <w:t>Ich gebe meinen</w:t>
      </w:r>
    </w:p>
    <w:p>
      <w:pPr>
        <w:pStyle w:val="Heading2"/>
      </w:pPr>
      <w:r>
        <w:t>Vornamen</w:t>
      </w:r>
    </w:p>
    <w:p>
      <w:r>
        <w:t>preis</w:t>
      </w:r>
    </w:p>
    <w:p>
      <w:r>
        <w:t>Ich gebe meine</w:t>
      </w:r>
    </w:p>
    <w:p>
      <w:pPr>
        <w:pStyle w:val="Heading2"/>
      </w:pPr>
      <w:r>
        <w:t>Hobbys</w:t>
      </w:r>
    </w:p>
    <w:p>
      <w:r>
        <w:t>preis</w:t>
      </w:r>
    </w:p>
    <w:p>
      <w:r>
        <w:t>Ich gebe meine</w:t>
      </w:r>
    </w:p>
    <w:p>
      <w:pPr>
        <w:pStyle w:val="Heading2"/>
      </w:pPr>
      <w:r>
        <w:t>Lieblingsfarbe</w:t>
      </w:r>
    </w:p>
    <w:p>
      <w:r>
        <w:t>preis</w:t>
      </w:r>
    </w:p>
    <w:p>
      <w:r>
        <w:t>Ich gebe meinen</w:t>
      </w:r>
    </w:p>
    <w:p>
      <w:pPr>
        <w:pStyle w:val="Heading2"/>
      </w:pPr>
      <w:r>
        <w:t>Spitznamen</w:t>
      </w:r>
    </w:p>
    <w:p>
      <w:r>
        <w:t>preis</w:t>
      </w:r>
    </w:p>
    <w:p>
      <w:r>
        <w:t>Ich gebe</w:t>
      </w:r>
    </w:p>
    <w:p>
      <w:r>
        <w:t>mein</w:t>
      </w:r>
    </w:p>
    <w:p>
      <w:pPr>
        <w:pStyle w:val="Heading2"/>
      </w:pPr>
      <w:r>
        <w:t>Alter</w:t>
      </w:r>
    </w:p>
    <w:p>
      <w:r>
        <w:t>preis</w:t>
      </w:r>
    </w:p>
    <w:p>
      <w:r>
        <w:t>Ich gebe mein</w:t>
      </w:r>
    </w:p>
    <w:p>
      <w:pPr>
        <w:pStyle w:val="Heading2"/>
      </w:pPr>
      <w:r>
        <w:t>Lieblingsessen</w:t>
      </w:r>
    </w:p>
    <w:p>
      <w:r>
        <w:t>preis</w:t>
      </w:r>
    </w:p>
    <w:p>
      <w:r>
        <w:t>Ich gebe meinen</w:t>
      </w:r>
    </w:p>
    <w:p>
      <w:pPr>
        <w:pStyle w:val="Heading2"/>
      </w:pPr>
      <w:r>
        <w:t>Traumberuf</w:t>
      </w:r>
    </w:p>
    <w:p>
      <w:r>
        <w:t>preis</w:t>
      </w:r>
    </w:p>
    <w:p>
      <w:r>
        <w:t>Ich gebe preis welche</w:t>
      </w:r>
    </w:p>
    <w:p>
      <w:pPr>
        <w:pStyle w:val="Heading2"/>
      </w:pPr>
      <w:r>
        <w:t>Musik</w:t>
      </w:r>
    </w:p>
    <w:p>
      <w:r>
        <w:t>ich gerne höre</w:t>
      </w:r>
    </w:p>
    <w:p>
      <w:r>
        <w:t>Max Mustermann</w:t>
      </w:r>
    </w:p>
    <w:p>
      <w:r>
        <w:t>Maxi</w:t>
      </w:r>
    </w:p>
    <w:p>
      <w:r>
        <w:t>8</w:t>
      </w:r>
    </w:p>
    <w:p>
      <w:r>
        <w:t>CC BY-NC-SA 4.0 CC BY-NC-SA 4.0</w:t>
      </w:r>
    </w:p>
    <w:p>
      <w:r>
        <w:t>CC BY-NC-SA 4.0 CC BY-NC-SA 4.0</w:t>
      </w:r>
    </w:p>
    <w:p>
      <w:r>
        <w:t>CC BY-NC-SA 4.0 CC BY-NC-SA 4.0</w:t>
      </w:r>
    </w:p>
    <w:p>
      <w:r>
        <w:t>CC BY-NC-SA 4.0 CC BY-NC-SA 4.0</w:t>
      </w:r>
    </w:p>
    <w:p>
      <w:r>
        <w:t>CC BY-NC-SA 4.0 CC BY-NC-SA 4.0</w:t>
      </w:r>
    </w:p>
    <w:p>
      <w:r>
        <w:t>Sichere Daten:</w:t>
      </w:r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>
        <w:rPr>
          <w:i/>
        </w:rPr>
        <w:t>Quelle: Karten-komprimiert.pdf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Karten komprimiert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