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Ein neues Buch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r>
        <w:drawing>
          <wp:inline xmlns:a="http://schemas.openxmlformats.org/drawingml/2006/main" xmlns:pic="http://schemas.openxmlformats.org/drawingml/2006/picture">
            <wp:extent cx="5040000" cy="7560000"/>
            <wp:docPr id="1" name="Picture 1" descr="Abbildung 1 aus dem Original, Seite 1 – Inhalt bitte im Original-PDF ansehen" title="Abbildung 1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56155"/>
            <wp:docPr id="2" name="Picture 2" descr="Abbildung 2 aus dem Original, Seite 1 – Inhalt bitte im Original-PDF ansehen" title="Abbildung 2 aus dem Original, Seite 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561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</w:t>
      </w:r>
    </w:p>
    <w:p>
      <w:r>
        <w:t>Hallo, ich bin Robo, der Roboter. Ich möchte mit euch heute mal die</w:t>
      </w:r>
    </w:p>
    <w:p>
      <w:r>
        <w:t>künstliche Intelligenz ausprobieren. An dieser Station wollen wir gemeinsam einen Song,</w:t>
      </w:r>
    </w:p>
    <w:p>
      <w:r>
        <w:t>also ein Lied, erstellen. Lasst uns</w:t>
      </w:r>
    </w:p>
    <w:p>
      <w:r>
        <w:t>anfangen!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" name="Picture 3" descr="Abbildung 1 aus dem Original, Seite 2 – Inhalt bitte im Original-PDF ansehen" title="Abbildung 1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4" name="Picture 4" descr="Abbildung 2 aus dem Original, Seite 2 – Inhalt bitte im Original-PDF ansehen" title="Abbildung 2 aus dem Original, Seite 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3</w:t>
      </w:r>
    </w:p>
    <w:p>
      <w:r>
        <w:t>Wenn wir etwas von der künstlichen Intelligenz wollen und</w:t>
      </w:r>
    </w:p>
    <w:p>
      <w:r>
        <w:t>mit ihr sprechen, müssen wir vorher einen Prompt eingeben.</w:t>
      </w:r>
    </w:p>
    <w:p>
      <w:r>
        <w:t>Aber was ist das überhaupt? Das erfahrt ihr auf der nächsten</w:t>
      </w:r>
    </w:p>
    <w:p>
      <w:r>
        <w:t>Seite.</w:t>
      </w:r>
    </w:p>
    <w:p>
      <w:pPr>
        <w:pStyle w:val="Heading1"/>
      </w:pPr>
      <w:r>
        <w:t>?</w:t>
      </w:r>
    </w:p>
    <w:p>
      <w:pPr>
        <w:pStyle w:val="Heading1"/>
      </w:pPr>
      <w:r>
        <w:t>?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5" name="Picture 5" descr="Abbildung 1 aus dem Original, Seite 3 – Inhalt bitte im Original-PDF ansehen" title="Abbildung 1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6" name="Picture 6" descr="Abbildung 2 aus dem Original, Seite 3 – Inhalt bitte im Original-PDF ansehen" title="Abbildung 2 aus dem Original, Seite 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4</w:t>
      </w:r>
    </w:p>
    <w:p>
      <w:r>
        <w:t>Ein Prompt kann eine Frage oder auch eine Aufgabe sein. Das hilft der</w:t>
      </w:r>
    </w:p>
    <w:p>
      <w:r>
        <w:t>künstlichen Intelligenz dann, mit dir</w:t>
      </w:r>
    </w:p>
    <w:p>
      <w:r>
        <w:t>zu sprechen. Wir können es uns ungefähr so vorstellen, wie unser Lehrer oder unsere Lehrerin uns eine</w:t>
      </w:r>
    </w:p>
    <w:p>
      <w:r>
        <w:t>Aufgabe gibt.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7" name="Picture 7" descr="Abbildung 1 aus dem Original, Seite 4 – Inhalt bitte im Original-PDF ansehen" title="Abbildung 1 aus dem Original, Seite 4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5</w:t>
      </w:r>
    </w:p>
    <w:p>
      <w:r>
        <w:t>Die Lehrerin sagt dann zum Beispiel:</w:t>
      </w:r>
    </w:p>
    <w:p>
      <w:r>
        <w:t>„Rechne die Aufgabe 2 + 2.“. Das ist auch ein Prompt. Wir haben jetzt</w:t>
      </w:r>
    </w:p>
    <w:p>
      <w:r>
        <w:t>einen Arbeitsauftrag und können die</w:t>
      </w:r>
    </w:p>
    <w:p>
      <w:r>
        <w:t>Aufgabe lösen. Und so funktioniert das mit der künstlichen</w:t>
      </w:r>
    </w:p>
    <w:p>
      <w:r>
        <w:t>Intelligenz auch.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8" name="Picture 8" descr="Abbildung 1 aus dem Original, Seite 5 – Inhalt bitte im Original-PDF ansehen" title="Abbildung 1 aus dem Original, Seite 5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6</w:t>
      </w:r>
    </w:p>
    <w:p>
      <w:r>
        <w:t>Jetzt wollen wir mal verschiedene</w:t>
      </w:r>
    </w:p>
    <w:p>
      <w:r>
        <w:t>Prompts ausprobieren. Dafür brauchen wir die Internetseite „Suno“. Dafür bekommt ihr an dieser</w:t>
      </w:r>
    </w:p>
    <w:p>
      <w:r>
        <w:t>Station ein IPad, an dem ihr das</w:t>
      </w:r>
    </w:p>
    <w:p>
      <w:r>
        <w:t>Ganze ausprobieren könnt.</w:t>
      </w:r>
    </w:p>
    <w:p>
      <w:r>
        <w:drawing>
          <wp:inline xmlns:a="http://schemas.openxmlformats.org/drawingml/2006/main" xmlns:pic="http://schemas.openxmlformats.org/drawingml/2006/picture">
            <wp:extent cx="5040000" cy="1671295"/>
            <wp:docPr id="9" name="Picture 9" descr="Abbildung 1 aus dem Original, Seite 6 – Inhalt bitte im Original-PDF ansehen" title="Abbildung 1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71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0" name="Picture 10" descr="Abbildung 2 aus dem Original, Seite 6 – Inhalt bitte im Original-PDF ansehen" title="Abbildung 2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202916"/>
            <wp:docPr id="11" name="Picture 11" descr="Abbildung 3 aus dem Original, Seite 6 – Inhalt bitte im Original-PDF ansehen" title="Abbildung 3 aus dem Original, Seite 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02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7</w:t>
      </w:r>
    </w:p>
    <w:p>
      <w:r>
        <w:t>Auf dem IPad sollte es jetzt so</w:t>
      </w:r>
    </w:p>
    <w:p>
      <w:r>
        <w:t>aussehen:</w:t>
      </w:r>
    </w:p>
    <w:p>
      <w:r>
        <w:t>Dort gebt ihr den Prompt ein. Wir</w:t>
      </w:r>
    </w:p>
    <w:p>
      <w:r>
        <w:t>probieren das mal aus.</w:t>
      </w:r>
    </w:p>
    <w:p>
      <w:r>
        <w:drawing>
          <wp:inline xmlns:a="http://schemas.openxmlformats.org/drawingml/2006/main" xmlns:pic="http://schemas.openxmlformats.org/drawingml/2006/picture">
            <wp:extent cx="5040000" cy="1671295"/>
            <wp:docPr id="12" name="Picture 12" descr="Abbildung 1 aus dem Original, Seite 7 – Inhalt bitte im Original-PDF ansehen" title="Abbildung 1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167129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3" name="Picture 13" descr="Abbildung 2 aus dem Original, Seite 7 – Inhalt bitte im Original-PDF ansehen" title="Abbildung 2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202916"/>
            <wp:docPr id="14" name="Picture 14" descr="Abbildung 3 aus dem Original, Seite 7 – Inhalt bitte im Original-PDF ansehen" title="Abbildung 3 aus dem Original, Seite 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02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8</w:t>
      </w:r>
    </w:p>
    <w:p>
      <w:r>
        <w:t>Gebt der künstlichen Intelligenz erst</w:t>
      </w:r>
    </w:p>
    <w:p>
      <w:r>
        <w:t>einen ganz kurzen Prompt. Schreibt so wenig Wörter, wie ihr könnt. Zum</w:t>
      </w:r>
    </w:p>
    <w:p>
      <w:r>
        <w:t>Beispiel: „Schreibe ein Lied über Frösche.“ oder „Schreibe ein Lied über</w:t>
      </w:r>
    </w:p>
    <w:p>
      <w:r>
        <w:t>einen bellenden Hund.“.</w:t>
      </w:r>
    </w:p>
    <w:p>
      <w:r>
        <w:t>Ihr müsst den Text nicht eintippen. Ihr</w:t>
      </w:r>
    </w:p>
    <w:p>
      <w:r>
        <w:t>könnt den Text auch in das IPad sprechen. Dafür klickt ihr einfach auf das</w:t>
      </w:r>
    </w:p>
    <w:p>
      <w:r>
        <w:t>Mikrofon.</w:t>
      </w:r>
    </w:p>
    <w:p>
      <w:r>
        <w:drawing>
          <wp:inline xmlns:a="http://schemas.openxmlformats.org/drawingml/2006/main" xmlns:pic="http://schemas.openxmlformats.org/drawingml/2006/picture">
            <wp:extent cx="5040000" cy="4047628"/>
            <wp:docPr id="15" name="Picture 15" descr="Abbildung 1 aus dem Original, Seite 8 – Inhalt bitte im Original-PDF ansehen" title="Abbildung 1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47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202916"/>
            <wp:docPr id="16" name="Picture 16" descr="Abbildung 2 aus dem Original, Seite 8 – Inhalt bitte im Original-PDF ansehen" title="Abbildung 2 aus dem Original, Seite 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02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9</w:t>
      </w:r>
    </w:p>
    <w:p>
      <w:pPr>
        <w:pStyle w:val="Heading2"/>
      </w:pPr>
      <w:r>
        <w:t>Nach dem Eingeben klickt</w:t>
      </w:r>
    </w:p>
    <w:p>
      <w:pPr>
        <w:pStyle w:val="Heading2"/>
      </w:pPr>
      <w:r>
        <w:t>ihr dann auf dieses Feld.</w:t>
      </w:r>
    </w:p>
    <w:p>
      <w:r>
        <w:drawing>
          <wp:inline xmlns:a="http://schemas.openxmlformats.org/drawingml/2006/main" xmlns:pic="http://schemas.openxmlformats.org/drawingml/2006/picture">
            <wp:extent cx="5040000" cy="4047628"/>
            <wp:docPr id="17" name="Picture 17" descr="Abbildung 1 aus dem Original, Seite 9 – Inhalt bitte im Original-PDF ansehen" title="Abbildung 1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047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202916"/>
            <wp:docPr id="18" name="Picture 18" descr="Abbildung 2 aus dem Original, Seite 9 – Inhalt bitte im Original-PDF ansehen" title="Abbildung 2 aus dem Original, Seite 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2029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10</w:t>
      </w:r>
    </w:p>
    <w:p>
      <w:r>
        <w:t>Hört euch das Lied für 50 Sekunden an.</w:t>
      </w:r>
    </w:p>
    <w:p>
      <w:r>
        <w:t>Wie findet ihr das Lied?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19" name="Picture 19" descr="Abbildung 1 aus dem Original, Seite 10 – Inhalt bitte im Original-PDF ansehen" title="Abbildung 1 aus dem Original, Seite 1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11</w:t>
      </w:r>
    </w:p>
    <w:p>
      <w:r>
        <w:t>Jetzt gebt der künstlichen Intelligenz einen</w:t>
      </w:r>
    </w:p>
    <w:p>
      <w:r>
        <w:t>ganz langen Prompt. Ihr müsst also viele Einzelheiten einfügen, damit die künstliche</w:t>
      </w:r>
    </w:p>
    <w:p>
      <w:r>
        <w:t>Intelligenz euch ein passendes Lied schreiben kann. Zum Beispiel: „Schreibe ein</w:t>
      </w:r>
    </w:p>
    <w:p>
      <w:r>
        <w:t>fröhliches Lied über Katzen, die gerne mit</w:t>
      </w:r>
    </w:p>
    <w:p>
      <w:r>
        <w:t>Wolle spielen und draußen sind.“.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0" name="Picture 20" descr="Abbildung 1 aus dem Original, Seite 11 – Inhalt bitte im Original-PDF ansehen" title="Abbildung 1 aus dem Original, Seite 1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12</w:t>
      </w:r>
    </w:p>
    <w:p>
      <w:r>
        <w:t>Füllt den Arbeitsbogen aus, um die Einzelheiten eures</w:t>
      </w:r>
    </w:p>
    <w:p>
      <w:r>
        <w:t>Songs zu bestimmen. Jeder von euch darf eine</w:t>
      </w:r>
    </w:p>
    <w:p>
      <w:r>
        <w:t>Kategorie alleine bestimmen.</w:t>
      </w:r>
    </w:p>
    <w:p>
      <w:r>
        <w:drawing>
          <wp:inline xmlns:a="http://schemas.openxmlformats.org/drawingml/2006/main" xmlns:pic="http://schemas.openxmlformats.org/drawingml/2006/picture">
            <wp:extent cx="5040000" cy="6616615"/>
            <wp:docPr id="21" name="Picture 21" descr="Abbildung 1 aus dem Original, Seite 12 – Inhalt bitte im Original-PDF ansehen" title="Abbildung 1 aus dem Original, Seite 1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616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13</w:t>
      </w:r>
    </w:p>
    <w:p>
      <w:r>
        <w:t>Wenn ihr das geschafft habt, gebt</w:t>
      </w:r>
    </w:p>
    <w:p>
      <w:r>
        <w:t>den Prompt bei Suno ein. Nutzt dafür die Sprachfunktion mit dem</w:t>
      </w:r>
    </w:p>
    <w:p>
      <w:r>
        <w:t>Mikrofon.</w:t>
      </w:r>
    </w:p>
    <w:p>
      <w:r>
        <w:drawing>
          <wp:inline xmlns:a="http://schemas.openxmlformats.org/drawingml/2006/main" xmlns:pic="http://schemas.openxmlformats.org/drawingml/2006/picture">
            <wp:extent cx="5040000" cy="6616615"/>
            <wp:docPr id="22" name="Picture 22" descr="Abbildung 1 aus dem Original, Seite 13 – Inhalt bitte im Original-PDF ansehen" title="Abbildung 1 aus dem Original, Seite 1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6166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14</w:t>
      </w:r>
    </w:p>
    <w:p>
      <w:pPr>
        <w:pStyle w:val="Heading2"/>
      </w:pPr>
      <w:r>
        <w:t>Ist euch etwas aufgefallen?</w:t>
      </w:r>
    </w:p>
    <w:p>
      <w:pPr>
        <w:pStyle w:val="Heading2"/>
      </w:pPr>
      <w:r>
        <w:t>Hört euch auch das Lied</w:t>
      </w:r>
    </w:p>
    <w:p>
      <w:pPr>
        <w:pStyle w:val="Heading2"/>
      </w:pPr>
      <w:r>
        <w:t>für 50 Sekunden an.</w:t>
      </w:r>
    </w:p>
    <w:p>
      <w:pPr>
        <w:pStyle w:val="Heading2"/>
      </w:pPr>
      <w:r>
        <w:t>Seite 15</w:t>
      </w:r>
    </w:p>
    <w:p>
      <w:r>
        <w:t>Das zweite Lied hat alle unsere Wünsche erfüllt und hat unser Lied persönlicher gemacht. Wir haben die</w:t>
      </w:r>
    </w:p>
    <w:p>
      <w:r>
        <w:t>künstliche Intelligenz sozusagen mit</w:t>
      </w:r>
    </w:p>
    <w:p>
      <w:r>
        <w:t>ganz vielen Ideen von uns gefüttert.</w:t>
      </w:r>
    </w:p>
    <w:p>
      <w:r>
        <w:t>Damit haben wir es der künstlichen Intelligenz leichter gemacht, ein Lied</w:t>
      </w:r>
    </w:p>
    <w:p>
      <w:r>
        <w:t>zu erstellen, was uns am Ende auch</w:t>
      </w:r>
    </w:p>
    <w:p>
      <w:r>
        <w:t>gefällt.</w:t>
      </w:r>
    </w:p>
    <w:p>
      <w:pPr>
        <w:pStyle w:val="Heading2"/>
      </w:pPr>
      <w:r>
        <w:t>Seite 16</w:t>
      </w:r>
    </w:p>
    <w:p>
      <w:r>
        <w:t>Jetzt konntet ihr an einem Beispiel lernen,</w:t>
      </w:r>
    </w:p>
    <w:p>
      <w:r>
        <w:t>was ein Prompt ist und wie genau man so</w:t>
      </w:r>
    </w:p>
    <w:p>
      <w:r>
        <w:t>einen Prompt schreiben sollte.</w:t>
      </w:r>
    </w:p>
    <w:p>
      <w:r>
        <w:t>Ihr kennt euch also jetzt noch besser mit</w:t>
      </w:r>
    </w:p>
    <w:p>
      <w:r>
        <w:t>künstlicher Intelligenz (KI) aus und wisst</w:t>
      </w:r>
    </w:p>
    <w:p>
      <w:r>
        <w:t>auch, wie ihr mit ihr reden solltet, damit sie</w:t>
      </w:r>
    </w:p>
    <w:p>
      <w:r>
        <w:t>euch am besten helfen kann.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3" name="Picture 23" descr="Abbildung 1 aus dem Original, Seite 16 – Inhalt bitte im Original-PDF ansehen" title="Abbildung 1 aus dem Original, Seite 16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17</w:t>
      </w:r>
    </w:p>
    <w:p>
      <w:pPr>
        <w:pStyle w:val="Heading2"/>
      </w:pPr>
      <w:r>
        <w:t>Ihr habt es geschafft!</w:t>
      </w:r>
    </w:p>
    <w:p>
      <w:pPr>
        <w:pStyle w:val="Heading2"/>
      </w:pPr>
      <w:r>
        <w:t>Nehmt nun einen Teil des</w:t>
      </w:r>
    </w:p>
    <w:p>
      <w:pPr>
        <w:pStyle w:val="Heading2"/>
      </w:pPr>
      <w:r>
        <w:t>Songs mit eurem IPad auf</w:t>
      </w:r>
    </w:p>
    <w:p>
      <w:pPr>
        <w:pStyle w:val="Heading2"/>
      </w:pPr>
      <w:r>
        <w:t>und fügt es in das</w:t>
      </w:r>
    </w:p>
    <w:p>
      <w:pPr>
        <w:pStyle w:val="Heading2"/>
      </w:pPr>
      <w:r>
        <w:t>Gruppenbuch ein.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24" name="Picture 24" descr="Abbildung 1 aus dem Original, Seite 17 – Inhalt bitte im Original-PDF ansehen" title="Abbildung 1 aus dem Original, Seite 17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18</w:t>
      </w:r>
    </w:p>
    <w:p>
      <w:pPr>
        <w:pStyle w:val="Heading2"/>
      </w:pPr>
      <w:r>
        <w:t>Dafür klickt ihr in dem</w:t>
      </w:r>
    </w:p>
    <w:p>
      <w:pPr>
        <w:pStyle w:val="Heading2"/>
      </w:pPr>
      <w:r>
        <w:t>Gruppenbuch im</w:t>
      </w:r>
    </w:p>
    <w:p>
      <w:pPr>
        <w:pStyle w:val="Heading2"/>
      </w:pPr>
      <w:r>
        <w:t>Book Creator auf das</w:t>
      </w:r>
    </w:p>
    <w:p>
      <w:pPr>
        <w:pStyle w:val="Heading2"/>
      </w:pPr>
      <w:r>
        <w:t>Plus und wählt</w:t>
      </w:r>
    </w:p>
    <w:p>
      <w:pPr>
        <w:pStyle w:val="Heading2"/>
      </w:pPr>
      <w:r>
        <w:t>„Sound“.</w:t>
      </w:r>
    </w:p>
    <w:p>
      <w:r>
        <w:drawing>
          <wp:inline xmlns:a="http://schemas.openxmlformats.org/drawingml/2006/main" xmlns:pic="http://schemas.openxmlformats.org/drawingml/2006/picture">
            <wp:extent cx="5040000" cy="3980550"/>
            <wp:docPr id="25" name="Picture 25" descr="Abbildung 1 aus dem Original, Seite 18 – Inhalt bitte im Original-PDF ansehen" title="Abbildung 1 aus dem Original, Seite 1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8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687983"/>
            <wp:docPr id="26" name="Picture 26" descr="Abbildung 2 aus dem Original, Seite 18 – Inhalt bitte im Original-PDF ansehen" title="Abbildung 2 aus dem Original, Seite 18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87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19</w:t>
      </w:r>
    </w:p>
    <w:p>
      <w:pPr>
        <w:pStyle w:val="Heading2"/>
      </w:pPr>
      <w:r>
        <w:t>Dann klickt ihr auf den</w:t>
      </w:r>
    </w:p>
    <w:p>
      <w:pPr>
        <w:pStyle w:val="Heading2"/>
      </w:pPr>
      <w:r>
        <w:t>roten Kreis, um die</w:t>
      </w:r>
    </w:p>
    <w:p>
      <w:pPr>
        <w:pStyle w:val="Heading2"/>
      </w:pPr>
      <w:r>
        <w:t>Aufnahme zu starten.</w:t>
      </w:r>
    </w:p>
    <w:p>
      <w:r>
        <w:drawing>
          <wp:inline xmlns:a="http://schemas.openxmlformats.org/drawingml/2006/main" xmlns:pic="http://schemas.openxmlformats.org/drawingml/2006/picture">
            <wp:extent cx="5040000" cy="3980550"/>
            <wp:docPr id="27" name="Picture 27" descr="Abbildung 1 aus dem Original, Seite 19 – Inhalt bitte im Original-PDF ansehen" title="Abbildung 1 aus dem Original, Seite 1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9805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687983"/>
            <wp:docPr id="28" name="Picture 28" descr="Abbildung 2 aus dem Original, Seite 19 – Inhalt bitte im Original-PDF ansehen" title="Abbildung 2 aus dem Original, Seite 19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87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20</w:t>
      </w:r>
    </w:p>
    <w:p>
      <w:pPr>
        <w:pStyle w:val="Heading2"/>
      </w:pPr>
      <w:r>
        <w:t>Wenn ihr mit der</w:t>
      </w:r>
    </w:p>
    <w:p>
      <w:pPr>
        <w:pStyle w:val="Heading2"/>
      </w:pPr>
      <w:r>
        <w:t>Aufnahme fertig seid,</w:t>
      </w:r>
    </w:p>
    <w:p>
      <w:pPr>
        <w:pStyle w:val="Heading2"/>
      </w:pPr>
      <w:r>
        <w:t>klickt ihr auf das rote</w:t>
      </w:r>
    </w:p>
    <w:p>
      <w:pPr>
        <w:pStyle w:val="Heading2"/>
      </w:pPr>
      <w:r>
        <w:t>Viereck.</w:t>
      </w:r>
    </w:p>
    <w:p>
      <w:r>
        <w:drawing>
          <wp:inline xmlns:a="http://schemas.openxmlformats.org/drawingml/2006/main" xmlns:pic="http://schemas.openxmlformats.org/drawingml/2006/picture">
            <wp:extent cx="5040000" cy="3834012"/>
            <wp:docPr id="29" name="Picture 29" descr="Abbildung 1 aus dem Original, Seite 20 – Inhalt bitte im Original-PDF ansehen" title="Abbildung 1 aus dem Original, Seite 2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340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78262"/>
            <wp:docPr id="30" name="Picture 30" descr="Abbildung 2 aus dem Original, Seite 20 – Inhalt bitte im Original-PDF ansehen" title="Abbildung 2 aus dem Original, Seite 20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8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21</w:t>
      </w:r>
    </w:p>
    <w:p>
      <w:pPr>
        <w:pStyle w:val="Heading2"/>
      </w:pPr>
      <w:r>
        <w:t>Nun müsst ihr „Ja“ klicken,</w:t>
      </w:r>
    </w:p>
    <w:p>
      <w:pPr>
        <w:pStyle w:val="Heading2"/>
      </w:pPr>
      <w:r>
        <w:t>damit die Aufnahme in das</w:t>
      </w:r>
    </w:p>
    <w:p>
      <w:pPr>
        <w:pStyle w:val="Heading2"/>
      </w:pPr>
      <w:r>
        <w:t>Buch übertragen werden</w:t>
      </w:r>
    </w:p>
    <w:p>
      <w:pPr>
        <w:pStyle w:val="Heading2"/>
      </w:pPr>
      <w:r>
        <w:t>kann.</w:t>
      </w:r>
    </w:p>
    <w:p>
      <w:r>
        <w:drawing>
          <wp:inline xmlns:a="http://schemas.openxmlformats.org/drawingml/2006/main" xmlns:pic="http://schemas.openxmlformats.org/drawingml/2006/picture">
            <wp:extent cx="5040000" cy="3834012"/>
            <wp:docPr id="31" name="Picture 31" descr="Abbildung 1 aus dem Original, Seite 21 – Inhalt bitte im Original-PDF ansehen" title="Abbildung 1 aus dem Original, Seite 2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340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778262"/>
            <wp:docPr id="32" name="Picture 32" descr="Abbildung 2 aus dem Original, Seite 21 – Inhalt bitte im Original-PDF ansehen" title="Abbildung 2 aus dem Original, Seite 21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7782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22</w:t>
      </w:r>
    </w:p>
    <w:p>
      <w:pPr>
        <w:pStyle w:val="Heading2"/>
      </w:pPr>
      <w:r>
        <w:t>Und schon ist eure</w:t>
      </w:r>
    </w:p>
    <w:p>
      <w:pPr>
        <w:pStyle w:val="Heading2"/>
      </w:pPr>
      <w:r>
        <w:t>Tonaufnahme in dem</w:t>
      </w:r>
    </w:p>
    <w:p>
      <w:pPr>
        <w:pStyle w:val="Heading2"/>
      </w:pPr>
      <w:r>
        <w:t>Gruppenbuch.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3" name="Picture 33" descr="Abbildung 1 aus dem Original, Seite 22 – Inhalt bitte im Original-PDF ansehen" title="Abbildung 1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893672"/>
            <wp:docPr id="34" name="Picture 34" descr="Abbildung 2 aus dem Original, Seite 22 – Inhalt bitte im Original-PDF ansehen" title="Abbildung 2 aus dem Original, Seite 22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93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Seite 23</w:t>
      </w:r>
    </w:p>
    <w:p>
      <w:pPr>
        <w:pStyle w:val="Heading2"/>
      </w:pPr>
      <w:r>
        <w:t>Ich hoffe ihr hattet</w:t>
      </w:r>
    </w:p>
    <w:p>
      <w:pPr>
        <w:pStyle w:val="Heading2"/>
      </w:pPr>
      <w:r>
        <w:t>Spaß!</w:t>
      </w:r>
    </w:p>
    <w:p>
      <w:pPr>
        <w:pStyle w:val="Heading2"/>
      </w:pPr>
      <w:r>
        <w:t>Tschüss Kinder!</w:t>
      </w:r>
    </w:p>
    <w:p>
      <w:r>
        <w:drawing>
          <wp:inline xmlns:a="http://schemas.openxmlformats.org/drawingml/2006/main" xmlns:pic="http://schemas.openxmlformats.org/drawingml/2006/picture">
            <wp:extent cx="5040000" cy="5040000"/>
            <wp:docPr id="35" name="Picture 35" descr="Abbildung 1 aus dem Original, Seite 23 – Inhalt bitte im Original-PDF ansehen" title="Abbildung 1 aus dem Original, Seite 2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040000" cy="3893672"/>
            <wp:docPr id="36" name="Picture 36" descr="Abbildung 2 aus dem Original, Seite 23 – Inhalt bitte im Original-PDF ansehen" title="Abbildung 2 aus dem Original, Seite 23 – Inhalt bitte im Original-PDF ansehen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893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Quelle: Material_2_Station_Song_erstellen_Suno_ki_Diklusion.pdf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 neues Buch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