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 4 Arbeitsblatt Prompt Hilfekarten Song Suno KI Diklusion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Merkmale eines Lieds:</w:t>
      </w:r>
    </w:p>
    <w:p>
      <w:r>
        <w:t>langsam schnell</w:t>
      </w:r>
    </w:p>
    <w:p>
      <w:r>
        <w:t>fröhlich traurig</w:t>
      </w:r>
    </w:p>
    <w:p>
      <w:r>
        <w:t>Popmusik Rockmusik Klassische Musik</w:t>
      </w:r>
    </w:p>
    <w:p>
      <w:r>
        <w:t>Geschwindigkeit:</w:t>
      </w:r>
    </w:p>
    <w:p>
      <w:r>
        <w:t>Musikrichtung:</w:t>
      </w:r>
    </w:p>
    <w:p>
      <w:r>
        <w:t>Stimmung:</w:t>
      </w:r>
    </w:p>
    <w:p>
      <w:r>
        <w:t>Wer oder was soll darin vorkommen:</w:t>
      </w:r>
    </w:p>
    <w:p>
      <w:r>
        <w:t>Tiere Lieblingsfach Lieblingshobby</w:t>
      </w:r>
    </w:p>
    <w:p>
      <w:r>
        <w:t>Was passiert?</w:t>
      </w:r>
    </w:p>
    <w:p>
      <w:pPr>
        <w:pStyle w:val="Heading2"/>
      </w:pPr>
      <w:r>
        <w:t>Seite 2</w:t>
      </w:r>
    </w:p>
    <w:p>
      <w:r>
        <w:t>Eine Eule, die nachts fliegt und Abenteuer erlebt</w:t>
      </w:r>
    </w:p>
    <w:p>
      <w:r>
        <w:t>Die Farben des Regenbogens und was sie bedeuten</w:t>
      </w:r>
    </w:p>
    <w:p>
      <w:r>
        <w:t>Tiere und Pflanzen im Wald und aufregende Dinge, die im Wald passieren</w:t>
      </w:r>
    </w:p>
    <w:p>
      <w:r>
        <w:t>Wie toll es ist, einen besten Freund/eine beste Freundin zu haben</w:t>
      </w:r>
    </w:p>
    <w:p>
      <w:r>
        <w:t>Ein geheimer Garten, in dem alles magisch ist und Pflanzen sprechen können</w:t>
      </w:r>
    </w:p>
    <w:p>
      <w:r>
        <w:t>Ein Lied über den Mond und die Sterne, die nachts gerne tanzen</w:t>
      </w:r>
    </w:p>
    <w:p>
      <w:r>
        <w:t>Ein Drache, der gerne fliegt und neue Freunde findet</w:t>
      </w:r>
    </w:p>
    <w:p>
      <w:r>
        <w:t>Ein sonniger Sommertag, an dem man schwimmen geht und Eis isst</w:t>
      </w:r>
    </w:p>
    <w:p>
      <w:r>
        <w:t>Ein Einhorn, das zauberhafte Abenteuer erlebt</w:t>
      </w:r>
    </w:p>
    <w:p>
      <w:r>
        <w:rPr>
          <w:i/>
        </w:rPr>
        <w:t>Quelle: Material_4_Arbeitsblatt_Prompt_Hilfekarten_Song_Suno_KI_Diklusion-1.pdf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4 Arbeitsblatt Prompt Hilfekarten Song Suno KI Diklusion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