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Station 6.</w:t>
      </w:r>
    </w:p>
    <w:p>
      <w:pPr>
        <w:pStyle w:val="Heading2"/>
      </w:pPr>
      <w:r>
        <w:t>Autonomes Fahren -</w:t>
      </w:r>
    </w:p>
    <w:p>
      <w:pPr>
        <w:pStyle w:val="Heading2"/>
      </w:pPr>
      <w:r>
        <w:t>Selbstfahrende Autos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Klicke auf diese Audiodatei, um zu</w:t>
      </w:r>
    </w:p>
    <w:p>
      <w:r>
        <w:t>erfahren was dich</w:t>
      </w:r>
    </w:p>
    <w:p>
      <w:r>
        <w:t>bei dieser Station</w:t>
      </w:r>
    </w:p>
    <w:p>
      <w:r>
        <w:t>erwartet.</w:t>
      </w:r>
    </w:p>
    <w:p>
      <w:r>
        <w:t>Audio 1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3 aus dem Original, Seite 2 – Inhalt bitte im Original-PDF ansehen" title="Abbildung 3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Audio 2 Die Traumreise</w:t>
      </w:r>
    </w:p>
    <w:p>
      <w:r>
        <w:t>Audio 3</w:t>
      </w:r>
    </w:p>
    <w:p>
      <w:r>
        <w:t>Dein selbstfahrendes</w:t>
      </w:r>
    </w:p>
    <w:p>
      <w:r>
        <w:t>Auto</w:t>
      </w:r>
    </w:p>
    <w:p>
      <w:pPr>
        <w:pStyle w:val="ListBullet"/>
      </w:pPr>
      <w:r>
        <w:t>Mein selbstfahrendes Auto kann …</w:t>
      </w:r>
    </w:p>
    <w:p>
      <w:pPr>
        <w:pStyle w:val="ListBullet"/>
      </w:pPr>
      <w:r>
        <w:t>Mein selbstfahrendes Auto muss …</w:t>
      </w:r>
    </w:p>
    <w:p>
      <w:pPr>
        <w:pStyle w:val="ListBullet"/>
      </w:pPr>
      <w:r>
        <w:t>Das Beste an meinem selbstfahrenden Auto ist …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5" name="Picture 5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6" name="Picture 6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7" name="Picture 7" descr="Abbildung 3 aus dem Original, Seite 3 – Inhalt bitte im Original-PDF ansehen" title="Abbildung 3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Audio 4 Selber das Auto sein</w:t>
      </w:r>
    </w:p>
    <w:p>
      <w:r>
        <w:t>Dem Computer komplett zu vertrauen war für mich …</w:t>
      </w:r>
    </w:p>
    <w:p>
      <w:r>
        <w:t>Audio 5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8" name="Picture 8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9" name="Picture 9" descr="Abbildung 2 aus dem Original, Seite 4 – Inhalt bitte im Original-PDF ansehen" title="Abbildung 2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Audio 6 Selbstfahrende</w:t>
      </w:r>
    </w:p>
    <w:p>
      <w:r>
        <w:t>Autos Programmieren</w:t>
      </w:r>
    </w:p>
    <w:p>
      <w:r>
        <w:t>Video Wie Funktioniert ein</w:t>
      </w:r>
    </w:p>
    <w:p>
      <w:r>
        <w:t>Bee-Bot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0" name="Picture 10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11" name="Picture 11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Audio 7 Aufgabe 1 zum</w:t>
      </w:r>
    </w:p>
    <w:p>
      <w:r>
        <w:t>Bee-Bot</w:t>
      </w:r>
    </w:p>
    <w:p>
      <w:r>
        <w:t>Audio 8 Aufgabe 2 zum</w:t>
      </w:r>
    </w:p>
    <w:p>
      <w:r>
        <w:t>Bee-Bot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2" name="Picture 12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Audio 9</w:t>
      </w:r>
    </w:p>
    <w:p>
      <w:r>
        <w:t>Mein Wissen über</w:t>
      </w:r>
    </w:p>
    <w:p>
      <w:r>
        <w:t>selbstfahrende</w:t>
      </w:r>
    </w:p>
    <w:p>
      <w:r>
        <w:t>Autos</w:t>
      </w:r>
    </w:p>
    <w:p>
      <w:pPr>
        <w:pStyle w:val="ListBullet"/>
      </w:pPr>
      <w:r>
        <w:t>Selbstfahrende Autos können nützlich sein, weil …</w:t>
      </w:r>
    </w:p>
    <w:p>
      <w:pPr>
        <w:pStyle w:val="ListBullet"/>
      </w:pPr>
      <w:r>
        <w:t>Selbstfahrende Autos können vielleicht gefährlich sein, weil …</w:t>
      </w:r>
    </w:p>
    <w:p>
      <w:pPr>
        <w:pStyle w:val="ListBullet"/>
      </w:pPr>
      <w:r>
        <w:t>Ich habe heute über selbstfahrende Autos gelernt, dass …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3" name="Picture 13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r>
        <w:t>Audio 10 Vielen Dank, dass ihr mitgemacht habt!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4" name="Picture 14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5" name="Picture 15" descr="Abbildung 2 aus dem Original, Seite 8 – Inhalt bitte im Original-PDF ansehen" title="Abbildung 2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r>
        <w:t>&gt;» .®</w:t>
      </w:r>
    </w:p>
    <w:p>
      <w:r>
        <w:t>889</w:t>
      </w:r>
    </w:p>
    <w:p>
      <w:r>
        <w:t>ZEN,</w:t>
      </w:r>
    </w:p>
    <w:p>
      <w:r>
        <w:t>ZELIZELINR)</w:t>
      </w:r>
    </w:p>
    <w:p>
      <w:r>
        <w:t>&gt; 8089909989989 9980</w:t>
      </w:r>
    </w:p>
    <w:p>
      <w:r>
        <w:t>&gt;» 0000009000900</w:t>
      </w:r>
    </w:p>
    <w:p>
      <w:r>
        <w:t>0000999899099 989899890</w:t>
      </w:r>
    </w:p>
    <w:p>
      <w:r>
        <w:t>» 0009090989909 99898989999</w:t>
      </w:r>
    </w:p>
    <w:p>
      <w:r>
        <w:t>0000090999090 09098989899999</w:t>
      </w:r>
    </w:p>
    <w:p>
      <w:r>
        <w:t>»000009909909900809899909999</w:t>
      </w:r>
    </w:p>
    <w:p>
      <w:r>
        <w:t>‚0000098009000 0890890990990909990</w:t>
      </w:r>
    </w:p>
    <w:p>
      <w:r>
        <w:t>...uss.s.s,o,.,a„„,,,,,ouuo</w:t>
      </w:r>
    </w:p>
    <w:p>
      <w:r>
        <w:t>...essse.u.2.0ooeuuu.u.u.u.u.u.09.9.9.9®0</w:t>
      </w:r>
    </w:p>
    <w:p>
      <w:r>
        <w:t>»000009000008908090909090999090890990990 90</w:t>
      </w:r>
    </w:p>
    <w:p>
      <w:r>
        <w:t>»00202009000000809000900900909090909090999009</w:t>
      </w:r>
    </w:p>
    <w:p>
      <w:r>
        <w:t>»00000090000009009000990909090999990990 08</w:t>
      </w:r>
    </w:p>
    <w:p>
      <w:r>
        <w:t>EEE IKTEITIITITTIIIIITIIIIIIIII)</w:t>
      </w:r>
    </w:p>
    <w:p>
      <w:r>
        <w:t>»000000000000090909090990909909909890890</w:t>
      </w:r>
    </w:p>
    <w:p>
      <w:r>
        <w:t>ZIIIIITITTIITITIIIIIIIIIIIIIIIII) KIIIII IT III IIIIIIIIIIIIIIIIII)</w:t>
      </w:r>
    </w:p>
    <w:p>
      <w:r>
        <w:t>ZIIIIIIT III IIIIIIIIIIIIIIIIIL]</w:t>
      </w:r>
    </w:p>
    <w:p>
      <w:r>
        <w:t>&gt;000000000000000000000000000999%</w:t>
      </w:r>
    </w:p>
    <w:p>
      <w:r>
        <w:t>ZIIIIIIIIIIIIIIIIIIIIII|]</w:t>
      </w:r>
    </w:p>
    <w:p>
      <w:r>
        <w:t>ZIIIIIIIIIIIIIIIIIIII]</w:t>
      </w:r>
    </w:p>
    <w:p>
      <w:r>
        <w:t>ZIIII IIIIIIII III III | 1)</w:t>
      </w:r>
    </w:p>
    <w:p>
      <w:r>
        <w:t>ZlIIIIIIIIIIIIIIl} ZÄlIII II IIIlIIIII] IilIIII II III III]</w:t>
      </w:r>
    </w:p>
    <w:p>
      <w:r>
        <w:t>AÄlIIIIIINIIIı I]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6" name="Picture 16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7" name="Picture 17" descr="Abbildung 2 aus dem Original, Seite 9 – Inhalt bitte im Original-PDF ansehen" title="Abbildung 2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Material_6_Station_autonomes_fahren_KI_Diklusion.pdf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