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 9 Ereigniskarten Spielanleitung Spiel KI Diklusion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Du hast ein starkes Passwort für dein KI-Konto. 3 Punkte</w:t>
      </w:r>
    </w:p>
    <w:p>
      <w:r>
        <w:t>Die KI erstellt Bilder, die nicht erlaubt sind</w:t>
      </w:r>
    </w:p>
    <w:p>
      <w:pPr>
        <w:pStyle w:val="ListBullet"/>
      </w:pPr>
      <w:r>
        <w:t>1 Punkt</w:t>
      </w:r>
    </w:p>
    <w:p>
      <w:r>
        <w:t>Die KI gibt dir falsche Informationen</w:t>
      </w:r>
    </w:p>
    <w:p>
      <w:pPr>
        <w:pStyle w:val="ListBullet"/>
      </w:pPr>
      <w:r>
        <w:t>1 Punkt</w:t>
      </w:r>
    </w:p>
    <w:p>
      <w:r>
        <w:t>Die KI hat dir bei einer Antwort geholfen und du schaust nochmal nach, um sicherzugehen 3 Punkte</w:t>
      </w:r>
    </w:p>
    <w:p>
      <w:r>
        <w:t>Du behältst deine persönlichen Daten für dich. 3 Punkte</w:t>
      </w:r>
    </w:p>
    <w:p>
      <w:r>
        <w:t>Du fragst die KI nach Tipps für Spiele mit Freunden 3 Punkte</w:t>
      </w:r>
    </w:p>
    <w:p>
      <w:r>
        <w:t>Du nutzt die KI nicht für deine ganzen Hausaufgaben, sondern nur zur Hilfe 3 Punkte</w:t>
      </w:r>
    </w:p>
    <w:p>
      <w:r>
        <w:t>Du vertraust der KI nicht alles an 3 Punkte</w:t>
      </w:r>
    </w:p>
    <w:p>
      <w:r>
        <w:t>Du nutzt die KI für hilfreiche Tipps 3 Punkte</w:t>
      </w:r>
    </w:p>
    <w:p>
      <w:pPr>
        <w:pStyle w:val="Heading2"/>
      </w:pPr>
      <w:r>
        <w:t>Spielanleitung:</w:t>
      </w:r>
    </w:p>
    <w:p>
      <w:pPr>
        <w:pStyle w:val="Heading2"/>
      </w:pPr>
      <w:r>
        <w:t>Dieses Spiel ist ein Teamspiel</w:t>
      </w:r>
    </w:p>
    <w:p>
      <w:pPr>
        <w:pStyle w:val="Heading2"/>
      </w:pPr>
      <w:r>
        <w:t>1.</w:t>
      </w:r>
    </w:p>
    <w:p>
      <w:pPr>
        <w:pStyle w:val="Heading2"/>
      </w:pPr>
      <w:r>
        <w:t>Alle würfeln. Der Spieler mit der höchsten Zahl beginnt.</w:t>
      </w:r>
    </w:p>
    <w:p>
      <w:pPr>
        <w:pStyle w:val="Heading2"/>
      </w:pPr>
      <w:r>
        <w:t>2.</w:t>
      </w:r>
    </w:p>
    <w:p>
      <w:pPr>
        <w:pStyle w:val="Heading2"/>
      </w:pPr>
      <w:r>
        <w:t>Würfel jetzt und ziehe mit deiner Figur zum gewürfelten</w:t>
      </w:r>
    </w:p>
    <w:p>
      <w:pPr>
        <w:pStyle w:val="Heading2"/>
      </w:pPr>
      <w:r>
        <w:t>Feld vor.</w:t>
      </w:r>
    </w:p>
    <w:p>
      <w:pPr>
        <w:pStyle w:val="Heading2"/>
      </w:pPr>
      <w:r>
        <w:t>3.</w:t>
      </w:r>
    </w:p>
    <w:p>
      <w:pPr>
        <w:pStyle w:val="Heading2"/>
      </w:pPr>
      <w:r>
        <w:t>Triffst du auf ein Ereignisfeld mit einem „!“, ziehe eine</w:t>
      </w:r>
    </w:p>
    <w:p>
      <w:pPr>
        <w:pStyle w:val="Heading2"/>
      </w:pPr>
      <w:r>
        <w:t>Karte vom Stapel. Mit den Karten kannst du Punkte</w:t>
      </w:r>
    </w:p>
    <w:p>
      <w:pPr>
        <w:pStyle w:val="Heading2"/>
      </w:pPr>
      <w:r>
        <w:t>sammeln, aber auch Punkte verlieren.</w:t>
      </w:r>
    </w:p>
    <w:p>
      <w:pPr>
        <w:pStyle w:val="Heading2"/>
      </w:pPr>
      <w:r>
        <w:t>4.</w:t>
      </w:r>
    </w:p>
    <w:p>
      <w:pPr>
        <w:pStyle w:val="Heading2"/>
      </w:pPr>
      <w:r>
        <w:t>Habt ihr zusammen 14 Punkte erreicht bevor ihr ins Ziel</w:t>
      </w:r>
    </w:p>
    <w:p>
      <w:pPr>
        <w:pStyle w:val="Heading2"/>
      </w:pPr>
      <w:r>
        <w:t>kommt, habt ihr gewonnen.</w:t>
      </w:r>
    </w:p>
    <w:p>
      <w:r>
        <w:rPr>
          <w:i/>
        </w:rPr>
        <w:t>Quelle: Material_9_Ereigniskarten_Spielanleitung_Spiel_KI_Diklusion-1.pdf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9 Ereigniskarten Spielanleitung Spiel KI Diklusion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