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NIM Spiel Anleitung komprimiert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1. Was ist Maschinelles Lernen? [0]: BE E a Er</w:t>
      </w:r>
    </w:p>
    <w:p>
      <w:r>
        <w:t>0: 3 c</w:t>
      </w:r>
    </w:p>
    <w:p>
      <w:r>
        <w:t>De Lee</w:t>
      </w:r>
    </w:p>
    <w:p>
      <w:r/>
    </w:p>
    <w:p>
      <w:r/>
    </w:p>
    <w:p>
      <w:r/>
    </w:p>
    <w:p>
      <w:pPr>
        <w:pStyle w:val="Heading2"/>
      </w:pPr>
      <w:r>
        <w:t>Seite 2</w:t>
      </w:r>
    </w:p>
    <w:p>
      <w:r>
        <w:t>2. Vorbereitung</w:t>
      </w:r>
    </w:p>
    <w:p>
      <w:r>
        <w:t>OkserO</w:t>
      </w:r>
    </w:p>
    <w:p>
      <w:r>
        <w:t>ER ee</w:t>
      </w:r>
    </w:p>
    <w:p>
      <w:r>
        <w:t>a zeszeleggen</w:t>
      </w:r>
    </w:p>
    <w:p>
      <w:r/>
    </w:p>
    <w:p>
      <w:r/>
    </w:p>
    <w:p>
      <w:r/>
    </w:p>
    <w:p>
      <w:r/>
    </w:p>
    <w:p>
      <w:pPr>
        <w:pStyle w:val="Heading2"/>
      </w:pPr>
      <w:r>
        <w:t>Seite 3</w:t>
      </w:r>
    </w:p>
    <w:p>
      <w:pPr>
        <w:pStyle w:val="Heading1"/>
      </w:pPr>
      <w:r>
        <w:t>3. Erster Zug</w:t>
      </w:r>
    </w:p>
    <w:p>
      <w:pPr>
        <w:pStyle w:val="Heading1"/>
      </w:pPr>
      <w:r>
        <w:t>Der Mensch nimmt 1,2 oder 3 Streichhölzer.</w:t>
      </w:r>
    </w:p>
    <w:p>
      <w:r/>
    </w:p>
    <w:p>
      <w:r/>
    </w:p>
    <w:p>
      <w:r/>
    </w:p>
    <w:p>
      <w:pPr>
        <w:pStyle w:val="Heading2"/>
      </w:pPr>
      <w:r>
        <w:t>Seite 4</w:t>
      </w:r>
    </w:p>
    <w:p>
      <w:pPr>
        <w:pStyle w:val="Heading1"/>
      </w:pPr>
      <w:r>
        <w:t>4. Der Computer ist am Zug.</w:t>
      </w:r>
    </w:p>
    <w:p>
      <w:pPr>
        <w:pStyle w:val="Heading1"/>
      </w:pPr>
      <w:r>
        <w:t>Der Computer zählt die verbliebenen Streichhölzer.</w:t>
      </w:r>
    </w:p>
    <w:p>
      <w:pPr>
        <w:pStyle w:val="Heading1"/>
      </w:pPr>
      <w:r>
        <w:t>Dann zieht er blind eine Kugel aus der passenden Box.</w:t>
      </w:r>
    </w:p>
    <w:p>
      <w:pPr>
        <w:pStyle w:val="Heading1"/>
      </w:pPr>
      <w:r>
        <w:t>3. Übrig</w:t>
      </w:r>
    </w:p>
    <w:p>
      <w:pPr>
        <w:pStyle w:val="Heading1"/>
      </w:pPr>
      <w:r>
        <w:t>Box 3</w:t>
      </w:r>
    </w:p>
    <w:p>
      <w:pPr>
        <w:pStyle w:val="Heading1"/>
      </w:pPr>
      <w:r>
        <w:t>ziehe aus</w:t>
      </w:r>
    </w:p>
    <w:p>
      <w:pPr>
        <w:pStyle w:val="Heading1"/>
      </w:pPr>
      <w:r>
        <w:t>2. Übrig</w:t>
      </w:r>
    </w:p>
    <w:p>
      <w:pPr>
        <w:pStyle w:val="Heading1"/>
      </w:pPr>
      <w:r>
        <w:t>Box 2</w:t>
      </w:r>
    </w:p>
    <w:p>
      <w:pPr>
        <w:pStyle w:val="Heading1"/>
      </w:pPr>
      <w:r>
        <w:t>ziehe aus</w:t>
      </w:r>
    </w:p>
    <w:p>
      <w:pPr>
        <w:pStyle w:val="Heading1"/>
      </w:pPr>
      <w:r>
        <w:t>3</w:t>
      </w:r>
    </w:p>
    <w:p>
      <w:pPr>
        <w:pStyle w:val="Heading1"/>
      </w:pPr>
      <w:r>
        <w:t>2</w:t>
      </w:r>
    </w:p>
    <w:p>
      <w:r/>
    </w:p>
    <w:p>
      <w:r/>
    </w:p>
    <w:p>
      <w:r/>
    </w:p>
    <w:p>
      <w:r/>
    </w:p>
    <w:p>
      <w:pPr>
        <w:pStyle w:val="Heading2"/>
      </w:pPr>
      <w:r>
        <w:t>Seite 5</w:t>
      </w:r>
    </w:p>
    <w:p>
      <w:pPr>
        <w:pStyle w:val="Heading1"/>
      </w:pPr>
      <w:r>
        <w:t>5. Der Computer zieht 1-3 Streichhölzer.</w:t>
      </w:r>
    </w:p>
    <w:p>
      <w:pPr>
        <w:pStyle w:val="Heading1"/>
      </w:pPr>
      <w:r>
        <w:t>= ziehe 1 Streichholz</w:t>
      </w:r>
    </w:p>
    <w:p>
      <w:pPr>
        <w:pStyle w:val="Heading1"/>
      </w:pPr>
      <w:r>
        <w:t>= ziehe 2 Streichhölzer</w:t>
      </w:r>
    </w:p>
    <w:p>
      <w:pPr>
        <w:pStyle w:val="Heading1"/>
      </w:pPr>
      <w:r>
        <w:t>= ziehe 3 Streichhölzer</w:t>
      </w:r>
    </w:p>
    <w:p>
      <w:r/>
    </w:p>
    <w:p>
      <w:pPr>
        <w:pStyle w:val="Heading2"/>
      </w:pPr>
      <w:r>
        <w:t>Seite 6</w:t>
      </w:r>
    </w:p>
    <w:p>
      <w:pPr>
        <w:pStyle w:val="Heading1"/>
      </w:pPr>
      <w:r>
        <w:t>6. Der Computer verliert mit der Anweisung.</w:t>
      </w:r>
    </w:p>
    <w:p>
      <w:r/>
    </w:p>
    <w:p>
      <w:r/>
    </w:p>
    <w:p>
      <w:r/>
    </w:p>
    <w:p>
      <w:pPr>
        <w:pStyle w:val="Heading2"/>
      </w:pPr>
      <w:r>
        <w:t>Seite 7</w:t>
      </w:r>
    </w:p>
    <w:p>
      <w:pPr>
        <w:pStyle w:val="Heading1"/>
      </w:pPr>
      <w:r>
        <w:t>7. Der Computer gewinnt mit der Anweisung.</w:t>
      </w:r>
    </w:p>
    <w:p>
      <w:r/>
    </w:p>
    <w:p>
      <w:r/>
    </w:p>
    <w:p>
      <w:r/>
    </w:p>
    <w:p>
      <w:pPr>
        <w:pStyle w:val="Heading2"/>
      </w:pPr>
      <w:r>
        <w:t>Seite 8</w:t>
      </w:r>
    </w:p>
    <w:p>
      <w:pPr>
        <w:pStyle w:val="Heading1"/>
      </w:pPr>
      <w:r>
        <w:t>8. Besondere Situation</w:t>
      </w:r>
    </w:p>
    <w:p>
      <w:pPr>
        <w:pStyle w:val="Heading1"/>
      </w:pPr>
      <w:r>
        <w:t>Es ist mehr als ein Streichholz übrig.</w:t>
      </w:r>
    </w:p>
    <w:p>
      <w:pPr>
        <w:pStyle w:val="Heading1"/>
      </w:pPr>
      <w:r>
        <w:t>Der Mensch ist erneut am Zug.</w:t>
      </w:r>
    </w:p>
    <w:p>
      <w:r/>
    </w:p>
    <w:p>
      <w:r/>
    </w:p>
    <w:p>
      <w:pPr>
        <w:pStyle w:val="Heading2"/>
      </w:pPr>
      <w:r>
        <w:t>Seite 9</w:t>
      </w:r>
    </w:p>
    <w:p>
      <w:r>
        <w:t>ee e;</w:t>
      </w:r>
    </w:p>
    <w:p>
      <w:r>
        <w:t>9. Wiederholt die Schritte 3-8. Bier A = TR 2% Ei Een HE hr Eu Mor TE</w:t>
      </w:r>
    </w:p>
    <w:p>
      <w:r>
        <w:t>f 3 = wen: 3-8 ) Eee</w:t>
      </w:r>
    </w:p>
    <w:p>
      <w:r/>
    </w:p>
    <w:p>
      <w:r/>
    </w:p>
    <w:p>
      <w:pPr>
        <w:pStyle w:val="Heading2"/>
      </w:pPr>
      <w:r>
        <w:t>Seite 10</w:t>
      </w:r>
    </w:p>
    <w:p>
      <w:r>
        <w:t>10 . Be</w:t>
      </w:r>
    </w:p>
    <w:p>
      <w:r>
        <w:t>prec ht da s Spiel in a eur er in [el</w:t>
      </w:r>
    </w:p>
    <w:p>
      <w:r>
        <w:t>Gruppe. Bee Se =</w:t>
      </w:r>
    </w:p>
    <w:p>
      <w:r/>
    </w:p>
    <w:p>
      <w:r/>
    </w:p>
    <w:p>
      <w:pPr>
        <w:pStyle w:val="Heading2"/>
      </w:pPr>
      <w:r>
        <w:t>Seite 11</w:t>
      </w:r>
    </w:p>
    <w:p>
      <w:r>
        <w:t>11. Zusammenfassung wm &gt; Ei H = 3 ee ale,</w:t>
      </w:r>
    </w:p>
    <w:p>
      <w:r/>
    </w:p>
    <w:p>
      <w:r/>
    </w:p>
    <w:p>
      <w:pPr>
        <w:pStyle w:val="Heading2"/>
      </w:pPr>
      <w:r>
        <w:t>Seite 12</w:t>
      </w:r>
    </w:p>
    <w:p>
      <w:pPr>
        <w:pStyle w:val="Heading1"/>
      </w:pPr>
      <w:r>
        <w:t>Scanne die QR- Codes,</w:t>
      </w:r>
    </w:p>
    <w:p>
      <w:pPr>
        <w:pStyle w:val="Heading1"/>
      </w:pPr>
      <w:r>
        <w:t>um zu erfahren, wie eine</w:t>
      </w:r>
    </w:p>
    <w:p>
      <w:pPr>
        <w:pStyle w:val="Heading1"/>
      </w:pPr>
      <w:r>
        <w:t>Maschine lernt.</w:t>
      </w:r>
    </w:p>
    <w:p>
      <w:pPr>
        <w:pStyle w:val="Heading1"/>
      </w:pPr>
      <w:r>
        <w:t>Wenn du noch Zeit hast…</w:t>
      </w:r>
    </w:p>
    <w:p>
      <w:r/>
    </w:p>
    <w:p>
      <w:r/>
    </w:p>
    <w:p>
      <w:r/>
    </w:p>
    <w:p>
      <w:r/>
    </w:p>
    <w:p>
      <w:r/>
    </w:p>
    <w:p>
      <w:r/>
    </w:p>
    <w:p>
      <w:pPr>
        <w:pStyle w:val="Heading2"/>
      </w:pPr>
      <w:r>
        <w:t>Seite 14</w:t>
      </w:r>
    </w:p>
    <w:p>
      <w:pPr>
        <w:pStyle w:val="Heading2"/>
      </w:pPr>
      <w:r>
        <w:t>Dieses Material wurde unter Verwendung von Ressourcen von ﬂaticon.com erstellt.</w:t>
      </w:r>
    </w:p>
    <w:p>
      <w:pPr>
        <w:pStyle w:val="Heading2"/>
      </w:pPr>
      <w:r>
        <w:t>https://www.ﬂaticon.com/</w:t>
      </w:r>
    </w:p>
    <w:p>
      <w:r>
        <w:t>&lt;a href="https://www.ﬂaticon.com/free-icons/machine-learning" title="machine learning icons"&gt;Machine learning icons created by smashingstocks - Flaticon&lt;/a&gt;</w:t>
      </w:r>
    </w:p>
    <w:p>
      <w:r>
        <w:t>&lt;a href="https://www.ﬂaticon.com/free-icons/girl" title="girl icons"&gt;Girl icons created by Freepik - Flaticon&lt;/a&gt;</w:t>
      </w:r>
    </w:p>
    <w:p>
      <w:r>
        <w:t>&lt;a href="https://www.ﬂaticon.com/free-icons/computer" title="computer icons"&gt;Computer icons created by Freepik - Flaticon&lt;/a&gt;</w:t>
      </w:r>
    </w:p>
    <w:p>
      <w:r>
        <w:t>&lt;a href="https://www.ﬂaticon.com/free-icons/match" title="match icons"&gt;Match icons created by Freepik - Flaticon&lt;/a&gt;</w:t>
      </w:r>
    </w:p>
    <w:p>
      <w:r>
        <w:t>&lt;a href="https://www.ﬂaticon.com/free-icons/visibility" title="visibility icons"&gt;Visibility icons created by Freepik - Flaticon&lt;/a&gt;</w:t>
      </w:r>
    </w:p>
    <w:p>
      <w:r>
        <w:t>&lt;a href="https://www.ﬂaticon.com/free-icons/question" title="question icons"&gt;Question icons created by Mzipi - Flaticon&lt;/a&gt;</w:t>
      </w:r>
    </w:p>
    <w:p>
      <w:r>
        <w:t>&lt;a href="https://www.ﬂaticon.com/free-icons/open-box" title="open box icons"&gt;Open box icons created by Freepik - Flaticon&lt;/a&gt;</w:t>
      </w:r>
    </w:p>
    <w:p>
      <w:r>
        <w:t>&lt;a href="https://www.ﬂaticon.com/free-icons/repeat" title="repeat icons"&gt;Repeat icons created by Jesus Chavarria - Flaticon&lt;/a&gt;</w:t>
      </w:r>
    </w:p>
    <w:p>
      <w:r>
        <w:t>&lt;a href="https://www.ﬂaticon.com/free-icons/exclamation-mark" title="exclamation mark icons"&gt;Exclamation mark icons created by Creatype - Flaticon&lt;/a&gt;</w:t>
      </w:r>
    </w:p>
    <w:p>
      <w:r>
        <w:t>&lt;a href="https://www.ﬂaticon.com/free-icons/group-discussion" title="group discussion icons"&gt;Group discussion icons created by Freepik - Flaticon&lt;/a&gt;</w:t>
      </w:r>
    </w:p>
    <w:p>
      <w:r>
        <w:t>&lt;a href="https://www.ﬂaticon.com/free-icons/qr-code" title="qr code icons"&gt;Qr code icons created by ChilliColor - Flaticon&lt;/a&gt;</w:t>
      </w:r>
    </w:p>
    <w:p>
      <w:r>
        <w:t>&lt;a href="https://www.ﬂaticon.com/free-icons/clock" title="clock icons"&gt;Clock icons created by justicon - Flaticon&lt;/a&gt;</w:t>
      </w:r>
    </w:p>
    <w:p>
      <w:r>
        <w:t>Letzter Zugriff auf alle am 09.01.2025</w:t>
      </w:r>
    </w:p>
    <w:p>
      <w:r>
        <w:t>Dieses Dokument steht ausgenommen der aufgelisteten Graﬁken von Flaticon.com unter einer CC BY-4.0 Lizenz.</w:t>
      </w:r>
    </w:p>
    <w:p>
      <w:pPr>
        <w:pStyle w:val="Heading2"/>
      </w:pPr>
      <w:r>
        <w:t>CC BY-4.0 international Europa-Universität Flensburg 2025</w:t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NIM-Spiel-Anleitung-komprimiert.pdf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NIM Spiel Anleitung komprimiert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