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Ein neues Buch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pPr>
        <w:pStyle w:val="Heading1"/>
      </w:pPr>
      <w:r>
        <w:t>Station 3</w:t>
      </w:r>
    </w:p>
    <w:p>
      <w:pPr>
        <w:pStyle w:val="Heading1"/>
      </w:pPr>
      <w:r>
        <w:t>Persönliche Daten und KI</w:t>
      </w:r>
    </w:p>
    <w:p>
      <w:pPr>
        <w:pStyle w:val="Heading2"/>
      </w:pPr>
      <w:r>
        <w:t>In dieser Station lernst du</w:t>
      </w:r>
    </w:p>
    <w:p>
      <w:pPr>
        <w:pStyle w:val="Heading2"/>
      </w:pPr>
      <w:r>
        <w:t>etwas über KI und persönliche</w:t>
      </w:r>
    </w:p>
    <w:p>
      <w:pPr>
        <w:pStyle w:val="Heading2"/>
      </w:pPr>
      <w:r>
        <w:t>Daten. Blättere einfach weiter</w:t>
      </w:r>
    </w:p>
    <w:p>
      <w:pPr>
        <w:pStyle w:val="Heading2"/>
      </w:pPr>
      <w:r>
        <w:t>um mehr zu erfahren. Bitte</w:t>
      </w:r>
    </w:p>
    <w:p>
      <w:pPr>
        <w:pStyle w:val="Heading2"/>
      </w:pPr>
      <w:r>
        <w:t>wechselt euch mit dem</w:t>
      </w:r>
    </w:p>
    <w:p>
      <w:pPr>
        <w:pStyle w:val="Heading2"/>
      </w:pPr>
      <w:r>
        <w:t>Umblättern und während der</w:t>
      </w:r>
    </w:p>
    <w:p>
      <w:pPr>
        <w:pStyle w:val="Heading2"/>
      </w:pPr>
      <w:r>
        <w:t>Station ab.</w:t>
      </w:r>
    </w:p>
    <w:p>
      <w:r/>
    </w:p>
    <w:p>
      <w:pPr>
        <w:pStyle w:val="Heading2"/>
      </w:pPr>
      <w:r>
        <w:t>Seite 2</w:t>
      </w:r>
    </w:p>
    <w:p>
      <w:pPr>
        <w:pStyle w:val="Heading2"/>
      </w:pPr>
      <w:r>
        <w:t>Hört euch</w:t>
      </w:r>
    </w:p>
    <w:p>
      <w:pPr>
        <w:pStyle w:val="Heading2"/>
      </w:pPr>
      <w:r>
        <w:t>gemeinsam die</w:t>
      </w:r>
    </w:p>
    <w:p>
      <w:pPr>
        <w:pStyle w:val="Heading2"/>
      </w:pPr>
      <w:r>
        <w:t>Geschichte an.</w:t>
      </w:r>
    </w:p>
    <w:p>
      <w:pPr>
        <w:pStyle w:val="Heading2"/>
      </w:pPr>
      <w:r>
        <w:t>Es gibt Informationen, die du</w:t>
      </w:r>
    </w:p>
    <w:p>
      <w:pPr>
        <w:pStyle w:val="Heading2"/>
      </w:pPr>
      <w:r>
        <w:t>sicher im Internet teilen</w:t>
      </w:r>
    </w:p>
    <w:p>
      <w:pPr>
        <w:pStyle w:val="Heading2"/>
      </w:pPr>
      <w:r>
        <w:t>kannst und die</w:t>
      </w:r>
    </w:p>
    <w:p>
      <w:pPr>
        <w:pStyle w:val="Heading2"/>
      </w:pPr>
      <w:r>
        <w:t>unproblematisch sind. Das</w:t>
      </w:r>
    </w:p>
    <w:p>
      <w:pPr>
        <w:pStyle w:val="Heading2"/>
      </w:pPr>
      <w:r>
        <w:t>sind sicher Daten.</w:t>
      </w:r>
    </w:p>
    <w:p>
      <w:pPr>
        <w:pStyle w:val="Heading2"/>
      </w:pPr>
      <w:r>
        <w:t>Andere Informationen sind</w:t>
      </w:r>
    </w:p>
    <w:p>
      <w:pPr>
        <w:pStyle w:val="Heading2"/>
      </w:pPr>
      <w:r>
        <w:t>unsicher und können zu</w:t>
      </w:r>
    </w:p>
    <w:p>
      <w:pPr>
        <w:pStyle w:val="Heading2"/>
      </w:pPr>
      <w:r>
        <w:t>Problemen führen, wenn sie</w:t>
      </w:r>
    </w:p>
    <w:p>
      <w:pPr>
        <w:pStyle w:val="Heading2"/>
      </w:pPr>
      <w:r>
        <w:t>von den falschen Leuten</w:t>
      </w:r>
    </w:p>
    <w:p>
      <w:pPr>
        <w:pStyle w:val="Heading2"/>
      </w:pPr>
      <w:r>
        <w:t>gesehen werden. Das sind</w:t>
      </w:r>
    </w:p>
    <w:p>
      <w:pPr>
        <w:pStyle w:val="Heading2"/>
      </w:pPr>
      <w:r>
        <w:t>unsichere Daten.</w:t>
      </w:r>
    </w:p>
    <w:p>
      <w:r/>
    </w:p>
    <w:p>
      <w:r/>
    </w:p>
    <w:p>
      <w:r/>
    </w:p>
    <w:p>
      <w:r/>
    </w:p>
    <w:p>
      <w:r/>
    </w:p>
    <w:p>
      <w:pPr>
        <w:pStyle w:val="Heading2"/>
      </w:pPr>
      <w:r>
        <w:t>Seite 3</w:t>
      </w:r>
    </w:p>
    <w:p>
      <w:r>
        <w:t>Sichere Daten S i c h e r e D a t e n s i n d Informationen über dich, die keine wichtigen Details verraten. Diese Daten sagen nichts darüber aus, wer du genau bist oder wo du wohnst. Sie sind oft ganz a氀؀gemein und helfen Fremden nicht, m e h r ü b e r d i c h herauszu昀؀nden. Solche Daten kann man im Internet preisgeben, ohne dass es gefährlich wird, weil sie deine Identität und deinen Wohnort geheim halten.</w:t>
      </w:r>
    </w:p>
    <w:p>
      <w:r>
        <w:t>Unsichere Daten U n s i c h e r e D a t e n s i n d persönliche Informationen über dich, die dich genau beschreiben. Diese Daten können anderen Menschen verraten, wer du bist, wo du wohnst oder wie man dich erreichen kann. Sie sind sehr privat und so氀؀ten niemals einfach so im Internet geteilt werden. Wenn jemand Fremdes diese Daten erfährt, könnte er sie nutzen, um dir zu schaden o d e r D i n g e ü b e r d i c h herauszu昀؀nden, die er eigentlich nicht wissen so氀؀te.</w:t>
      </w:r>
    </w:p>
    <w:p>
      <w:r>
        <w:t>Sicher und unsichere Daten</w:t>
      </w:r>
    </w:p>
    <w:p>
      <w:r/>
    </w:p>
    <w:p>
      <w:pPr>
        <w:pStyle w:val="Heading2"/>
      </w:pPr>
      <w:r>
        <w:t>Seite 4</w:t>
      </w:r>
    </w:p>
    <w:p>
      <w:r>
        <w:t>Aufgabe:</w:t>
      </w:r>
    </w:p>
    <w:p>
      <w:r/>
    </w:p>
    <w:p>
      <w:r/>
    </w:p>
    <w:p>
      <w:r/>
    </w:p>
    <w:p>
      <w:pPr>
        <w:pStyle w:val="Heading2"/>
      </w:pPr>
      <w:r>
        <w:t>Seite 5</w:t>
      </w:r>
    </w:p>
    <w:p>
      <w:r>
        <w:t>Sichere Daten Unsichere Daten</w:t>
      </w:r>
    </w:p>
    <w:p>
      <w:r>
        <w:t>Ich gebe meinen Ich gebe meine &amp;6 Ich gebe meinen Ich gebe meine Vornamen Hobbys vollen Namen Wohnadresse</w:t>
      </w:r>
    </w:p>
    <w:p>
      <w:r>
        <w:t>m ne</w:t>
      </w:r>
    </w:p>
    <w:p>
      <w:r>
        <w:t>Ich gebe meine Ich gebe meinen Ich gebe mein Ich gebe meine Lieblingsfarbe Spitznamen Geburtsdatum Telefonnummer</w:t>
      </w:r>
    </w:p>
    <w:p>
      <w:r>
        <w:t>preis. preis NZ [ee preis</w:t>
      </w:r>
    </w:p>
    <w:p>
      <w:r>
        <w:t>Ich gebe mein Ich gebe mein Ich gebe meine</w:t>
      </w:r>
    </w:p>
    <w:p>
      <w:r>
        <w:t>Alter N Lieblingsessen E-Mail-Adresse Fotos von mir</w:t>
      </w:r>
    </w:p>
    <w:p>
      <w:r>
        <w:t>.. reis @ reis SE</w:t>
      </w:r>
    </w:p>
    <w:p>
      <w:r>
        <w:t>Ich gebe meinen Ich gebe preis welche Ich gebe Ich gebe mein</w:t>
      </w:r>
    </w:p>
    <w:p>
      <w:r>
        <w:t>ne Musik Informationen über meine Passwort A</w:t>
      </w:r>
    </w:p>
    <w:p>
      <w:r>
        <w:t>7 Familie : — ich gerne höre B# preis |</w:t>
      </w:r>
    </w:p>
    <w:p>
      <w:r>
        <w:t>Ich teile wann Ich gebe preis ich mich welche Schule</w:t>
      </w:r>
    </w:p>
    <w:p>
      <w:r>
        <w:t>wo befind et SH ich besucher ®n</w:t>
      </w:r>
    </w:p>
    <w:p>
      <w:r>
        <w:t>preis</w:t>
      </w:r>
    </w:p>
    <w:p>
      <w:r>
        <w:t>preis</w:t>
      </w:r>
    </w:p>
    <w:p>
      <w:r/>
    </w:p>
    <w:p>
      <w:r/>
    </w:p>
    <w:p>
      <w:pPr>
        <w:pStyle w:val="Heading2"/>
      </w:pPr>
      <w:r>
        <w:t>Seite 6</w:t>
      </w:r>
    </w:p>
    <w:p>
      <w:r>
        <w:t>Original-Buchstabe Ersetzungs-Buchstabe A Q B W C E D R E T F Z G U H I I O J P K A L S M D N F O G P H Q J R K S L T Y U X V C W V X B Y N Z M</w:t>
      </w:r>
    </w:p>
    <w:p>
      <w:r>
        <w:t>Geheimschrift</w:t>
      </w:r>
    </w:p>
    <w:p>
      <w:r/>
    </w:p>
    <w:p>
      <w:pPr>
        <w:pStyle w:val="Heading2"/>
      </w:pPr>
      <w:r>
        <w:t>Seite 7</w:t>
      </w:r>
    </w:p>
    <w:p>
      <w:r>
        <w:t>Nehmen wir das Wort "GEHEIM". G wird zu U E wird zu T H wird zu I E wird zu T I wird zu O M wird zu D Der verschlüsselte Text lautet also "UTITOD". Viel Spaß beim Probieren</w:t>
      </w:r>
    </w:p>
    <w:p>
      <w:r>
        <w:t>�㷠</w:t>
      </w:r>
    </w:p>
    <w:p>
      <w:r>
        <w:t>Original-Buchstabe Ersetzungs-Buchstabe A Q B W C E D R E T F Z G U H I I O J P K A L S M D N F O G P H Q J R K S L T Y U X V C W V X B Y N Z M</w:t>
      </w:r>
    </w:p>
    <w:p>
      <w:r/>
    </w:p>
    <w:p>
      <w:pPr>
        <w:pStyle w:val="Heading2"/>
      </w:pPr>
      <w:r>
        <w:t>Seite 8</w:t>
      </w:r>
    </w:p>
    <w:p>
      <w:r>
        <w:t>Original-Buchstabe Ersetzungs-Buchstabe A Q B W C E D R E T F Z G U H I I O J P K A L S M D N F O G P H Q J R K S L T Y U X V C W V X B Y N Z M</w:t>
      </w:r>
    </w:p>
    <w:p>
      <w:pPr>
        <w:pStyle w:val="Heading1"/>
      </w:pPr>
      <w:r>
        <w:t>Aufgabe:</w:t>
      </w:r>
    </w:p>
    <w:p>
      <w:r/>
    </w:p>
    <w:p>
      <w:r>
        <w:rPr>
          <w:i/>
        </w:rPr>
        <w:t>Hinweis: Teile des Textes wurden per automatischer Texterkennung aus Bildern übernommen und können Fehler enthalten.</w:t>
      </w:r>
    </w:p>
    <w:p>
      <w:r>
        <w:rPr>
          <w:i/>
        </w:rPr>
        <w:t>Quelle: Persoenliche-Daten-2.pdf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 neues Buch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