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Persönliche Daten erkennen AB Diklusion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Persönliche Daten erkennen</w:t>
      </w:r>
    </w:p>
    <w:p>
      <w:pPr>
        <w:pStyle w:val="Heading2"/>
      </w:pPr>
      <w:r>
        <w:t>dein NAME</w:t>
      </w:r>
    </w:p>
    <w:p>
      <w:pPr>
        <w:pStyle w:val="Heading2"/>
      </w:pPr>
      <w:r>
        <w:t>01.08.2017</w:t>
      </w:r>
    </w:p>
    <w:p>
      <w:pPr>
        <w:pStyle w:val="Heading1"/>
      </w:pPr>
      <w:r>
        <w:t>🎈</w:t>
      </w:r>
    </w:p>
    <w:p>
      <w:pPr>
        <w:pStyle w:val="Heading1"/>
      </w:pPr>
      <w:r>
        <w:t>🎊</w:t>
      </w:r>
    </w:p>
    <w:p>
      <w:pPr>
        <w:pStyle w:val="Heading1"/>
      </w:pPr>
      <w:r>
        <w:t>🎂</w:t>
      </w:r>
    </w:p>
    <w:p>
      <w:r>
        <w:t>04606/123456</w:t>
      </w:r>
    </w:p>
    <w:p>
      <w:pPr>
        <w:pStyle w:val="Heading2"/>
      </w:pPr>
      <w:r>
        <w:t>ADRESSE</w:t>
      </w:r>
    </w:p>
    <w:p>
      <w:pPr>
        <w:pStyle w:val="Heading2"/>
      </w:pPr>
      <w:r>
        <w:t>A</w:t>
      </w:r>
    </w:p>
    <w:p>
      <w:pPr>
        <w:pStyle w:val="Heading2"/>
      </w:pPr>
      <w:r>
        <w:t>C</w:t>
      </w:r>
    </w:p>
    <w:p>
      <w:pPr>
        <w:pStyle w:val="Heading2"/>
      </w:pPr>
      <w:r>
        <w:t>E</w:t>
      </w:r>
    </w:p>
    <w:p>
      <w:pPr>
        <w:pStyle w:val="Heading2"/>
      </w:pPr>
      <w:r>
        <w:t>M</w:t>
      </w:r>
    </w:p>
    <w:p>
      <w:r>
        <w:t>LIEBLINGSTIER</w:t>
      </w:r>
    </w:p>
    <w:p>
      <w:r>
        <w:t>LIEBLINGSFACH</w:t>
      </w:r>
    </w:p>
    <w:p>
      <w:pPr>
        <w:pStyle w:val="Heading2"/>
      </w:pPr>
      <w:r>
        <w:t>HOBBY</w:t>
      </w:r>
    </w:p>
    <w:p>
      <w:pPr>
        <w:pStyle w:val="Heading1"/>
      </w:pPr>
      <w:r>
        <w:t>📚</w:t>
      </w:r>
    </w:p>
    <w:p>
      <w:pPr>
        <w:pStyle w:val="Heading1"/>
      </w:pPr>
      <w:r>
        <w:t>✏</w:t>
      </w:r>
    </w:p>
    <w:p>
      <w:pPr>
        <w:pStyle w:val="Heading1"/>
      </w:pPr>
      <w:r>
        <w:t>📒</w:t>
      </w:r>
    </w:p>
    <w:p>
      <w:pPr>
        <w:pStyle w:val="Heading1"/>
      </w:pPr>
      <w:r>
        <w:t>🐈</w:t>
      </w:r>
    </w:p>
    <w:p>
      <w:pPr>
        <w:pStyle w:val="Heading1"/>
      </w:pPr>
      <w:r>
        <w:t>🐕🦺</w:t>
      </w:r>
    </w:p>
    <w:p>
      <w:pPr>
        <w:pStyle w:val="Heading1"/>
      </w:pPr>
      <w:r>
        <w:t>🐘</w:t>
      </w:r>
    </w:p>
    <w:p>
      <w:pPr>
        <w:pStyle w:val="Heading1"/>
      </w:pPr>
      <w:r>
        <w:t>🐬</w:t>
      </w:r>
    </w:p>
    <w:p>
      <w:pPr>
        <w:pStyle w:val="Heading1"/>
      </w:pPr>
      <w:r>
        <w:t>⚽</w:t>
      </w:r>
    </w:p>
    <w:p>
      <w:pPr>
        <w:pStyle w:val="Heading1"/>
      </w:pPr>
      <w:r>
        <w:t>🎨</w:t>
      </w:r>
    </w:p>
    <w:p>
      <w:pPr>
        <w:pStyle w:val="Heading1"/>
      </w:pPr>
      <w:r>
        <w:t>🎷</w:t>
      </w:r>
    </w:p>
    <w:p>
      <w:pPr>
        <w:pStyle w:val="Heading1"/>
      </w:pPr>
      <w:r>
        <w:t>🛼</w:t>
      </w:r>
    </w:p>
    <w:p>
      <w:pPr>
        <w:pStyle w:val="Heading1"/>
      </w:pPr>
      <w:r>
        <w:t>🏡</w:t>
      </w:r>
    </w:p>
    <w:p>
      <w:r>
        <w:t>5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" name="Picture 3" descr="Abbildung 3 aus dem Original, Seite 1 – Inhalt bitte im Original-PDF ansehen" title="Abbildung 3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4" name="Picture 4" descr="Abbildung 4 aus dem Original, Seite 1 – Inhalt bitte im Original-PDF ansehen" title="Abbildung 4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5" name="Picture 5" descr="Abbildung 5 aus dem Original, Seite 1 – Inhalt bitte im Original-PDF ansehen" title="Abbildung 5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6" name="Picture 6" descr="Abbildung 6 aus dem Original, Seite 1 – Inhalt bitte im Original-PDF ansehen" title="Abbildung 6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7" name="Picture 7" descr="Abbildung 7 aus dem Original, Seite 1 – Inhalt bitte im Original-PDF ansehen" title="Abbildung 7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8" name="Picture 8" descr="Abbildung 8 aus dem Original, Seite 1 – Inhalt bitte im Original-PDF ansehen" title="Abbildung 8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9" name="Picture 9" descr="Abbildung 9 aus dem Original, Seite 1 – Inhalt bitte im Original-PDF ansehen" title="Abbildung 9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0" name="Picture 10" descr="Abbildung 10 aus dem Original, Seite 1 – Inhalt bitte im Original-PDF ansehen" title="Abbildung 10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1" name="Picture 11" descr="Abbildung 11 aus dem Original, Seite 1 – Inhalt bitte im Original-PDF ansehen" title="Abbildung 1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2" name="Picture 12" descr="Abbildung 12 aus dem Original, Seite 1 – Inhalt bitte im Original-PDF ansehen" title="Abbildung 1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3" name="Picture 13" descr="Abbildung 13 aus dem Original, Seite 1 – Inhalt bitte im Original-PDF ansehen" title="Abbildung 13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4" name="Picture 14" descr="Abbildung 14 aus dem Original, Seite 1 – Inhalt bitte im Original-PDF ansehen" title="Abbildung 14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5" name="Picture 15" descr="Abbildung 15 aus dem Original, Seite 1 – Inhalt bitte im Original-PDF ansehen" title="Abbildung 15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Persoenliche-Daten-erkennen-AB-Diklusion.pdf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Persönliche Daten erkennen AB Diklusion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